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A26C" w14:textId="77777777" w:rsidR="006512E0" w:rsidRDefault="00000000" w:rsidP="009144C8">
      <w:pPr>
        <w:jc w:val="center"/>
      </w:pPr>
      <w:r>
        <w:rPr>
          <w:b/>
          <w:sz w:val="28"/>
        </w:rPr>
        <w:t>LAPORAN HASIL PELAKSANAAN PKL/MAGANG</w:t>
      </w:r>
    </w:p>
    <w:p w14:paraId="57F6B551" w14:textId="3BCC6CF8" w:rsidR="006512E0" w:rsidRPr="009326C3" w:rsidRDefault="00D21A03" w:rsidP="009326C3">
      <w:pPr>
        <w:jc w:val="center"/>
        <w:rPr>
          <w:bCs/>
          <w:i/>
          <w:iCs/>
          <w:color w:val="DDD9C3" w:themeColor="background2" w:themeShade="E6"/>
        </w:rPr>
      </w:pPr>
      <w:r w:rsidRPr="00D21A03">
        <w:rPr>
          <w:b/>
          <w:sz w:val="28"/>
        </w:rPr>
        <w:t>RANCANG BANGUN SISTEM AKSES RUANGAN BERBASIS RFID DENGAN SOLENOID DOOR LOCK MENGGUNAKAN ARDUINO UNO</w:t>
      </w:r>
    </w:p>
    <w:p w14:paraId="2E96B799" w14:textId="77777777" w:rsidR="006512E0" w:rsidRDefault="00000000">
      <w:pPr>
        <w:jc w:val="center"/>
      </w:pPr>
      <w:r>
        <w:t>Disusun untuk memenuhi salah satu syarat pelaksanaan PKL/Magang</w:t>
      </w:r>
    </w:p>
    <w:p w14:paraId="670E33E2" w14:textId="3C7941B7" w:rsidR="006512E0" w:rsidRDefault="00000000">
      <w:pPr>
        <w:jc w:val="center"/>
      </w:pPr>
      <w:r>
        <w:t xml:space="preserve">pada Program Studi </w:t>
      </w:r>
      <w:r w:rsidR="009144C8">
        <w:t>Informatika</w:t>
      </w:r>
    </w:p>
    <w:p w14:paraId="4C88205F" w14:textId="77777777" w:rsidR="006512E0" w:rsidRDefault="006512E0"/>
    <w:p w14:paraId="60C00413" w14:textId="31AE2C40" w:rsidR="009326C3" w:rsidRDefault="009326C3">
      <w:r>
        <w:rPr>
          <w:noProof/>
        </w:rPr>
        <w:drawing>
          <wp:anchor distT="0" distB="0" distL="114300" distR="114300" simplePos="0" relativeHeight="251657216" behindDoc="0" locked="0" layoutInCell="1" allowOverlap="1" wp14:anchorId="65B3B92B" wp14:editId="692D92C8">
            <wp:simplePos x="0" y="0"/>
            <wp:positionH relativeFrom="column">
              <wp:posOffset>1302990</wp:posOffset>
            </wp:positionH>
            <wp:positionV relativeFrom="paragraph">
              <wp:posOffset>105853</wp:posOffset>
            </wp:positionV>
            <wp:extent cx="2413590" cy="2867905"/>
            <wp:effectExtent l="0" t="0" r="6350" b="8890"/>
            <wp:wrapNone/>
            <wp:docPr id="75276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2818" name="Picture 752762818"/>
                    <pic:cNvPicPr/>
                  </pic:nvPicPr>
                  <pic:blipFill>
                    <a:blip r:embed="rId8"/>
                    <a:stretch>
                      <a:fillRect/>
                    </a:stretch>
                  </pic:blipFill>
                  <pic:spPr>
                    <a:xfrm>
                      <a:off x="0" y="0"/>
                      <a:ext cx="2413590" cy="2867905"/>
                    </a:xfrm>
                    <a:prstGeom prst="rect">
                      <a:avLst/>
                    </a:prstGeom>
                  </pic:spPr>
                </pic:pic>
              </a:graphicData>
            </a:graphic>
            <wp14:sizeRelH relativeFrom="margin">
              <wp14:pctWidth>0</wp14:pctWidth>
            </wp14:sizeRelH>
            <wp14:sizeRelV relativeFrom="margin">
              <wp14:pctHeight>0</wp14:pctHeight>
            </wp14:sizeRelV>
          </wp:anchor>
        </w:drawing>
      </w:r>
    </w:p>
    <w:p w14:paraId="7CF6F68D" w14:textId="6FABECF3" w:rsidR="009326C3" w:rsidRDefault="009326C3"/>
    <w:p w14:paraId="00CC22EC" w14:textId="778764F5" w:rsidR="009326C3" w:rsidRDefault="009326C3"/>
    <w:p w14:paraId="4F07C418" w14:textId="77777777" w:rsidR="009326C3" w:rsidRDefault="009326C3"/>
    <w:p w14:paraId="16191AD3" w14:textId="77777777" w:rsidR="009326C3" w:rsidRDefault="009326C3"/>
    <w:p w14:paraId="1D4EC749" w14:textId="77777777" w:rsidR="006512E0" w:rsidRDefault="006512E0"/>
    <w:p w14:paraId="22FBA306" w14:textId="77777777" w:rsidR="009326C3" w:rsidRDefault="009326C3"/>
    <w:p w14:paraId="5037E8E2" w14:textId="77777777" w:rsidR="009326C3" w:rsidRDefault="009326C3"/>
    <w:p w14:paraId="4563A802" w14:textId="77777777" w:rsidR="009326C3" w:rsidRDefault="009326C3"/>
    <w:p w14:paraId="45F74353" w14:textId="77777777" w:rsidR="009326C3" w:rsidRDefault="009326C3"/>
    <w:p w14:paraId="2F0388BA" w14:textId="77777777" w:rsidR="009326C3" w:rsidRDefault="009326C3"/>
    <w:p w14:paraId="01C7E81B" w14:textId="77777777" w:rsidR="009326C3" w:rsidRDefault="009326C3"/>
    <w:p w14:paraId="2A44F49F" w14:textId="77777777" w:rsidR="009326C3" w:rsidRDefault="009326C3"/>
    <w:p w14:paraId="72400F23" w14:textId="77777777" w:rsidR="006512E0" w:rsidRDefault="00000000">
      <w:pPr>
        <w:jc w:val="center"/>
      </w:pPr>
      <w:r>
        <w:t>Disusun oleh:</w:t>
      </w:r>
    </w:p>
    <w:p w14:paraId="1E91A6D5" w14:textId="407C6783" w:rsidR="006512E0" w:rsidRDefault="00000000">
      <w:pPr>
        <w:jc w:val="center"/>
      </w:pPr>
      <w:r>
        <w:t xml:space="preserve">Nama : </w:t>
      </w:r>
      <w:r w:rsidR="00D21A03">
        <w:t>Rizky Teguh Nurhilmanny</w:t>
      </w:r>
    </w:p>
    <w:p w14:paraId="54B9E942" w14:textId="32780050" w:rsidR="006512E0" w:rsidRDefault="00000000">
      <w:pPr>
        <w:jc w:val="center"/>
      </w:pPr>
      <w:r>
        <w:t xml:space="preserve">NIM : </w:t>
      </w:r>
      <w:r w:rsidR="00D21A03">
        <w:t>231750050</w:t>
      </w:r>
    </w:p>
    <w:p w14:paraId="1D0BEA39" w14:textId="77777777" w:rsidR="006512E0" w:rsidRDefault="006512E0"/>
    <w:p w14:paraId="6D2548B9" w14:textId="77777777" w:rsidR="006512E0" w:rsidRDefault="006512E0"/>
    <w:p w14:paraId="4A63CE01" w14:textId="7140869F" w:rsidR="006512E0" w:rsidRPr="00DC646A" w:rsidRDefault="00000000" w:rsidP="00DC646A">
      <w:pPr>
        <w:spacing w:line="276" w:lineRule="auto"/>
        <w:jc w:val="center"/>
        <w:rPr>
          <w:sz w:val="28"/>
          <w:szCs w:val="24"/>
        </w:rPr>
      </w:pPr>
      <w:r w:rsidRPr="00DC646A">
        <w:rPr>
          <w:b/>
          <w:sz w:val="28"/>
          <w:szCs w:val="24"/>
        </w:rPr>
        <w:t xml:space="preserve">PROGRAM STUDI </w:t>
      </w:r>
      <w:r w:rsidR="0007110D" w:rsidRPr="00DC646A">
        <w:rPr>
          <w:b/>
          <w:sz w:val="28"/>
          <w:szCs w:val="24"/>
        </w:rPr>
        <w:t>INFORMATIKA</w:t>
      </w:r>
    </w:p>
    <w:p w14:paraId="71E2CC4F" w14:textId="2AE8B31D" w:rsidR="006512E0" w:rsidRPr="00DC646A" w:rsidRDefault="00000000" w:rsidP="00DC646A">
      <w:pPr>
        <w:spacing w:line="276" w:lineRule="auto"/>
        <w:jc w:val="center"/>
        <w:rPr>
          <w:sz w:val="28"/>
          <w:szCs w:val="24"/>
        </w:rPr>
      </w:pPr>
      <w:r w:rsidRPr="00DC646A">
        <w:rPr>
          <w:b/>
          <w:sz w:val="28"/>
          <w:szCs w:val="24"/>
        </w:rPr>
        <w:t>FAKULTAS SAIN</w:t>
      </w:r>
      <w:r w:rsidR="0007110D" w:rsidRPr="00DC646A">
        <w:rPr>
          <w:b/>
          <w:sz w:val="28"/>
          <w:szCs w:val="24"/>
        </w:rPr>
        <w:t>S DAN TEKNOLOGI</w:t>
      </w:r>
    </w:p>
    <w:p w14:paraId="24C4EBA3" w14:textId="77777777" w:rsidR="006512E0" w:rsidRPr="00DC646A" w:rsidRDefault="00000000" w:rsidP="00DC646A">
      <w:pPr>
        <w:spacing w:line="276" w:lineRule="auto"/>
        <w:jc w:val="center"/>
        <w:rPr>
          <w:sz w:val="28"/>
          <w:szCs w:val="24"/>
        </w:rPr>
      </w:pPr>
      <w:r w:rsidRPr="00DC646A">
        <w:rPr>
          <w:b/>
          <w:sz w:val="28"/>
          <w:szCs w:val="24"/>
        </w:rPr>
        <w:t>UNIVERSITAS ISLAM NEGERI</w:t>
      </w:r>
    </w:p>
    <w:p w14:paraId="31908649" w14:textId="77777777" w:rsidR="006512E0" w:rsidRPr="00DC646A" w:rsidRDefault="00000000" w:rsidP="00DC646A">
      <w:pPr>
        <w:spacing w:line="276" w:lineRule="auto"/>
        <w:jc w:val="center"/>
        <w:rPr>
          <w:sz w:val="28"/>
          <w:szCs w:val="24"/>
        </w:rPr>
      </w:pPr>
      <w:r w:rsidRPr="00DC646A">
        <w:rPr>
          <w:b/>
          <w:sz w:val="28"/>
          <w:szCs w:val="24"/>
        </w:rPr>
        <w:t>SULTAN MAULANA HASANUDDIN BANTEN</w:t>
      </w:r>
    </w:p>
    <w:p w14:paraId="462FFE33" w14:textId="77777777" w:rsidR="00D03C71" w:rsidRDefault="0007110D" w:rsidP="00DC646A">
      <w:pPr>
        <w:spacing w:line="276" w:lineRule="auto"/>
        <w:jc w:val="center"/>
        <w:rPr>
          <w:b/>
          <w:sz w:val="28"/>
          <w:szCs w:val="24"/>
        </w:rPr>
        <w:sectPr w:rsidR="00D03C71" w:rsidSect="00D03C71">
          <w:footerReference w:type="default" r:id="rId9"/>
          <w:pgSz w:w="11906" w:h="16838"/>
          <w:pgMar w:top="2268" w:right="1701" w:bottom="1620" w:left="2268" w:header="850" w:footer="850" w:gutter="0"/>
          <w:pgNumType w:start="1"/>
          <w:cols w:space="720"/>
          <w:titlePg/>
          <w:docGrid w:linePitch="360"/>
        </w:sectPr>
      </w:pPr>
      <w:r w:rsidRPr="00DC646A">
        <w:rPr>
          <w:b/>
          <w:sz w:val="28"/>
          <w:szCs w:val="24"/>
        </w:rPr>
        <w:t>2026</w:t>
      </w:r>
    </w:p>
    <w:p w14:paraId="5EE093E6" w14:textId="0C56F88A" w:rsidR="006512E0" w:rsidRDefault="00000000" w:rsidP="00D03C71">
      <w:pPr>
        <w:pStyle w:val="Heading1"/>
      </w:pPr>
      <w:bookmarkStart w:id="0" w:name="_Toc232978992"/>
      <w:r>
        <w:lastRenderedPageBreak/>
        <w:t>HALAMAN PENGESAHAN</w:t>
      </w:r>
      <w:bookmarkEnd w:id="0"/>
    </w:p>
    <w:p w14:paraId="6896CDAC" w14:textId="77777777" w:rsidR="006512E0" w:rsidRDefault="006512E0"/>
    <w:p w14:paraId="7C5D27A2" w14:textId="77777777" w:rsidR="006512E0" w:rsidRDefault="00000000">
      <w:pPr>
        <w:ind w:firstLine="567"/>
      </w:pPr>
      <w:r>
        <w:t>Laporan hasil pelaksanaan PKL/Magang ini telah disusun oleh:</w:t>
      </w:r>
    </w:p>
    <w:tbl>
      <w:tblPr>
        <w:tblW w:w="8748" w:type="dxa"/>
        <w:tblLook w:val="04A0" w:firstRow="1" w:lastRow="0" w:firstColumn="1" w:lastColumn="0" w:noHBand="0" w:noVBand="1"/>
      </w:tblPr>
      <w:tblGrid>
        <w:gridCol w:w="2358"/>
        <w:gridCol w:w="285"/>
        <w:gridCol w:w="6105"/>
      </w:tblGrid>
      <w:tr w:rsidR="006512E0" w14:paraId="19AD79D5" w14:textId="77777777" w:rsidTr="00D21A03">
        <w:tc>
          <w:tcPr>
            <w:tcW w:w="2358" w:type="dxa"/>
          </w:tcPr>
          <w:p w14:paraId="1CC65E20" w14:textId="77777777" w:rsidR="006512E0" w:rsidRDefault="00000000" w:rsidP="0007110D">
            <w:r>
              <w:t>Nama</w:t>
            </w:r>
          </w:p>
        </w:tc>
        <w:tc>
          <w:tcPr>
            <w:tcW w:w="285" w:type="dxa"/>
          </w:tcPr>
          <w:p w14:paraId="0115B73D" w14:textId="77777777" w:rsidR="006512E0" w:rsidRDefault="00000000" w:rsidP="0007110D">
            <w:r>
              <w:t>:</w:t>
            </w:r>
          </w:p>
        </w:tc>
        <w:tc>
          <w:tcPr>
            <w:tcW w:w="6105" w:type="dxa"/>
          </w:tcPr>
          <w:p w14:paraId="392348D2" w14:textId="7691BBA1" w:rsidR="006512E0" w:rsidRDefault="00D21A03" w:rsidP="0007110D">
            <w:r w:rsidRPr="00D21A03">
              <w:t>Rizky Teguh Nurhilmanny</w:t>
            </w:r>
          </w:p>
        </w:tc>
      </w:tr>
      <w:tr w:rsidR="006512E0" w14:paraId="2DD0DC30" w14:textId="77777777" w:rsidTr="00D21A03">
        <w:tc>
          <w:tcPr>
            <w:tcW w:w="2358" w:type="dxa"/>
          </w:tcPr>
          <w:p w14:paraId="2F27A1A5" w14:textId="77777777" w:rsidR="006512E0" w:rsidRDefault="00000000" w:rsidP="0007110D">
            <w:r>
              <w:t>NIM</w:t>
            </w:r>
          </w:p>
        </w:tc>
        <w:tc>
          <w:tcPr>
            <w:tcW w:w="285" w:type="dxa"/>
          </w:tcPr>
          <w:p w14:paraId="1E70F270" w14:textId="77777777" w:rsidR="006512E0" w:rsidRDefault="00000000" w:rsidP="0007110D">
            <w:r>
              <w:t>:</w:t>
            </w:r>
          </w:p>
        </w:tc>
        <w:tc>
          <w:tcPr>
            <w:tcW w:w="6105" w:type="dxa"/>
          </w:tcPr>
          <w:p w14:paraId="6E116EB4" w14:textId="4D3D0F02" w:rsidR="006512E0" w:rsidRDefault="00D21A03" w:rsidP="0007110D">
            <w:r w:rsidRPr="00D21A03">
              <w:t>231750050</w:t>
            </w:r>
          </w:p>
        </w:tc>
      </w:tr>
      <w:tr w:rsidR="006512E0" w14:paraId="62942D38" w14:textId="77777777" w:rsidTr="00D21A03">
        <w:tc>
          <w:tcPr>
            <w:tcW w:w="2358" w:type="dxa"/>
          </w:tcPr>
          <w:p w14:paraId="409BED63" w14:textId="77777777" w:rsidR="006512E0" w:rsidRDefault="00000000" w:rsidP="0007110D">
            <w:r>
              <w:t>Program Studi</w:t>
            </w:r>
          </w:p>
        </w:tc>
        <w:tc>
          <w:tcPr>
            <w:tcW w:w="285" w:type="dxa"/>
          </w:tcPr>
          <w:p w14:paraId="38EEC189" w14:textId="77777777" w:rsidR="006512E0" w:rsidRDefault="00000000" w:rsidP="0007110D">
            <w:r>
              <w:t>:</w:t>
            </w:r>
          </w:p>
        </w:tc>
        <w:tc>
          <w:tcPr>
            <w:tcW w:w="6105" w:type="dxa"/>
          </w:tcPr>
          <w:p w14:paraId="3A83850E" w14:textId="2F3A840A" w:rsidR="006512E0" w:rsidRDefault="0007110D" w:rsidP="0007110D">
            <w:r>
              <w:t>Informatika</w:t>
            </w:r>
          </w:p>
        </w:tc>
      </w:tr>
      <w:tr w:rsidR="006512E0" w14:paraId="16753575" w14:textId="77777777" w:rsidTr="00D21A03">
        <w:tc>
          <w:tcPr>
            <w:tcW w:w="2358" w:type="dxa"/>
          </w:tcPr>
          <w:p w14:paraId="6997B3F4" w14:textId="77777777" w:rsidR="006512E0" w:rsidRDefault="00000000" w:rsidP="0007110D">
            <w:r>
              <w:t>Judul PKL/Magang</w:t>
            </w:r>
          </w:p>
        </w:tc>
        <w:tc>
          <w:tcPr>
            <w:tcW w:w="285" w:type="dxa"/>
          </w:tcPr>
          <w:p w14:paraId="7BDF8615" w14:textId="77777777" w:rsidR="006512E0" w:rsidRDefault="00000000" w:rsidP="0007110D">
            <w:r>
              <w:t>:</w:t>
            </w:r>
          </w:p>
        </w:tc>
        <w:tc>
          <w:tcPr>
            <w:tcW w:w="6105" w:type="dxa"/>
          </w:tcPr>
          <w:p w14:paraId="4927C9CA" w14:textId="2D098319" w:rsidR="006512E0" w:rsidRDefault="00D21A03" w:rsidP="0007110D">
            <w:r w:rsidRPr="00D21A03">
              <w:t>RANCANG BANGUN SISTEM AKSES RUANGAN BERBASIS RFID DENGAN SOLENOID DOOR LOCK MENGGUNAKAN ARDUINO UNO</w:t>
            </w:r>
          </w:p>
        </w:tc>
      </w:tr>
      <w:tr w:rsidR="006512E0" w14:paraId="07AB4F1B" w14:textId="77777777" w:rsidTr="00D21A03">
        <w:tc>
          <w:tcPr>
            <w:tcW w:w="2358" w:type="dxa"/>
          </w:tcPr>
          <w:p w14:paraId="299092A3" w14:textId="77777777" w:rsidR="006512E0" w:rsidRDefault="00000000" w:rsidP="0007110D">
            <w:r>
              <w:t>Tempat PKL/Magang</w:t>
            </w:r>
          </w:p>
        </w:tc>
        <w:tc>
          <w:tcPr>
            <w:tcW w:w="285" w:type="dxa"/>
          </w:tcPr>
          <w:p w14:paraId="2A56357B" w14:textId="77777777" w:rsidR="006512E0" w:rsidRDefault="00000000" w:rsidP="0007110D">
            <w:r>
              <w:t>:</w:t>
            </w:r>
          </w:p>
        </w:tc>
        <w:tc>
          <w:tcPr>
            <w:tcW w:w="6105" w:type="dxa"/>
          </w:tcPr>
          <w:p w14:paraId="484E8759" w14:textId="433E9A4A" w:rsidR="006512E0" w:rsidRDefault="00D21A03" w:rsidP="0007110D">
            <w:r>
              <w:t>Dinas Komunikasi dan Informatika Kabupaten Tangerang</w:t>
            </w:r>
          </w:p>
        </w:tc>
      </w:tr>
      <w:tr w:rsidR="006512E0" w14:paraId="468E19C6" w14:textId="77777777" w:rsidTr="00D21A03">
        <w:tc>
          <w:tcPr>
            <w:tcW w:w="2358" w:type="dxa"/>
          </w:tcPr>
          <w:p w14:paraId="52067641" w14:textId="77777777" w:rsidR="006512E0" w:rsidRDefault="00000000" w:rsidP="0007110D">
            <w:r>
              <w:t>Waktu Pelaksanaan</w:t>
            </w:r>
          </w:p>
        </w:tc>
        <w:tc>
          <w:tcPr>
            <w:tcW w:w="285" w:type="dxa"/>
          </w:tcPr>
          <w:p w14:paraId="5CF38556" w14:textId="77777777" w:rsidR="006512E0" w:rsidRDefault="00000000" w:rsidP="0007110D">
            <w:r>
              <w:t>:</w:t>
            </w:r>
          </w:p>
        </w:tc>
        <w:tc>
          <w:tcPr>
            <w:tcW w:w="6105" w:type="dxa"/>
          </w:tcPr>
          <w:p w14:paraId="054F1966" w14:textId="206C1DD8" w:rsidR="006512E0" w:rsidRDefault="008076EA" w:rsidP="0007110D">
            <w:r w:rsidRPr="008076EA">
              <w:t>20 Februari</w:t>
            </w:r>
            <w:r>
              <w:t xml:space="preserve"> 2026 </w:t>
            </w:r>
            <w:r w:rsidRPr="00D21A03">
              <w:t xml:space="preserve">sampai </w:t>
            </w:r>
            <w:r>
              <w:t>20 Juli 2026</w:t>
            </w:r>
          </w:p>
        </w:tc>
      </w:tr>
    </w:tbl>
    <w:p w14:paraId="547F91DA" w14:textId="77777777" w:rsidR="006512E0" w:rsidRDefault="006512E0"/>
    <w:p w14:paraId="3D0B38A1" w14:textId="77777777" w:rsidR="006512E0" w:rsidRDefault="00000000">
      <w:pPr>
        <w:ind w:firstLine="567"/>
      </w:pPr>
      <w:r>
        <w:t>Laporan ini telah diperiksa dan disahkan sebagai laporan hasil pelaksanaan PKL/Magang.</w:t>
      </w:r>
    </w:p>
    <w:p w14:paraId="7288498F" w14:textId="77777777" w:rsidR="006512E0" w:rsidRDefault="006512E0"/>
    <w:p w14:paraId="717AE151" w14:textId="28505D7A" w:rsidR="006512E0" w:rsidRDefault="00D21A03">
      <w:pPr>
        <w:jc w:val="center"/>
      </w:pPr>
      <w:r>
        <w:t>Serang, 22 Juni 2026</w:t>
      </w:r>
    </w:p>
    <w:p w14:paraId="1222CFB3" w14:textId="77777777" w:rsidR="006512E0" w:rsidRDefault="006512E0"/>
    <w:tbl>
      <w:tblPr>
        <w:tblW w:w="0" w:type="auto"/>
        <w:jc w:val="center"/>
        <w:tblLook w:val="04A0" w:firstRow="1" w:lastRow="0" w:firstColumn="1" w:lastColumn="0" w:noHBand="0" w:noVBand="1"/>
      </w:tblPr>
      <w:tblGrid>
        <w:gridCol w:w="3968"/>
        <w:gridCol w:w="3968"/>
      </w:tblGrid>
      <w:tr w:rsidR="006512E0" w14:paraId="25F402D0" w14:textId="77777777">
        <w:trPr>
          <w:jc w:val="center"/>
        </w:trPr>
        <w:tc>
          <w:tcPr>
            <w:tcW w:w="3968" w:type="dxa"/>
          </w:tcPr>
          <w:p w14:paraId="5C86AF76" w14:textId="77777777" w:rsidR="006512E0" w:rsidRDefault="00000000">
            <w:pPr>
              <w:jc w:val="center"/>
            </w:pPr>
            <w:r>
              <w:t>Dosen Pembimbing PKL/Magang,</w:t>
            </w:r>
          </w:p>
        </w:tc>
        <w:tc>
          <w:tcPr>
            <w:tcW w:w="3968" w:type="dxa"/>
          </w:tcPr>
          <w:p w14:paraId="36062CDE" w14:textId="77777777" w:rsidR="006512E0" w:rsidRDefault="00000000">
            <w:pPr>
              <w:jc w:val="center"/>
            </w:pPr>
            <w:r>
              <w:t>Pembimbing Lapangan,</w:t>
            </w:r>
          </w:p>
        </w:tc>
      </w:tr>
      <w:tr w:rsidR="006512E0" w14:paraId="677767F7" w14:textId="77777777">
        <w:trPr>
          <w:trHeight w:val="1247"/>
          <w:jc w:val="center"/>
        </w:trPr>
        <w:tc>
          <w:tcPr>
            <w:tcW w:w="3968" w:type="dxa"/>
          </w:tcPr>
          <w:p w14:paraId="1D1CA7F4" w14:textId="77777777" w:rsidR="006512E0" w:rsidRDefault="006512E0">
            <w:pPr>
              <w:jc w:val="center"/>
            </w:pPr>
          </w:p>
        </w:tc>
        <w:tc>
          <w:tcPr>
            <w:tcW w:w="3968" w:type="dxa"/>
          </w:tcPr>
          <w:p w14:paraId="6F63EC91" w14:textId="77777777" w:rsidR="006512E0" w:rsidRDefault="006512E0">
            <w:pPr>
              <w:jc w:val="center"/>
            </w:pPr>
          </w:p>
        </w:tc>
      </w:tr>
      <w:tr w:rsidR="006512E0" w14:paraId="2782FDCC" w14:textId="77777777">
        <w:trPr>
          <w:jc w:val="center"/>
        </w:trPr>
        <w:tc>
          <w:tcPr>
            <w:tcW w:w="3968" w:type="dxa"/>
          </w:tcPr>
          <w:p w14:paraId="6ADC6125" w14:textId="06DFCEC0" w:rsidR="006512E0" w:rsidRDefault="00EB05C5">
            <w:pPr>
              <w:jc w:val="center"/>
            </w:pPr>
            <w:r w:rsidRPr="00EB05C5">
              <w:rPr>
                <w:b/>
                <w:bCs/>
              </w:rPr>
              <w:t>Reza Syafrizal, M.Kom.</w:t>
            </w:r>
          </w:p>
        </w:tc>
        <w:tc>
          <w:tcPr>
            <w:tcW w:w="3968" w:type="dxa"/>
          </w:tcPr>
          <w:p w14:paraId="2387B04B" w14:textId="40FF47C6" w:rsidR="006512E0" w:rsidRDefault="008076EA">
            <w:pPr>
              <w:jc w:val="center"/>
            </w:pPr>
            <w:r w:rsidRPr="008076EA">
              <w:t>Budi Kurniawan, S</w:t>
            </w:r>
            <w:r>
              <w:t>.</w:t>
            </w:r>
            <w:r w:rsidRPr="008076EA">
              <w:t>T</w:t>
            </w:r>
          </w:p>
        </w:tc>
      </w:tr>
      <w:tr w:rsidR="006512E0" w14:paraId="3F70B5E3" w14:textId="77777777">
        <w:trPr>
          <w:jc w:val="center"/>
        </w:trPr>
        <w:tc>
          <w:tcPr>
            <w:tcW w:w="3968" w:type="dxa"/>
          </w:tcPr>
          <w:p w14:paraId="674F38B3" w14:textId="28DB291E" w:rsidR="006512E0" w:rsidRDefault="00000000">
            <w:pPr>
              <w:jc w:val="center"/>
            </w:pPr>
            <w:r>
              <w:t xml:space="preserve">NIP/NIDN. </w:t>
            </w:r>
            <w:r w:rsidR="00EA0E48" w:rsidRPr="00EA0E48">
              <w:t>198503242019031005</w:t>
            </w:r>
          </w:p>
        </w:tc>
        <w:tc>
          <w:tcPr>
            <w:tcW w:w="3968" w:type="dxa"/>
          </w:tcPr>
          <w:p w14:paraId="653F10B4" w14:textId="040D0AB2" w:rsidR="006512E0" w:rsidRDefault="00EB05C5">
            <w:pPr>
              <w:jc w:val="center"/>
            </w:pPr>
            <w:r>
              <w:t>Penata Kelola Sistem dan Teknologi Informasi</w:t>
            </w:r>
          </w:p>
        </w:tc>
      </w:tr>
    </w:tbl>
    <w:p w14:paraId="61FE9FE7" w14:textId="77777777" w:rsidR="006512E0" w:rsidRDefault="006512E0"/>
    <w:p w14:paraId="004943FA" w14:textId="77777777" w:rsidR="006512E0" w:rsidRDefault="00000000">
      <w:pPr>
        <w:jc w:val="center"/>
      </w:pPr>
      <w:r>
        <w:t>Mengetahui,</w:t>
      </w:r>
    </w:p>
    <w:p w14:paraId="15C1863F" w14:textId="2CDF958D" w:rsidR="006512E0" w:rsidRDefault="00000000">
      <w:pPr>
        <w:jc w:val="center"/>
      </w:pPr>
      <w:r>
        <w:t>Ketua Program Studi</w:t>
      </w:r>
      <w:r w:rsidR="0007110D">
        <w:t xml:space="preserve"> Informatika</w:t>
      </w:r>
    </w:p>
    <w:p w14:paraId="3C47C9BF" w14:textId="77777777" w:rsidR="006512E0" w:rsidRDefault="006512E0"/>
    <w:p w14:paraId="291388B3" w14:textId="77777777" w:rsidR="006512E0" w:rsidRDefault="006512E0"/>
    <w:p w14:paraId="2471EF1E" w14:textId="77777777" w:rsidR="00EA0E48" w:rsidRPr="00EA0E48" w:rsidRDefault="00EA0E48" w:rsidP="00EA0E48">
      <w:pPr>
        <w:jc w:val="center"/>
        <w:rPr>
          <w:b/>
          <w:bCs/>
        </w:rPr>
      </w:pPr>
      <w:r w:rsidRPr="00EA0E48">
        <w:rPr>
          <w:b/>
          <w:bCs/>
        </w:rPr>
        <w:t>Ahmad Tabrani, M.T.I</w:t>
      </w:r>
    </w:p>
    <w:p w14:paraId="6D6FFEAF" w14:textId="603F91B2" w:rsidR="006512E0" w:rsidRDefault="006512E0">
      <w:pPr>
        <w:jc w:val="center"/>
      </w:pPr>
    </w:p>
    <w:p w14:paraId="687465B1" w14:textId="400E04C8" w:rsidR="006512E0" w:rsidRDefault="00000000" w:rsidP="00D03C71">
      <w:pPr>
        <w:jc w:val="center"/>
      </w:pPr>
      <w:r>
        <w:t xml:space="preserve">NIP/NIDN. </w:t>
      </w:r>
      <w:r w:rsidR="00EA0E48" w:rsidRPr="00EA0E48">
        <w:t>198509172018011002</w:t>
      </w:r>
    </w:p>
    <w:p w14:paraId="546E17BC" w14:textId="77777777" w:rsidR="006512E0" w:rsidRDefault="00000000" w:rsidP="00D03C71">
      <w:pPr>
        <w:pStyle w:val="Heading1"/>
      </w:pPr>
      <w:bookmarkStart w:id="1" w:name="_Toc232978993"/>
      <w:r>
        <w:t>KATA PENGANTAR</w:t>
      </w:r>
      <w:bookmarkEnd w:id="1"/>
    </w:p>
    <w:p w14:paraId="1E91585F" w14:textId="77777777" w:rsidR="006512E0" w:rsidRDefault="006512E0"/>
    <w:p w14:paraId="140860B5" w14:textId="77777777" w:rsidR="008076EA" w:rsidRDefault="008076EA" w:rsidP="008076EA">
      <w:pPr>
        <w:ind w:firstLine="567"/>
      </w:pPr>
      <w:r>
        <w:t>Puji syukur penulis panjatkan ke hadirat Allah SWT karena atas rahmat dan karunia-Nya, penulis dapat menyelesaikan laporan hasil pelaksanaan PKL/Magang yang berjudul "Rancang Bangun Sistem Akses Ruangan Berbasis RFID dengan Solenoid Door Lock Menggunakan Arduino Uno" dengan baik.</w:t>
      </w:r>
    </w:p>
    <w:p w14:paraId="2072B003" w14:textId="5D2675D9" w:rsidR="008076EA" w:rsidRDefault="008076EA" w:rsidP="008076EA">
      <w:pPr>
        <w:ind w:firstLine="567"/>
      </w:pPr>
      <w:r>
        <w:t>Laporan ini disusun sebagai salah satu bentuk pertanggungjawaban atas kegiatan PKL/Magang yang telah dilaksanakan di Dinas Komunikasi dan Informasi Kabupaten Tangerang. Melalui kegiatan ini, penulis memperoleh pengalaman, pengetahuan, serta pemahaman secara langsung mengenai dunia kerja, khususnya dalam bidang pengembangan sistem keamanan akses ruangan berbasis teknologi RFID dan Arduino.</w:t>
      </w:r>
    </w:p>
    <w:p w14:paraId="6AD715AA" w14:textId="77777777" w:rsidR="008076EA" w:rsidRDefault="008076EA" w:rsidP="008076EA">
      <w:pPr>
        <w:ind w:firstLine="567"/>
      </w:pPr>
      <w:r>
        <w:t>Penulis mengucapkan terima kasih kepada semua pihak yang telah memberikan bantuan, bimbingan, dan dukungan selama pelaksanaan PKL/Magang hingga penyusunan laporan ini, terutama kepada:</w:t>
      </w:r>
    </w:p>
    <w:p w14:paraId="58670BE6" w14:textId="3BDAC8B0" w:rsidR="008076EA" w:rsidRDefault="008076EA" w:rsidP="008076EA">
      <w:pPr>
        <w:ind w:firstLine="567"/>
      </w:pPr>
      <w:r>
        <w:t xml:space="preserve">1. </w:t>
      </w:r>
      <w:r w:rsidR="00EA0E48">
        <w:t>Universitas Islam Negri Sultan Maulana Hasannudin Banten</w:t>
      </w:r>
    </w:p>
    <w:p w14:paraId="04405B30" w14:textId="4EDA0863" w:rsidR="008076EA" w:rsidRDefault="008076EA" w:rsidP="008076EA">
      <w:pPr>
        <w:ind w:firstLine="567"/>
      </w:pPr>
      <w:r>
        <w:t xml:space="preserve">2. </w:t>
      </w:r>
      <w:r w:rsidR="00EB05C5" w:rsidRPr="00EB05C5">
        <w:t>Reza Syafrizal, M.Kom.</w:t>
      </w:r>
    </w:p>
    <w:p w14:paraId="33F6F1BE" w14:textId="2D339AD1" w:rsidR="008076EA" w:rsidRDefault="008076EA" w:rsidP="008076EA">
      <w:pPr>
        <w:ind w:firstLine="567"/>
      </w:pPr>
      <w:r>
        <w:t xml:space="preserve">3. </w:t>
      </w:r>
      <w:r w:rsidRPr="008076EA">
        <w:t>Budi Kurniawan, S</w:t>
      </w:r>
      <w:r>
        <w:t>.</w:t>
      </w:r>
      <w:r w:rsidRPr="008076EA">
        <w:t>T</w:t>
      </w:r>
      <w:r>
        <w:t xml:space="preserve"> sebagai Pembimbing Lapangan</w:t>
      </w:r>
    </w:p>
    <w:p w14:paraId="23A4CD6F" w14:textId="11CE3C1D" w:rsidR="008076EA" w:rsidRDefault="008076EA" w:rsidP="008076EA">
      <w:pPr>
        <w:ind w:firstLine="567"/>
      </w:pPr>
      <w:r>
        <w:t xml:space="preserve">4. </w:t>
      </w:r>
      <w:r w:rsidR="00514281">
        <w:t>Dinas Komunikasi dan Informatika, Kabupaten Tangerang</w:t>
      </w:r>
    </w:p>
    <w:p w14:paraId="0469D2C6" w14:textId="77777777" w:rsidR="008076EA" w:rsidRDefault="008076EA" w:rsidP="008076EA">
      <w:pPr>
        <w:ind w:firstLine="567"/>
      </w:pPr>
      <w:r>
        <w:t>5. Semua pihak yang telah membantu dalam pelaksanaan PKL/Magang.</w:t>
      </w:r>
    </w:p>
    <w:p w14:paraId="237A5A0D" w14:textId="38AF7D04" w:rsidR="006512E0" w:rsidRDefault="008076EA" w:rsidP="008076EA">
      <w:pPr>
        <w:ind w:firstLine="567"/>
      </w:pPr>
      <w: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27DD6DA1" w14:textId="77777777" w:rsidR="006512E0" w:rsidRDefault="006512E0"/>
    <w:p w14:paraId="74C38936" w14:textId="68FF052A" w:rsidR="006512E0" w:rsidRDefault="008076EA">
      <w:pPr>
        <w:jc w:val="right"/>
      </w:pPr>
      <w:r>
        <w:t>Serang, 22 Juni 2026</w:t>
      </w:r>
    </w:p>
    <w:p w14:paraId="0C73C0A6" w14:textId="77777777" w:rsidR="006512E0" w:rsidRDefault="006512E0"/>
    <w:p w14:paraId="4FB266A9" w14:textId="77777777" w:rsidR="006512E0" w:rsidRDefault="006512E0"/>
    <w:p w14:paraId="0A1950BE" w14:textId="77777777" w:rsidR="006512E0" w:rsidRDefault="006512E0"/>
    <w:p w14:paraId="083B395B" w14:textId="77777777" w:rsidR="006512E0" w:rsidRDefault="00000000">
      <w:pPr>
        <w:jc w:val="right"/>
      </w:pPr>
      <w:r>
        <w:t>Penulis</w:t>
      </w:r>
    </w:p>
    <w:p w14:paraId="6314119A" w14:textId="77777777" w:rsidR="006512E0" w:rsidRDefault="00000000">
      <w:r>
        <w:br w:type="page"/>
      </w:r>
    </w:p>
    <w:p w14:paraId="13F42DF8" w14:textId="77777777" w:rsidR="006512E0" w:rsidRDefault="00000000" w:rsidP="00D03C71">
      <w:pPr>
        <w:pStyle w:val="Heading1"/>
      </w:pPr>
      <w:bookmarkStart w:id="2" w:name="_Toc232978994"/>
      <w:r>
        <w:lastRenderedPageBreak/>
        <w:t>DAFTAR ISI</w:t>
      </w:r>
      <w:bookmarkEnd w:id="2"/>
    </w:p>
    <w:sdt>
      <w:sdtPr>
        <w:rPr>
          <w:rFonts w:eastAsia="Times New Roman" w:cstheme="minorBidi"/>
          <w:b w:val="0"/>
          <w:bCs w:val="0"/>
          <w:sz w:val="24"/>
          <w:szCs w:val="22"/>
        </w:rPr>
        <w:id w:val="-1010596567"/>
        <w:docPartObj>
          <w:docPartGallery w:val="Table of Contents"/>
          <w:docPartUnique/>
        </w:docPartObj>
      </w:sdtPr>
      <w:sdtEndPr>
        <w:rPr>
          <w:noProof/>
        </w:rPr>
      </w:sdtEndPr>
      <w:sdtContent>
        <w:p w14:paraId="1A5D022E" w14:textId="5D77612B" w:rsidR="00D03C71" w:rsidRDefault="00D03C71" w:rsidP="00D03C71">
          <w:pPr>
            <w:pStyle w:val="TOCHeading"/>
            <w:jc w:val="both"/>
          </w:pPr>
        </w:p>
        <w:p w14:paraId="553943BB" w14:textId="15EF68E5" w:rsidR="00D03C71" w:rsidRDefault="00D03C71">
          <w:pPr>
            <w:pStyle w:val="TOC1"/>
            <w:tabs>
              <w:tab w:val="right" w:leader="dot" w:pos="7927"/>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32978992" w:history="1">
            <w:r w:rsidRPr="00F03D7F">
              <w:rPr>
                <w:rStyle w:val="Hyperlink"/>
                <w:noProof/>
              </w:rPr>
              <w:t>HALAMAN PENGESAHAN</w:t>
            </w:r>
            <w:r>
              <w:rPr>
                <w:noProof/>
                <w:webHidden/>
              </w:rPr>
              <w:tab/>
            </w:r>
            <w:r>
              <w:rPr>
                <w:noProof/>
                <w:webHidden/>
              </w:rPr>
              <w:fldChar w:fldCharType="begin"/>
            </w:r>
            <w:r>
              <w:rPr>
                <w:noProof/>
                <w:webHidden/>
              </w:rPr>
              <w:instrText xml:space="preserve"> PAGEREF _Toc232978992 \h </w:instrText>
            </w:r>
            <w:r>
              <w:rPr>
                <w:noProof/>
                <w:webHidden/>
              </w:rPr>
            </w:r>
            <w:r>
              <w:rPr>
                <w:noProof/>
                <w:webHidden/>
              </w:rPr>
              <w:fldChar w:fldCharType="separate"/>
            </w:r>
            <w:r>
              <w:rPr>
                <w:noProof/>
                <w:webHidden/>
              </w:rPr>
              <w:t>i</w:t>
            </w:r>
            <w:r>
              <w:rPr>
                <w:noProof/>
                <w:webHidden/>
              </w:rPr>
              <w:fldChar w:fldCharType="end"/>
            </w:r>
          </w:hyperlink>
        </w:p>
        <w:p w14:paraId="10E84B4E" w14:textId="08E3B328"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8993" w:history="1">
            <w:r w:rsidRPr="00F03D7F">
              <w:rPr>
                <w:rStyle w:val="Hyperlink"/>
                <w:noProof/>
              </w:rPr>
              <w:t>KATA PENGANTAR</w:t>
            </w:r>
            <w:r>
              <w:rPr>
                <w:noProof/>
                <w:webHidden/>
              </w:rPr>
              <w:tab/>
            </w:r>
            <w:r>
              <w:rPr>
                <w:noProof/>
                <w:webHidden/>
              </w:rPr>
              <w:fldChar w:fldCharType="begin"/>
            </w:r>
            <w:r>
              <w:rPr>
                <w:noProof/>
                <w:webHidden/>
              </w:rPr>
              <w:instrText xml:space="preserve"> PAGEREF _Toc232978993 \h </w:instrText>
            </w:r>
            <w:r>
              <w:rPr>
                <w:noProof/>
                <w:webHidden/>
              </w:rPr>
            </w:r>
            <w:r>
              <w:rPr>
                <w:noProof/>
                <w:webHidden/>
              </w:rPr>
              <w:fldChar w:fldCharType="separate"/>
            </w:r>
            <w:r>
              <w:rPr>
                <w:noProof/>
                <w:webHidden/>
              </w:rPr>
              <w:t>ii</w:t>
            </w:r>
            <w:r>
              <w:rPr>
                <w:noProof/>
                <w:webHidden/>
              </w:rPr>
              <w:fldChar w:fldCharType="end"/>
            </w:r>
          </w:hyperlink>
        </w:p>
        <w:p w14:paraId="3A9DB82B" w14:textId="59635CB5"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8994" w:history="1">
            <w:r w:rsidRPr="00F03D7F">
              <w:rPr>
                <w:rStyle w:val="Hyperlink"/>
                <w:noProof/>
              </w:rPr>
              <w:t>DAFTAR ISI</w:t>
            </w:r>
            <w:r>
              <w:rPr>
                <w:noProof/>
                <w:webHidden/>
              </w:rPr>
              <w:tab/>
            </w:r>
            <w:r>
              <w:rPr>
                <w:noProof/>
                <w:webHidden/>
              </w:rPr>
              <w:fldChar w:fldCharType="begin"/>
            </w:r>
            <w:r>
              <w:rPr>
                <w:noProof/>
                <w:webHidden/>
              </w:rPr>
              <w:instrText xml:space="preserve"> PAGEREF _Toc232978994 \h </w:instrText>
            </w:r>
            <w:r>
              <w:rPr>
                <w:noProof/>
                <w:webHidden/>
              </w:rPr>
            </w:r>
            <w:r>
              <w:rPr>
                <w:noProof/>
                <w:webHidden/>
              </w:rPr>
              <w:fldChar w:fldCharType="separate"/>
            </w:r>
            <w:r>
              <w:rPr>
                <w:noProof/>
                <w:webHidden/>
              </w:rPr>
              <w:t>iii</w:t>
            </w:r>
            <w:r>
              <w:rPr>
                <w:noProof/>
                <w:webHidden/>
              </w:rPr>
              <w:fldChar w:fldCharType="end"/>
            </w:r>
          </w:hyperlink>
        </w:p>
        <w:p w14:paraId="4FAF1260" w14:textId="19B5DA0B"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8995" w:history="1">
            <w:r w:rsidRPr="00F03D7F">
              <w:rPr>
                <w:rStyle w:val="Hyperlink"/>
                <w:noProof/>
              </w:rPr>
              <w:t>RINGKASAN</w:t>
            </w:r>
            <w:r>
              <w:rPr>
                <w:noProof/>
                <w:webHidden/>
              </w:rPr>
              <w:tab/>
            </w:r>
            <w:r>
              <w:rPr>
                <w:noProof/>
                <w:webHidden/>
              </w:rPr>
              <w:fldChar w:fldCharType="begin"/>
            </w:r>
            <w:r>
              <w:rPr>
                <w:noProof/>
                <w:webHidden/>
              </w:rPr>
              <w:instrText xml:space="preserve"> PAGEREF _Toc232978995 \h </w:instrText>
            </w:r>
            <w:r>
              <w:rPr>
                <w:noProof/>
                <w:webHidden/>
              </w:rPr>
            </w:r>
            <w:r>
              <w:rPr>
                <w:noProof/>
                <w:webHidden/>
              </w:rPr>
              <w:fldChar w:fldCharType="separate"/>
            </w:r>
            <w:r>
              <w:rPr>
                <w:noProof/>
                <w:webHidden/>
              </w:rPr>
              <w:t>1</w:t>
            </w:r>
            <w:r>
              <w:rPr>
                <w:noProof/>
                <w:webHidden/>
              </w:rPr>
              <w:fldChar w:fldCharType="end"/>
            </w:r>
          </w:hyperlink>
        </w:p>
        <w:p w14:paraId="0A60D507" w14:textId="29A9E298"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8996" w:history="1">
            <w:r w:rsidRPr="00F03D7F">
              <w:rPr>
                <w:rStyle w:val="Hyperlink"/>
                <w:noProof/>
              </w:rPr>
              <w:t>BAB I PENDAHULUAN</w:t>
            </w:r>
            <w:r>
              <w:rPr>
                <w:noProof/>
                <w:webHidden/>
              </w:rPr>
              <w:tab/>
            </w:r>
            <w:r>
              <w:rPr>
                <w:noProof/>
                <w:webHidden/>
              </w:rPr>
              <w:fldChar w:fldCharType="begin"/>
            </w:r>
            <w:r>
              <w:rPr>
                <w:noProof/>
                <w:webHidden/>
              </w:rPr>
              <w:instrText xml:space="preserve"> PAGEREF _Toc232978996 \h </w:instrText>
            </w:r>
            <w:r>
              <w:rPr>
                <w:noProof/>
                <w:webHidden/>
              </w:rPr>
            </w:r>
            <w:r>
              <w:rPr>
                <w:noProof/>
                <w:webHidden/>
              </w:rPr>
              <w:fldChar w:fldCharType="separate"/>
            </w:r>
            <w:r>
              <w:rPr>
                <w:noProof/>
                <w:webHidden/>
              </w:rPr>
              <w:t>2</w:t>
            </w:r>
            <w:r>
              <w:rPr>
                <w:noProof/>
                <w:webHidden/>
              </w:rPr>
              <w:fldChar w:fldCharType="end"/>
            </w:r>
          </w:hyperlink>
        </w:p>
        <w:p w14:paraId="3FD93374" w14:textId="7F4015D8"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8997" w:history="1">
            <w:r w:rsidRPr="00F03D7F">
              <w:rPr>
                <w:rStyle w:val="Hyperlink"/>
                <w:noProof/>
              </w:rPr>
              <w:t>1.1 Latar Belakang Masalah</w:t>
            </w:r>
            <w:r>
              <w:rPr>
                <w:noProof/>
                <w:webHidden/>
              </w:rPr>
              <w:tab/>
            </w:r>
            <w:r>
              <w:rPr>
                <w:noProof/>
                <w:webHidden/>
              </w:rPr>
              <w:fldChar w:fldCharType="begin"/>
            </w:r>
            <w:r>
              <w:rPr>
                <w:noProof/>
                <w:webHidden/>
              </w:rPr>
              <w:instrText xml:space="preserve"> PAGEREF _Toc232978997 \h </w:instrText>
            </w:r>
            <w:r>
              <w:rPr>
                <w:noProof/>
                <w:webHidden/>
              </w:rPr>
            </w:r>
            <w:r>
              <w:rPr>
                <w:noProof/>
                <w:webHidden/>
              </w:rPr>
              <w:fldChar w:fldCharType="separate"/>
            </w:r>
            <w:r>
              <w:rPr>
                <w:noProof/>
                <w:webHidden/>
              </w:rPr>
              <w:t>2</w:t>
            </w:r>
            <w:r>
              <w:rPr>
                <w:noProof/>
                <w:webHidden/>
              </w:rPr>
              <w:fldChar w:fldCharType="end"/>
            </w:r>
          </w:hyperlink>
        </w:p>
        <w:p w14:paraId="0A97AEAD" w14:textId="1AA0B8A6"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8998" w:history="1">
            <w:r w:rsidRPr="00F03D7F">
              <w:rPr>
                <w:rStyle w:val="Hyperlink"/>
                <w:noProof/>
              </w:rPr>
              <w:t>1.2 Rumusan Masalah</w:t>
            </w:r>
            <w:r>
              <w:rPr>
                <w:noProof/>
                <w:webHidden/>
              </w:rPr>
              <w:tab/>
            </w:r>
            <w:r>
              <w:rPr>
                <w:noProof/>
                <w:webHidden/>
              </w:rPr>
              <w:fldChar w:fldCharType="begin"/>
            </w:r>
            <w:r>
              <w:rPr>
                <w:noProof/>
                <w:webHidden/>
              </w:rPr>
              <w:instrText xml:space="preserve"> PAGEREF _Toc232978998 \h </w:instrText>
            </w:r>
            <w:r>
              <w:rPr>
                <w:noProof/>
                <w:webHidden/>
              </w:rPr>
            </w:r>
            <w:r>
              <w:rPr>
                <w:noProof/>
                <w:webHidden/>
              </w:rPr>
              <w:fldChar w:fldCharType="separate"/>
            </w:r>
            <w:r>
              <w:rPr>
                <w:noProof/>
                <w:webHidden/>
              </w:rPr>
              <w:t>3</w:t>
            </w:r>
            <w:r>
              <w:rPr>
                <w:noProof/>
                <w:webHidden/>
              </w:rPr>
              <w:fldChar w:fldCharType="end"/>
            </w:r>
          </w:hyperlink>
        </w:p>
        <w:p w14:paraId="7814EBE6" w14:textId="63CB47E7"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8999" w:history="1">
            <w:r w:rsidRPr="00F03D7F">
              <w:rPr>
                <w:rStyle w:val="Hyperlink"/>
                <w:noProof/>
              </w:rPr>
              <w:t>1.3 Tujuan PKL/Magang</w:t>
            </w:r>
            <w:r>
              <w:rPr>
                <w:noProof/>
                <w:webHidden/>
              </w:rPr>
              <w:tab/>
            </w:r>
            <w:r>
              <w:rPr>
                <w:noProof/>
                <w:webHidden/>
              </w:rPr>
              <w:fldChar w:fldCharType="begin"/>
            </w:r>
            <w:r>
              <w:rPr>
                <w:noProof/>
                <w:webHidden/>
              </w:rPr>
              <w:instrText xml:space="preserve"> PAGEREF _Toc232978999 \h </w:instrText>
            </w:r>
            <w:r>
              <w:rPr>
                <w:noProof/>
                <w:webHidden/>
              </w:rPr>
            </w:r>
            <w:r>
              <w:rPr>
                <w:noProof/>
                <w:webHidden/>
              </w:rPr>
              <w:fldChar w:fldCharType="separate"/>
            </w:r>
            <w:r>
              <w:rPr>
                <w:noProof/>
                <w:webHidden/>
              </w:rPr>
              <w:t>4</w:t>
            </w:r>
            <w:r>
              <w:rPr>
                <w:noProof/>
                <w:webHidden/>
              </w:rPr>
              <w:fldChar w:fldCharType="end"/>
            </w:r>
          </w:hyperlink>
        </w:p>
        <w:p w14:paraId="55AADA94" w14:textId="72BB08BC"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0" w:history="1">
            <w:r w:rsidRPr="00F03D7F">
              <w:rPr>
                <w:rStyle w:val="Hyperlink"/>
                <w:noProof/>
              </w:rPr>
              <w:t>1.3.1 Tujuan Umum</w:t>
            </w:r>
            <w:r>
              <w:rPr>
                <w:noProof/>
                <w:webHidden/>
              </w:rPr>
              <w:tab/>
            </w:r>
            <w:r>
              <w:rPr>
                <w:noProof/>
                <w:webHidden/>
              </w:rPr>
              <w:fldChar w:fldCharType="begin"/>
            </w:r>
            <w:r>
              <w:rPr>
                <w:noProof/>
                <w:webHidden/>
              </w:rPr>
              <w:instrText xml:space="preserve"> PAGEREF _Toc232979000 \h </w:instrText>
            </w:r>
            <w:r>
              <w:rPr>
                <w:noProof/>
                <w:webHidden/>
              </w:rPr>
            </w:r>
            <w:r>
              <w:rPr>
                <w:noProof/>
                <w:webHidden/>
              </w:rPr>
              <w:fldChar w:fldCharType="separate"/>
            </w:r>
            <w:r>
              <w:rPr>
                <w:noProof/>
                <w:webHidden/>
              </w:rPr>
              <w:t>4</w:t>
            </w:r>
            <w:r>
              <w:rPr>
                <w:noProof/>
                <w:webHidden/>
              </w:rPr>
              <w:fldChar w:fldCharType="end"/>
            </w:r>
          </w:hyperlink>
        </w:p>
        <w:p w14:paraId="16903BB5" w14:textId="35337D48"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1" w:history="1">
            <w:r w:rsidRPr="00F03D7F">
              <w:rPr>
                <w:rStyle w:val="Hyperlink"/>
                <w:noProof/>
              </w:rPr>
              <w:t>1.3.2 Tujuan Khusus</w:t>
            </w:r>
            <w:r>
              <w:rPr>
                <w:noProof/>
                <w:webHidden/>
              </w:rPr>
              <w:tab/>
            </w:r>
            <w:r>
              <w:rPr>
                <w:noProof/>
                <w:webHidden/>
              </w:rPr>
              <w:fldChar w:fldCharType="begin"/>
            </w:r>
            <w:r>
              <w:rPr>
                <w:noProof/>
                <w:webHidden/>
              </w:rPr>
              <w:instrText xml:space="preserve"> PAGEREF _Toc232979001 \h </w:instrText>
            </w:r>
            <w:r>
              <w:rPr>
                <w:noProof/>
                <w:webHidden/>
              </w:rPr>
            </w:r>
            <w:r>
              <w:rPr>
                <w:noProof/>
                <w:webHidden/>
              </w:rPr>
              <w:fldChar w:fldCharType="separate"/>
            </w:r>
            <w:r>
              <w:rPr>
                <w:noProof/>
                <w:webHidden/>
              </w:rPr>
              <w:t>4</w:t>
            </w:r>
            <w:r>
              <w:rPr>
                <w:noProof/>
                <w:webHidden/>
              </w:rPr>
              <w:fldChar w:fldCharType="end"/>
            </w:r>
          </w:hyperlink>
        </w:p>
        <w:p w14:paraId="364F3D5C" w14:textId="012CFEC0"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02" w:history="1">
            <w:r w:rsidRPr="00F03D7F">
              <w:rPr>
                <w:rStyle w:val="Hyperlink"/>
                <w:noProof/>
              </w:rPr>
              <w:t>1.4 Manfaat PKL/Magang</w:t>
            </w:r>
            <w:r>
              <w:rPr>
                <w:noProof/>
                <w:webHidden/>
              </w:rPr>
              <w:tab/>
            </w:r>
            <w:r>
              <w:rPr>
                <w:noProof/>
                <w:webHidden/>
              </w:rPr>
              <w:fldChar w:fldCharType="begin"/>
            </w:r>
            <w:r>
              <w:rPr>
                <w:noProof/>
                <w:webHidden/>
              </w:rPr>
              <w:instrText xml:space="preserve"> PAGEREF _Toc232979002 \h </w:instrText>
            </w:r>
            <w:r>
              <w:rPr>
                <w:noProof/>
                <w:webHidden/>
              </w:rPr>
            </w:r>
            <w:r>
              <w:rPr>
                <w:noProof/>
                <w:webHidden/>
              </w:rPr>
              <w:fldChar w:fldCharType="separate"/>
            </w:r>
            <w:r>
              <w:rPr>
                <w:noProof/>
                <w:webHidden/>
              </w:rPr>
              <w:t>4</w:t>
            </w:r>
            <w:r>
              <w:rPr>
                <w:noProof/>
                <w:webHidden/>
              </w:rPr>
              <w:fldChar w:fldCharType="end"/>
            </w:r>
          </w:hyperlink>
        </w:p>
        <w:p w14:paraId="18F1CB84" w14:textId="49152D4D"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3" w:history="1">
            <w:r w:rsidRPr="00F03D7F">
              <w:rPr>
                <w:rStyle w:val="Hyperlink"/>
                <w:noProof/>
              </w:rPr>
              <w:t>1.4.1 Manfaat Teoritis</w:t>
            </w:r>
            <w:r>
              <w:rPr>
                <w:noProof/>
                <w:webHidden/>
              </w:rPr>
              <w:tab/>
            </w:r>
            <w:r>
              <w:rPr>
                <w:noProof/>
                <w:webHidden/>
              </w:rPr>
              <w:fldChar w:fldCharType="begin"/>
            </w:r>
            <w:r>
              <w:rPr>
                <w:noProof/>
                <w:webHidden/>
              </w:rPr>
              <w:instrText xml:space="preserve"> PAGEREF _Toc232979003 \h </w:instrText>
            </w:r>
            <w:r>
              <w:rPr>
                <w:noProof/>
                <w:webHidden/>
              </w:rPr>
            </w:r>
            <w:r>
              <w:rPr>
                <w:noProof/>
                <w:webHidden/>
              </w:rPr>
              <w:fldChar w:fldCharType="separate"/>
            </w:r>
            <w:r>
              <w:rPr>
                <w:noProof/>
                <w:webHidden/>
              </w:rPr>
              <w:t>4</w:t>
            </w:r>
            <w:r>
              <w:rPr>
                <w:noProof/>
                <w:webHidden/>
              </w:rPr>
              <w:fldChar w:fldCharType="end"/>
            </w:r>
          </w:hyperlink>
        </w:p>
        <w:p w14:paraId="0F19394F" w14:textId="287C4A45"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4" w:history="1">
            <w:r w:rsidRPr="00F03D7F">
              <w:rPr>
                <w:rStyle w:val="Hyperlink"/>
                <w:noProof/>
              </w:rPr>
              <w:t>1.4.2 Manfaat Praktis</w:t>
            </w:r>
            <w:r>
              <w:rPr>
                <w:noProof/>
                <w:webHidden/>
              </w:rPr>
              <w:tab/>
            </w:r>
            <w:r>
              <w:rPr>
                <w:noProof/>
                <w:webHidden/>
              </w:rPr>
              <w:fldChar w:fldCharType="begin"/>
            </w:r>
            <w:r>
              <w:rPr>
                <w:noProof/>
                <w:webHidden/>
              </w:rPr>
              <w:instrText xml:space="preserve"> PAGEREF _Toc232979004 \h </w:instrText>
            </w:r>
            <w:r>
              <w:rPr>
                <w:noProof/>
                <w:webHidden/>
              </w:rPr>
            </w:r>
            <w:r>
              <w:rPr>
                <w:noProof/>
                <w:webHidden/>
              </w:rPr>
              <w:fldChar w:fldCharType="separate"/>
            </w:r>
            <w:r>
              <w:rPr>
                <w:noProof/>
                <w:webHidden/>
              </w:rPr>
              <w:t>4</w:t>
            </w:r>
            <w:r>
              <w:rPr>
                <w:noProof/>
                <w:webHidden/>
              </w:rPr>
              <w:fldChar w:fldCharType="end"/>
            </w:r>
          </w:hyperlink>
        </w:p>
        <w:p w14:paraId="55B84192" w14:textId="2513EA0B"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05" w:history="1">
            <w:r w:rsidRPr="00F03D7F">
              <w:rPr>
                <w:rStyle w:val="Hyperlink"/>
                <w:noProof/>
              </w:rPr>
              <w:t>BAB II KAJIAN PUSTAKA</w:t>
            </w:r>
            <w:r>
              <w:rPr>
                <w:noProof/>
                <w:webHidden/>
              </w:rPr>
              <w:tab/>
            </w:r>
            <w:r>
              <w:rPr>
                <w:noProof/>
                <w:webHidden/>
              </w:rPr>
              <w:fldChar w:fldCharType="begin"/>
            </w:r>
            <w:r>
              <w:rPr>
                <w:noProof/>
                <w:webHidden/>
              </w:rPr>
              <w:instrText xml:space="preserve"> PAGEREF _Toc232979005 \h </w:instrText>
            </w:r>
            <w:r>
              <w:rPr>
                <w:noProof/>
                <w:webHidden/>
              </w:rPr>
            </w:r>
            <w:r>
              <w:rPr>
                <w:noProof/>
                <w:webHidden/>
              </w:rPr>
              <w:fldChar w:fldCharType="separate"/>
            </w:r>
            <w:r>
              <w:rPr>
                <w:noProof/>
                <w:webHidden/>
              </w:rPr>
              <w:t>5</w:t>
            </w:r>
            <w:r>
              <w:rPr>
                <w:noProof/>
                <w:webHidden/>
              </w:rPr>
              <w:fldChar w:fldCharType="end"/>
            </w:r>
          </w:hyperlink>
        </w:p>
        <w:p w14:paraId="18B86EE2" w14:textId="790C6A50"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06" w:history="1">
            <w:r w:rsidRPr="00F03D7F">
              <w:rPr>
                <w:rStyle w:val="Hyperlink"/>
                <w:noProof/>
              </w:rPr>
              <w:t>2.1 Kajian Pustaka</w:t>
            </w:r>
            <w:r>
              <w:rPr>
                <w:noProof/>
                <w:webHidden/>
              </w:rPr>
              <w:tab/>
            </w:r>
            <w:r>
              <w:rPr>
                <w:noProof/>
                <w:webHidden/>
              </w:rPr>
              <w:fldChar w:fldCharType="begin"/>
            </w:r>
            <w:r>
              <w:rPr>
                <w:noProof/>
                <w:webHidden/>
              </w:rPr>
              <w:instrText xml:space="preserve"> PAGEREF _Toc232979006 \h </w:instrText>
            </w:r>
            <w:r>
              <w:rPr>
                <w:noProof/>
                <w:webHidden/>
              </w:rPr>
            </w:r>
            <w:r>
              <w:rPr>
                <w:noProof/>
                <w:webHidden/>
              </w:rPr>
              <w:fldChar w:fldCharType="separate"/>
            </w:r>
            <w:r>
              <w:rPr>
                <w:noProof/>
                <w:webHidden/>
              </w:rPr>
              <w:t>5</w:t>
            </w:r>
            <w:r>
              <w:rPr>
                <w:noProof/>
                <w:webHidden/>
              </w:rPr>
              <w:fldChar w:fldCharType="end"/>
            </w:r>
          </w:hyperlink>
        </w:p>
        <w:p w14:paraId="76829CB4" w14:textId="72897328"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7" w:history="1">
            <w:r w:rsidRPr="00F03D7F">
              <w:rPr>
                <w:rStyle w:val="Hyperlink"/>
                <w:noProof/>
              </w:rPr>
              <w:t>2.1.1 Pengertian Radio Frequency Identification (RFID)</w:t>
            </w:r>
            <w:r>
              <w:rPr>
                <w:noProof/>
                <w:webHidden/>
              </w:rPr>
              <w:tab/>
            </w:r>
            <w:r>
              <w:rPr>
                <w:noProof/>
                <w:webHidden/>
              </w:rPr>
              <w:fldChar w:fldCharType="begin"/>
            </w:r>
            <w:r>
              <w:rPr>
                <w:noProof/>
                <w:webHidden/>
              </w:rPr>
              <w:instrText xml:space="preserve"> PAGEREF _Toc232979007 \h </w:instrText>
            </w:r>
            <w:r>
              <w:rPr>
                <w:noProof/>
                <w:webHidden/>
              </w:rPr>
            </w:r>
            <w:r>
              <w:rPr>
                <w:noProof/>
                <w:webHidden/>
              </w:rPr>
              <w:fldChar w:fldCharType="separate"/>
            </w:r>
            <w:r>
              <w:rPr>
                <w:noProof/>
                <w:webHidden/>
              </w:rPr>
              <w:t>5</w:t>
            </w:r>
            <w:r>
              <w:rPr>
                <w:noProof/>
                <w:webHidden/>
              </w:rPr>
              <w:fldChar w:fldCharType="end"/>
            </w:r>
          </w:hyperlink>
        </w:p>
        <w:p w14:paraId="0BC2A5F9" w14:textId="750BEC45"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8" w:history="1">
            <w:r w:rsidRPr="00F03D7F">
              <w:rPr>
                <w:rStyle w:val="Hyperlink"/>
                <w:noProof/>
              </w:rPr>
              <w:t>2.1.2 Arduino Uno</w:t>
            </w:r>
            <w:r>
              <w:rPr>
                <w:noProof/>
                <w:webHidden/>
              </w:rPr>
              <w:tab/>
            </w:r>
            <w:r>
              <w:rPr>
                <w:noProof/>
                <w:webHidden/>
              </w:rPr>
              <w:fldChar w:fldCharType="begin"/>
            </w:r>
            <w:r>
              <w:rPr>
                <w:noProof/>
                <w:webHidden/>
              </w:rPr>
              <w:instrText xml:space="preserve"> PAGEREF _Toc232979008 \h </w:instrText>
            </w:r>
            <w:r>
              <w:rPr>
                <w:noProof/>
                <w:webHidden/>
              </w:rPr>
            </w:r>
            <w:r>
              <w:rPr>
                <w:noProof/>
                <w:webHidden/>
              </w:rPr>
              <w:fldChar w:fldCharType="separate"/>
            </w:r>
            <w:r>
              <w:rPr>
                <w:noProof/>
                <w:webHidden/>
              </w:rPr>
              <w:t>5</w:t>
            </w:r>
            <w:r>
              <w:rPr>
                <w:noProof/>
                <w:webHidden/>
              </w:rPr>
              <w:fldChar w:fldCharType="end"/>
            </w:r>
          </w:hyperlink>
        </w:p>
        <w:p w14:paraId="4565E93E" w14:textId="2DE69457"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09" w:history="1">
            <w:r w:rsidRPr="00F03D7F">
              <w:rPr>
                <w:rStyle w:val="Hyperlink"/>
                <w:noProof/>
              </w:rPr>
              <w:t>2.1.3 Solenoid Door Lock</w:t>
            </w:r>
            <w:r>
              <w:rPr>
                <w:noProof/>
                <w:webHidden/>
              </w:rPr>
              <w:tab/>
            </w:r>
            <w:r>
              <w:rPr>
                <w:noProof/>
                <w:webHidden/>
              </w:rPr>
              <w:fldChar w:fldCharType="begin"/>
            </w:r>
            <w:r>
              <w:rPr>
                <w:noProof/>
                <w:webHidden/>
              </w:rPr>
              <w:instrText xml:space="preserve"> PAGEREF _Toc232979009 \h </w:instrText>
            </w:r>
            <w:r>
              <w:rPr>
                <w:noProof/>
                <w:webHidden/>
              </w:rPr>
            </w:r>
            <w:r>
              <w:rPr>
                <w:noProof/>
                <w:webHidden/>
              </w:rPr>
              <w:fldChar w:fldCharType="separate"/>
            </w:r>
            <w:r>
              <w:rPr>
                <w:noProof/>
                <w:webHidden/>
              </w:rPr>
              <w:t>5</w:t>
            </w:r>
            <w:r>
              <w:rPr>
                <w:noProof/>
                <w:webHidden/>
              </w:rPr>
              <w:fldChar w:fldCharType="end"/>
            </w:r>
          </w:hyperlink>
        </w:p>
        <w:p w14:paraId="71B1DAAB" w14:textId="7901DA90" w:rsidR="00D03C71" w:rsidRDefault="00D03C71">
          <w:pPr>
            <w:pStyle w:val="TOC3"/>
            <w:tabs>
              <w:tab w:val="right" w:leader="dot" w:pos="7927"/>
            </w:tabs>
            <w:rPr>
              <w:rFonts w:asciiTheme="minorHAnsi" w:eastAsiaTheme="minorEastAsia" w:hAnsiTheme="minorHAnsi"/>
              <w:noProof/>
              <w:kern w:val="2"/>
              <w:szCs w:val="24"/>
              <w14:ligatures w14:val="standardContextual"/>
            </w:rPr>
          </w:pPr>
          <w:hyperlink w:anchor="_Toc232979010" w:history="1">
            <w:r w:rsidRPr="00F03D7F">
              <w:rPr>
                <w:rStyle w:val="Hyperlink"/>
                <w:noProof/>
              </w:rPr>
              <w:t>2.1.4 Modul RFID RC522</w:t>
            </w:r>
            <w:r>
              <w:rPr>
                <w:noProof/>
                <w:webHidden/>
              </w:rPr>
              <w:tab/>
            </w:r>
            <w:r>
              <w:rPr>
                <w:noProof/>
                <w:webHidden/>
              </w:rPr>
              <w:fldChar w:fldCharType="begin"/>
            </w:r>
            <w:r>
              <w:rPr>
                <w:noProof/>
                <w:webHidden/>
              </w:rPr>
              <w:instrText xml:space="preserve"> PAGEREF _Toc232979010 \h </w:instrText>
            </w:r>
            <w:r>
              <w:rPr>
                <w:noProof/>
                <w:webHidden/>
              </w:rPr>
            </w:r>
            <w:r>
              <w:rPr>
                <w:noProof/>
                <w:webHidden/>
              </w:rPr>
              <w:fldChar w:fldCharType="separate"/>
            </w:r>
            <w:r>
              <w:rPr>
                <w:noProof/>
                <w:webHidden/>
              </w:rPr>
              <w:t>6</w:t>
            </w:r>
            <w:r>
              <w:rPr>
                <w:noProof/>
                <w:webHidden/>
              </w:rPr>
              <w:fldChar w:fldCharType="end"/>
            </w:r>
          </w:hyperlink>
        </w:p>
        <w:p w14:paraId="4F1EC895" w14:textId="1CD29871"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1" w:history="1">
            <w:r w:rsidRPr="00F03D7F">
              <w:rPr>
                <w:rStyle w:val="Hyperlink"/>
                <w:noProof/>
              </w:rPr>
              <w:t>2.2 Kerangka Pikir Teoritis</w:t>
            </w:r>
            <w:r>
              <w:rPr>
                <w:noProof/>
                <w:webHidden/>
              </w:rPr>
              <w:tab/>
            </w:r>
            <w:r>
              <w:rPr>
                <w:noProof/>
                <w:webHidden/>
              </w:rPr>
              <w:fldChar w:fldCharType="begin"/>
            </w:r>
            <w:r>
              <w:rPr>
                <w:noProof/>
                <w:webHidden/>
              </w:rPr>
              <w:instrText xml:space="preserve"> PAGEREF _Toc232979011 \h </w:instrText>
            </w:r>
            <w:r>
              <w:rPr>
                <w:noProof/>
                <w:webHidden/>
              </w:rPr>
            </w:r>
            <w:r>
              <w:rPr>
                <w:noProof/>
                <w:webHidden/>
              </w:rPr>
              <w:fldChar w:fldCharType="separate"/>
            </w:r>
            <w:r>
              <w:rPr>
                <w:noProof/>
                <w:webHidden/>
              </w:rPr>
              <w:t>7</w:t>
            </w:r>
            <w:r>
              <w:rPr>
                <w:noProof/>
                <w:webHidden/>
              </w:rPr>
              <w:fldChar w:fldCharType="end"/>
            </w:r>
          </w:hyperlink>
        </w:p>
        <w:p w14:paraId="6B01DCB6" w14:textId="604B4A26"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12" w:history="1">
            <w:r w:rsidRPr="00F03D7F">
              <w:rPr>
                <w:rStyle w:val="Hyperlink"/>
                <w:noProof/>
              </w:rPr>
              <w:t>BAB III METODE PKL/MAGANG</w:t>
            </w:r>
            <w:r>
              <w:rPr>
                <w:noProof/>
                <w:webHidden/>
              </w:rPr>
              <w:tab/>
            </w:r>
            <w:r>
              <w:rPr>
                <w:noProof/>
                <w:webHidden/>
              </w:rPr>
              <w:fldChar w:fldCharType="begin"/>
            </w:r>
            <w:r>
              <w:rPr>
                <w:noProof/>
                <w:webHidden/>
              </w:rPr>
              <w:instrText xml:space="preserve"> PAGEREF _Toc232979012 \h </w:instrText>
            </w:r>
            <w:r>
              <w:rPr>
                <w:noProof/>
                <w:webHidden/>
              </w:rPr>
            </w:r>
            <w:r>
              <w:rPr>
                <w:noProof/>
                <w:webHidden/>
              </w:rPr>
              <w:fldChar w:fldCharType="separate"/>
            </w:r>
            <w:r>
              <w:rPr>
                <w:noProof/>
                <w:webHidden/>
              </w:rPr>
              <w:t>9</w:t>
            </w:r>
            <w:r>
              <w:rPr>
                <w:noProof/>
                <w:webHidden/>
              </w:rPr>
              <w:fldChar w:fldCharType="end"/>
            </w:r>
          </w:hyperlink>
        </w:p>
        <w:p w14:paraId="417D1120" w14:textId="1D7BC87B"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3" w:history="1">
            <w:r w:rsidRPr="00F03D7F">
              <w:rPr>
                <w:rStyle w:val="Hyperlink"/>
                <w:noProof/>
              </w:rPr>
              <w:t>3.1 Lokasi PKL/Magang</w:t>
            </w:r>
            <w:r>
              <w:rPr>
                <w:noProof/>
                <w:webHidden/>
              </w:rPr>
              <w:tab/>
            </w:r>
            <w:r>
              <w:rPr>
                <w:noProof/>
                <w:webHidden/>
              </w:rPr>
              <w:fldChar w:fldCharType="begin"/>
            </w:r>
            <w:r>
              <w:rPr>
                <w:noProof/>
                <w:webHidden/>
              </w:rPr>
              <w:instrText xml:space="preserve"> PAGEREF _Toc232979013 \h </w:instrText>
            </w:r>
            <w:r>
              <w:rPr>
                <w:noProof/>
                <w:webHidden/>
              </w:rPr>
            </w:r>
            <w:r>
              <w:rPr>
                <w:noProof/>
                <w:webHidden/>
              </w:rPr>
              <w:fldChar w:fldCharType="separate"/>
            </w:r>
            <w:r>
              <w:rPr>
                <w:noProof/>
                <w:webHidden/>
              </w:rPr>
              <w:t>9</w:t>
            </w:r>
            <w:r>
              <w:rPr>
                <w:noProof/>
                <w:webHidden/>
              </w:rPr>
              <w:fldChar w:fldCharType="end"/>
            </w:r>
          </w:hyperlink>
        </w:p>
        <w:p w14:paraId="7606DEC0" w14:textId="557CF61C"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4" w:history="1">
            <w:r w:rsidRPr="00F03D7F">
              <w:rPr>
                <w:rStyle w:val="Hyperlink"/>
                <w:noProof/>
              </w:rPr>
              <w:t>3.2 Desain Pelaksanaan PKL/Magang</w:t>
            </w:r>
            <w:r>
              <w:rPr>
                <w:noProof/>
                <w:webHidden/>
              </w:rPr>
              <w:tab/>
            </w:r>
            <w:r>
              <w:rPr>
                <w:noProof/>
                <w:webHidden/>
              </w:rPr>
              <w:fldChar w:fldCharType="begin"/>
            </w:r>
            <w:r>
              <w:rPr>
                <w:noProof/>
                <w:webHidden/>
              </w:rPr>
              <w:instrText xml:space="preserve"> PAGEREF _Toc232979014 \h </w:instrText>
            </w:r>
            <w:r>
              <w:rPr>
                <w:noProof/>
                <w:webHidden/>
              </w:rPr>
            </w:r>
            <w:r>
              <w:rPr>
                <w:noProof/>
                <w:webHidden/>
              </w:rPr>
              <w:fldChar w:fldCharType="separate"/>
            </w:r>
            <w:r>
              <w:rPr>
                <w:noProof/>
                <w:webHidden/>
              </w:rPr>
              <w:t>9</w:t>
            </w:r>
            <w:r>
              <w:rPr>
                <w:noProof/>
                <w:webHidden/>
              </w:rPr>
              <w:fldChar w:fldCharType="end"/>
            </w:r>
          </w:hyperlink>
        </w:p>
        <w:p w14:paraId="009C5BB2" w14:textId="62742A40"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5" w:history="1">
            <w:r w:rsidRPr="00F03D7F">
              <w:rPr>
                <w:rStyle w:val="Hyperlink"/>
                <w:noProof/>
              </w:rPr>
              <w:t>3.3 Penentuan Objek PKL/Magang</w:t>
            </w:r>
            <w:r>
              <w:rPr>
                <w:noProof/>
                <w:webHidden/>
              </w:rPr>
              <w:tab/>
            </w:r>
            <w:r>
              <w:rPr>
                <w:noProof/>
                <w:webHidden/>
              </w:rPr>
              <w:fldChar w:fldCharType="begin"/>
            </w:r>
            <w:r>
              <w:rPr>
                <w:noProof/>
                <w:webHidden/>
              </w:rPr>
              <w:instrText xml:space="preserve"> PAGEREF _Toc232979015 \h </w:instrText>
            </w:r>
            <w:r>
              <w:rPr>
                <w:noProof/>
                <w:webHidden/>
              </w:rPr>
            </w:r>
            <w:r>
              <w:rPr>
                <w:noProof/>
                <w:webHidden/>
              </w:rPr>
              <w:fldChar w:fldCharType="separate"/>
            </w:r>
            <w:r>
              <w:rPr>
                <w:noProof/>
                <w:webHidden/>
              </w:rPr>
              <w:t>9</w:t>
            </w:r>
            <w:r>
              <w:rPr>
                <w:noProof/>
                <w:webHidden/>
              </w:rPr>
              <w:fldChar w:fldCharType="end"/>
            </w:r>
          </w:hyperlink>
        </w:p>
        <w:p w14:paraId="09767D88" w14:textId="3250302F"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6" w:history="1">
            <w:r w:rsidRPr="00F03D7F">
              <w:rPr>
                <w:rStyle w:val="Hyperlink"/>
                <w:noProof/>
              </w:rPr>
              <w:t>3.4 Metode Pengumpulan Data</w:t>
            </w:r>
            <w:r>
              <w:rPr>
                <w:noProof/>
                <w:webHidden/>
              </w:rPr>
              <w:tab/>
            </w:r>
            <w:r>
              <w:rPr>
                <w:noProof/>
                <w:webHidden/>
              </w:rPr>
              <w:fldChar w:fldCharType="begin"/>
            </w:r>
            <w:r>
              <w:rPr>
                <w:noProof/>
                <w:webHidden/>
              </w:rPr>
              <w:instrText xml:space="preserve"> PAGEREF _Toc232979016 \h </w:instrText>
            </w:r>
            <w:r>
              <w:rPr>
                <w:noProof/>
                <w:webHidden/>
              </w:rPr>
            </w:r>
            <w:r>
              <w:rPr>
                <w:noProof/>
                <w:webHidden/>
              </w:rPr>
              <w:fldChar w:fldCharType="separate"/>
            </w:r>
            <w:r>
              <w:rPr>
                <w:noProof/>
                <w:webHidden/>
              </w:rPr>
              <w:t>10</w:t>
            </w:r>
            <w:r>
              <w:rPr>
                <w:noProof/>
                <w:webHidden/>
              </w:rPr>
              <w:fldChar w:fldCharType="end"/>
            </w:r>
          </w:hyperlink>
        </w:p>
        <w:p w14:paraId="21BA70EC" w14:textId="6A4B3F4E"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7" w:history="1">
            <w:r w:rsidRPr="00F03D7F">
              <w:rPr>
                <w:rStyle w:val="Hyperlink"/>
                <w:noProof/>
              </w:rPr>
              <w:t>3.5 Instrumen PKL/Magang</w:t>
            </w:r>
            <w:r>
              <w:rPr>
                <w:noProof/>
                <w:webHidden/>
              </w:rPr>
              <w:tab/>
            </w:r>
            <w:r>
              <w:rPr>
                <w:noProof/>
                <w:webHidden/>
              </w:rPr>
              <w:fldChar w:fldCharType="begin"/>
            </w:r>
            <w:r>
              <w:rPr>
                <w:noProof/>
                <w:webHidden/>
              </w:rPr>
              <w:instrText xml:space="preserve"> PAGEREF _Toc232979017 \h </w:instrText>
            </w:r>
            <w:r>
              <w:rPr>
                <w:noProof/>
                <w:webHidden/>
              </w:rPr>
            </w:r>
            <w:r>
              <w:rPr>
                <w:noProof/>
                <w:webHidden/>
              </w:rPr>
              <w:fldChar w:fldCharType="separate"/>
            </w:r>
            <w:r>
              <w:rPr>
                <w:noProof/>
                <w:webHidden/>
              </w:rPr>
              <w:t>10</w:t>
            </w:r>
            <w:r>
              <w:rPr>
                <w:noProof/>
                <w:webHidden/>
              </w:rPr>
              <w:fldChar w:fldCharType="end"/>
            </w:r>
          </w:hyperlink>
        </w:p>
        <w:p w14:paraId="088ADAA7" w14:textId="200A8FBB"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18" w:history="1">
            <w:r w:rsidRPr="00F03D7F">
              <w:rPr>
                <w:rStyle w:val="Hyperlink"/>
                <w:noProof/>
              </w:rPr>
              <w:t>3.6 Teknik Analisis Data</w:t>
            </w:r>
            <w:r>
              <w:rPr>
                <w:noProof/>
                <w:webHidden/>
              </w:rPr>
              <w:tab/>
            </w:r>
            <w:r>
              <w:rPr>
                <w:noProof/>
                <w:webHidden/>
              </w:rPr>
              <w:fldChar w:fldCharType="begin"/>
            </w:r>
            <w:r>
              <w:rPr>
                <w:noProof/>
                <w:webHidden/>
              </w:rPr>
              <w:instrText xml:space="preserve"> PAGEREF _Toc232979018 \h </w:instrText>
            </w:r>
            <w:r>
              <w:rPr>
                <w:noProof/>
                <w:webHidden/>
              </w:rPr>
            </w:r>
            <w:r>
              <w:rPr>
                <w:noProof/>
                <w:webHidden/>
              </w:rPr>
              <w:fldChar w:fldCharType="separate"/>
            </w:r>
            <w:r>
              <w:rPr>
                <w:noProof/>
                <w:webHidden/>
              </w:rPr>
              <w:t>10</w:t>
            </w:r>
            <w:r>
              <w:rPr>
                <w:noProof/>
                <w:webHidden/>
              </w:rPr>
              <w:fldChar w:fldCharType="end"/>
            </w:r>
          </w:hyperlink>
        </w:p>
        <w:p w14:paraId="51F2EA62" w14:textId="2B884F4E"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19" w:history="1">
            <w:r w:rsidRPr="00F03D7F">
              <w:rPr>
                <w:rStyle w:val="Hyperlink"/>
                <w:noProof/>
              </w:rPr>
              <w:t>BAB IV HASIL PKL/MAGANG DAN PEMBAHASAN</w:t>
            </w:r>
            <w:r>
              <w:rPr>
                <w:noProof/>
                <w:webHidden/>
              </w:rPr>
              <w:tab/>
            </w:r>
            <w:r>
              <w:rPr>
                <w:noProof/>
                <w:webHidden/>
              </w:rPr>
              <w:fldChar w:fldCharType="begin"/>
            </w:r>
            <w:r>
              <w:rPr>
                <w:noProof/>
                <w:webHidden/>
              </w:rPr>
              <w:instrText xml:space="preserve"> PAGEREF _Toc232979019 \h </w:instrText>
            </w:r>
            <w:r>
              <w:rPr>
                <w:noProof/>
                <w:webHidden/>
              </w:rPr>
            </w:r>
            <w:r>
              <w:rPr>
                <w:noProof/>
                <w:webHidden/>
              </w:rPr>
              <w:fldChar w:fldCharType="separate"/>
            </w:r>
            <w:r>
              <w:rPr>
                <w:noProof/>
                <w:webHidden/>
              </w:rPr>
              <w:t>12</w:t>
            </w:r>
            <w:r>
              <w:rPr>
                <w:noProof/>
                <w:webHidden/>
              </w:rPr>
              <w:fldChar w:fldCharType="end"/>
            </w:r>
          </w:hyperlink>
        </w:p>
        <w:p w14:paraId="6F168C26" w14:textId="58A1DB38"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0" w:history="1">
            <w:r w:rsidRPr="00F03D7F">
              <w:rPr>
                <w:rStyle w:val="Hyperlink"/>
                <w:noProof/>
              </w:rPr>
              <w:t>4.1 Deskripsi Kegiatan PKL/Magang</w:t>
            </w:r>
            <w:r>
              <w:rPr>
                <w:noProof/>
                <w:webHidden/>
              </w:rPr>
              <w:tab/>
            </w:r>
            <w:r>
              <w:rPr>
                <w:noProof/>
                <w:webHidden/>
              </w:rPr>
              <w:fldChar w:fldCharType="begin"/>
            </w:r>
            <w:r>
              <w:rPr>
                <w:noProof/>
                <w:webHidden/>
              </w:rPr>
              <w:instrText xml:space="preserve"> PAGEREF _Toc232979020 \h </w:instrText>
            </w:r>
            <w:r>
              <w:rPr>
                <w:noProof/>
                <w:webHidden/>
              </w:rPr>
            </w:r>
            <w:r>
              <w:rPr>
                <w:noProof/>
                <w:webHidden/>
              </w:rPr>
              <w:fldChar w:fldCharType="separate"/>
            </w:r>
            <w:r>
              <w:rPr>
                <w:noProof/>
                <w:webHidden/>
              </w:rPr>
              <w:t>12</w:t>
            </w:r>
            <w:r>
              <w:rPr>
                <w:noProof/>
                <w:webHidden/>
              </w:rPr>
              <w:fldChar w:fldCharType="end"/>
            </w:r>
          </w:hyperlink>
        </w:p>
        <w:p w14:paraId="4F0B8E88" w14:textId="12B24209"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1" w:history="1">
            <w:r w:rsidRPr="00F03D7F">
              <w:rPr>
                <w:rStyle w:val="Hyperlink"/>
                <w:noProof/>
              </w:rPr>
              <w:t>4.2 Permasalahan yang Ditemukan</w:t>
            </w:r>
            <w:r>
              <w:rPr>
                <w:noProof/>
                <w:webHidden/>
              </w:rPr>
              <w:tab/>
            </w:r>
            <w:r>
              <w:rPr>
                <w:noProof/>
                <w:webHidden/>
              </w:rPr>
              <w:fldChar w:fldCharType="begin"/>
            </w:r>
            <w:r>
              <w:rPr>
                <w:noProof/>
                <w:webHidden/>
              </w:rPr>
              <w:instrText xml:space="preserve"> PAGEREF _Toc232979021 \h </w:instrText>
            </w:r>
            <w:r>
              <w:rPr>
                <w:noProof/>
                <w:webHidden/>
              </w:rPr>
            </w:r>
            <w:r>
              <w:rPr>
                <w:noProof/>
                <w:webHidden/>
              </w:rPr>
              <w:fldChar w:fldCharType="separate"/>
            </w:r>
            <w:r>
              <w:rPr>
                <w:noProof/>
                <w:webHidden/>
              </w:rPr>
              <w:t>13</w:t>
            </w:r>
            <w:r>
              <w:rPr>
                <w:noProof/>
                <w:webHidden/>
              </w:rPr>
              <w:fldChar w:fldCharType="end"/>
            </w:r>
          </w:hyperlink>
        </w:p>
        <w:p w14:paraId="0967D3A6" w14:textId="0CD83242"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2" w:history="1">
            <w:r w:rsidRPr="00F03D7F">
              <w:rPr>
                <w:rStyle w:val="Hyperlink"/>
                <w:noProof/>
              </w:rPr>
              <w:t>4.3 Metode Penyelesaian Masalah</w:t>
            </w:r>
            <w:r>
              <w:rPr>
                <w:noProof/>
                <w:webHidden/>
              </w:rPr>
              <w:tab/>
            </w:r>
            <w:r>
              <w:rPr>
                <w:noProof/>
                <w:webHidden/>
              </w:rPr>
              <w:fldChar w:fldCharType="begin"/>
            </w:r>
            <w:r>
              <w:rPr>
                <w:noProof/>
                <w:webHidden/>
              </w:rPr>
              <w:instrText xml:space="preserve"> PAGEREF _Toc232979022 \h </w:instrText>
            </w:r>
            <w:r>
              <w:rPr>
                <w:noProof/>
                <w:webHidden/>
              </w:rPr>
            </w:r>
            <w:r>
              <w:rPr>
                <w:noProof/>
                <w:webHidden/>
              </w:rPr>
              <w:fldChar w:fldCharType="separate"/>
            </w:r>
            <w:r>
              <w:rPr>
                <w:noProof/>
                <w:webHidden/>
              </w:rPr>
              <w:t>14</w:t>
            </w:r>
            <w:r>
              <w:rPr>
                <w:noProof/>
                <w:webHidden/>
              </w:rPr>
              <w:fldChar w:fldCharType="end"/>
            </w:r>
          </w:hyperlink>
        </w:p>
        <w:p w14:paraId="6F2F2B6B" w14:textId="4F6E9967"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3" w:history="1">
            <w:r w:rsidRPr="00F03D7F">
              <w:rPr>
                <w:rStyle w:val="Hyperlink"/>
                <w:noProof/>
              </w:rPr>
              <w:t>Hasil Pelaksanaan PKL/Magang</w:t>
            </w:r>
            <w:r>
              <w:rPr>
                <w:noProof/>
                <w:webHidden/>
              </w:rPr>
              <w:tab/>
            </w:r>
            <w:r>
              <w:rPr>
                <w:noProof/>
                <w:webHidden/>
              </w:rPr>
              <w:fldChar w:fldCharType="begin"/>
            </w:r>
            <w:r>
              <w:rPr>
                <w:noProof/>
                <w:webHidden/>
              </w:rPr>
              <w:instrText xml:space="preserve"> PAGEREF _Toc232979023 \h </w:instrText>
            </w:r>
            <w:r>
              <w:rPr>
                <w:noProof/>
                <w:webHidden/>
              </w:rPr>
            </w:r>
            <w:r>
              <w:rPr>
                <w:noProof/>
                <w:webHidden/>
              </w:rPr>
              <w:fldChar w:fldCharType="separate"/>
            </w:r>
            <w:r>
              <w:rPr>
                <w:noProof/>
                <w:webHidden/>
              </w:rPr>
              <w:t>14</w:t>
            </w:r>
            <w:r>
              <w:rPr>
                <w:noProof/>
                <w:webHidden/>
              </w:rPr>
              <w:fldChar w:fldCharType="end"/>
            </w:r>
          </w:hyperlink>
        </w:p>
        <w:p w14:paraId="7FA196D6" w14:textId="56205791"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4" w:history="1">
            <w:r w:rsidRPr="00F03D7F">
              <w:rPr>
                <w:rStyle w:val="Hyperlink"/>
                <w:noProof/>
              </w:rPr>
              <w:t>4.5 Pembahasan</w:t>
            </w:r>
            <w:r>
              <w:rPr>
                <w:noProof/>
                <w:webHidden/>
              </w:rPr>
              <w:tab/>
            </w:r>
            <w:r>
              <w:rPr>
                <w:noProof/>
                <w:webHidden/>
              </w:rPr>
              <w:fldChar w:fldCharType="begin"/>
            </w:r>
            <w:r>
              <w:rPr>
                <w:noProof/>
                <w:webHidden/>
              </w:rPr>
              <w:instrText xml:space="preserve"> PAGEREF _Toc232979024 \h </w:instrText>
            </w:r>
            <w:r>
              <w:rPr>
                <w:noProof/>
                <w:webHidden/>
              </w:rPr>
            </w:r>
            <w:r>
              <w:rPr>
                <w:noProof/>
                <w:webHidden/>
              </w:rPr>
              <w:fldChar w:fldCharType="separate"/>
            </w:r>
            <w:r>
              <w:rPr>
                <w:noProof/>
                <w:webHidden/>
              </w:rPr>
              <w:t>15</w:t>
            </w:r>
            <w:r>
              <w:rPr>
                <w:noProof/>
                <w:webHidden/>
              </w:rPr>
              <w:fldChar w:fldCharType="end"/>
            </w:r>
          </w:hyperlink>
        </w:p>
        <w:p w14:paraId="75249064" w14:textId="01618B77"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5" w:history="1">
            <w:r w:rsidRPr="00F03D7F">
              <w:rPr>
                <w:rStyle w:val="Hyperlink"/>
                <w:noProof/>
              </w:rPr>
              <w:t>4.6 Pelajaran yang Diperoleh</w:t>
            </w:r>
            <w:r>
              <w:rPr>
                <w:noProof/>
                <w:webHidden/>
              </w:rPr>
              <w:tab/>
            </w:r>
            <w:r>
              <w:rPr>
                <w:noProof/>
                <w:webHidden/>
              </w:rPr>
              <w:fldChar w:fldCharType="begin"/>
            </w:r>
            <w:r>
              <w:rPr>
                <w:noProof/>
                <w:webHidden/>
              </w:rPr>
              <w:instrText xml:space="preserve"> PAGEREF _Toc232979025 \h </w:instrText>
            </w:r>
            <w:r>
              <w:rPr>
                <w:noProof/>
                <w:webHidden/>
              </w:rPr>
            </w:r>
            <w:r>
              <w:rPr>
                <w:noProof/>
                <w:webHidden/>
              </w:rPr>
              <w:fldChar w:fldCharType="separate"/>
            </w:r>
            <w:r>
              <w:rPr>
                <w:noProof/>
                <w:webHidden/>
              </w:rPr>
              <w:t>15</w:t>
            </w:r>
            <w:r>
              <w:rPr>
                <w:noProof/>
                <w:webHidden/>
              </w:rPr>
              <w:fldChar w:fldCharType="end"/>
            </w:r>
          </w:hyperlink>
        </w:p>
        <w:p w14:paraId="16C447E3" w14:textId="4BC41B01"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26" w:history="1">
            <w:r w:rsidRPr="00F03D7F">
              <w:rPr>
                <w:rStyle w:val="Hyperlink"/>
                <w:noProof/>
              </w:rPr>
              <w:t>BAB V KESIMPULAN DAN SARAN</w:t>
            </w:r>
            <w:r>
              <w:rPr>
                <w:noProof/>
                <w:webHidden/>
              </w:rPr>
              <w:tab/>
            </w:r>
            <w:r>
              <w:rPr>
                <w:noProof/>
                <w:webHidden/>
              </w:rPr>
              <w:fldChar w:fldCharType="begin"/>
            </w:r>
            <w:r>
              <w:rPr>
                <w:noProof/>
                <w:webHidden/>
              </w:rPr>
              <w:instrText xml:space="preserve"> PAGEREF _Toc232979026 \h </w:instrText>
            </w:r>
            <w:r>
              <w:rPr>
                <w:noProof/>
                <w:webHidden/>
              </w:rPr>
            </w:r>
            <w:r>
              <w:rPr>
                <w:noProof/>
                <w:webHidden/>
              </w:rPr>
              <w:fldChar w:fldCharType="separate"/>
            </w:r>
            <w:r>
              <w:rPr>
                <w:noProof/>
                <w:webHidden/>
              </w:rPr>
              <w:t>17</w:t>
            </w:r>
            <w:r>
              <w:rPr>
                <w:noProof/>
                <w:webHidden/>
              </w:rPr>
              <w:fldChar w:fldCharType="end"/>
            </w:r>
          </w:hyperlink>
        </w:p>
        <w:p w14:paraId="0306972D" w14:textId="4752787A"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7" w:history="1">
            <w:r w:rsidRPr="00F03D7F">
              <w:rPr>
                <w:rStyle w:val="Hyperlink"/>
                <w:noProof/>
              </w:rPr>
              <w:t>5.1 Kesimpulan</w:t>
            </w:r>
            <w:r>
              <w:rPr>
                <w:noProof/>
                <w:webHidden/>
              </w:rPr>
              <w:tab/>
            </w:r>
            <w:r>
              <w:rPr>
                <w:noProof/>
                <w:webHidden/>
              </w:rPr>
              <w:fldChar w:fldCharType="begin"/>
            </w:r>
            <w:r>
              <w:rPr>
                <w:noProof/>
                <w:webHidden/>
              </w:rPr>
              <w:instrText xml:space="preserve"> PAGEREF _Toc232979027 \h </w:instrText>
            </w:r>
            <w:r>
              <w:rPr>
                <w:noProof/>
                <w:webHidden/>
              </w:rPr>
            </w:r>
            <w:r>
              <w:rPr>
                <w:noProof/>
                <w:webHidden/>
              </w:rPr>
              <w:fldChar w:fldCharType="separate"/>
            </w:r>
            <w:r>
              <w:rPr>
                <w:noProof/>
                <w:webHidden/>
              </w:rPr>
              <w:t>17</w:t>
            </w:r>
            <w:r>
              <w:rPr>
                <w:noProof/>
                <w:webHidden/>
              </w:rPr>
              <w:fldChar w:fldCharType="end"/>
            </w:r>
          </w:hyperlink>
        </w:p>
        <w:p w14:paraId="2EE2464E" w14:textId="7F05C5B8"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8" w:history="1">
            <w:r w:rsidRPr="00F03D7F">
              <w:rPr>
                <w:rStyle w:val="Hyperlink"/>
                <w:noProof/>
              </w:rPr>
              <w:t>5.2 Keterbatasan</w:t>
            </w:r>
            <w:r>
              <w:rPr>
                <w:noProof/>
                <w:webHidden/>
              </w:rPr>
              <w:tab/>
            </w:r>
            <w:r>
              <w:rPr>
                <w:noProof/>
                <w:webHidden/>
              </w:rPr>
              <w:fldChar w:fldCharType="begin"/>
            </w:r>
            <w:r>
              <w:rPr>
                <w:noProof/>
                <w:webHidden/>
              </w:rPr>
              <w:instrText xml:space="preserve"> PAGEREF _Toc232979028 \h </w:instrText>
            </w:r>
            <w:r>
              <w:rPr>
                <w:noProof/>
                <w:webHidden/>
              </w:rPr>
            </w:r>
            <w:r>
              <w:rPr>
                <w:noProof/>
                <w:webHidden/>
              </w:rPr>
              <w:fldChar w:fldCharType="separate"/>
            </w:r>
            <w:r>
              <w:rPr>
                <w:noProof/>
                <w:webHidden/>
              </w:rPr>
              <w:t>17</w:t>
            </w:r>
            <w:r>
              <w:rPr>
                <w:noProof/>
                <w:webHidden/>
              </w:rPr>
              <w:fldChar w:fldCharType="end"/>
            </w:r>
          </w:hyperlink>
        </w:p>
        <w:p w14:paraId="39AFF794" w14:textId="756ECAEF"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29" w:history="1">
            <w:r w:rsidRPr="00F03D7F">
              <w:rPr>
                <w:rStyle w:val="Hyperlink"/>
                <w:noProof/>
              </w:rPr>
              <w:t>5.3 Implikasi</w:t>
            </w:r>
            <w:r>
              <w:rPr>
                <w:noProof/>
                <w:webHidden/>
              </w:rPr>
              <w:tab/>
            </w:r>
            <w:r>
              <w:rPr>
                <w:noProof/>
                <w:webHidden/>
              </w:rPr>
              <w:fldChar w:fldCharType="begin"/>
            </w:r>
            <w:r>
              <w:rPr>
                <w:noProof/>
                <w:webHidden/>
              </w:rPr>
              <w:instrText xml:space="preserve"> PAGEREF _Toc232979029 \h </w:instrText>
            </w:r>
            <w:r>
              <w:rPr>
                <w:noProof/>
                <w:webHidden/>
              </w:rPr>
            </w:r>
            <w:r>
              <w:rPr>
                <w:noProof/>
                <w:webHidden/>
              </w:rPr>
              <w:fldChar w:fldCharType="separate"/>
            </w:r>
            <w:r>
              <w:rPr>
                <w:noProof/>
                <w:webHidden/>
              </w:rPr>
              <w:t>18</w:t>
            </w:r>
            <w:r>
              <w:rPr>
                <w:noProof/>
                <w:webHidden/>
              </w:rPr>
              <w:fldChar w:fldCharType="end"/>
            </w:r>
          </w:hyperlink>
        </w:p>
        <w:p w14:paraId="2EB9C00F" w14:textId="6EC092F1" w:rsidR="00D03C71" w:rsidRDefault="00D03C71">
          <w:pPr>
            <w:pStyle w:val="TOC2"/>
            <w:tabs>
              <w:tab w:val="right" w:leader="dot" w:pos="7927"/>
            </w:tabs>
            <w:rPr>
              <w:rFonts w:asciiTheme="minorHAnsi" w:eastAsiaTheme="minorEastAsia" w:hAnsiTheme="minorHAnsi"/>
              <w:noProof/>
              <w:kern w:val="2"/>
              <w:szCs w:val="24"/>
              <w14:ligatures w14:val="standardContextual"/>
            </w:rPr>
          </w:pPr>
          <w:hyperlink w:anchor="_Toc232979030" w:history="1">
            <w:r w:rsidRPr="00F03D7F">
              <w:rPr>
                <w:rStyle w:val="Hyperlink"/>
                <w:noProof/>
              </w:rPr>
              <w:t>5.4 Saran</w:t>
            </w:r>
            <w:r>
              <w:rPr>
                <w:noProof/>
                <w:webHidden/>
              </w:rPr>
              <w:tab/>
            </w:r>
            <w:r>
              <w:rPr>
                <w:noProof/>
                <w:webHidden/>
              </w:rPr>
              <w:fldChar w:fldCharType="begin"/>
            </w:r>
            <w:r>
              <w:rPr>
                <w:noProof/>
                <w:webHidden/>
              </w:rPr>
              <w:instrText xml:space="preserve"> PAGEREF _Toc232979030 \h </w:instrText>
            </w:r>
            <w:r>
              <w:rPr>
                <w:noProof/>
                <w:webHidden/>
              </w:rPr>
            </w:r>
            <w:r>
              <w:rPr>
                <w:noProof/>
                <w:webHidden/>
              </w:rPr>
              <w:fldChar w:fldCharType="separate"/>
            </w:r>
            <w:r>
              <w:rPr>
                <w:noProof/>
                <w:webHidden/>
              </w:rPr>
              <w:t>18</w:t>
            </w:r>
            <w:r>
              <w:rPr>
                <w:noProof/>
                <w:webHidden/>
              </w:rPr>
              <w:fldChar w:fldCharType="end"/>
            </w:r>
          </w:hyperlink>
        </w:p>
        <w:p w14:paraId="2709CA61" w14:textId="532CA160"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31" w:history="1">
            <w:r w:rsidRPr="00F03D7F">
              <w:rPr>
                <w:rStyle w:val="Hyperlink"/>
                <w:noProof/>
              </w:rPr>
              <w:t>DAFTAR PUSTAKA</w:t>
            </w:r>
            <w:r>
              <w:rPr>
                <w:noProof/>
                <w:webHidden/>
              </w:rPr>
              <w:tab/>
            </w:r>
            <w:r>
              <w:rPr>
                <w:noProof/>
                <w:webHidden/>
              </w:rPr>
              <w:fldChar w:fldCharType="begin"/>
            </w:r>
            <w:r>
              <w:rPr>
                <w:noProof/>
                <w:webHidden/>
              </w:rPr>
              <w:instrText xml:space="preserve"> PAGEREF _Toc232979031 \h </w:instrText>
            </w:r>
            <w:r>
              <w:rPr>
                <w:noProof/>
                <w:webHidden/>
              </w:rPr>
            </w:r>
            <w:r>
              <w:rPr>
                <w:noProof/>
                <w:webHidden/>
              </w:rPr>
              <w:fldChar w:fldCharType="separate"/>
            </w:r>
            <w:r>
              <w:rPr>
                <w:noProof/>
                <w:webHidden/>
              </w:rPr>
              <w:t>19</w:t>
            </w:r>
            <w:r>
              <w:rPr>
                <w:noProof/>
                <w:webHidden/>
              </w:rPr>
              <w:fldChar w:fldCharType="end"/>
            </w:r>
          </w:hyperlink>
        </w:p>
        <w:p w14:paraId="3DA5B74A" w14:textId="62A247B2" w:rsidR="00D03C71" w:rsidRDefault="00D03C71">
          <w:pPr>
            <w:pStyle w:val="TOC1"/>
            <w:tabs>
              <w:tab w:val="right" w:leader="dot" w:pos="7927"/>
            </w:tabs>
            <w:rPr>
              <w:rFonts w:asciiTheme="minorHAnsi" w:eastAsiaTheme="minorEastAsia" w:hAnsiTheme="minorHAnsi"/>
              <w:noProof/>
              <w:kern w:val="2"/>
              <w:szCs w:val="24"/>
              <w14:ligatures w14:val="standardContextual"/>
            </w:rPr>
          </w:pPr>
          <w:hyperlink w:anchor="_Toc232979032" w:history="1">
            <w:r w:rsidRPr="00F03D7F">
              <w:rPr>
                <w:rStyle w:val="Hyperlink"/>
                <w:noProof/>
              </w:rPr>
              <w:t>LAMPIRAN</w:t>
            </w:r>
            <w:r>
              <w:rPr>
                <w:noProof/>
                <w:webHidden/>
              </w:rPr>
              <w:tab/>
            </w:r>
            <w:r>
              <w:rPr>
                <w:noProof/>
                <w:webHidden/>
              </w:rPr>
              <w:fldChar w:fldCharType="begin"/>
            </w:r>
            <w:r>
              <w:rPr>
                <w:noProof/>
                <w:webHidden/>
              </w:rPr>
              <w:instrText xml:space="preserve"> PAGEREF _Toc232979032 \h </w:instrText>
            </w:r>
            <w:r>
              <w:rPr>
                <w:noProof/>
                <w:webHidden/>
              </w:rPr>
            </w:r>
            <w:r>
              <w:rPr>
                <w:noProof/>
                <w:webHidden/>
              </w:rPr>
              <w:fldChar w:fldCharType="separate"/>
            </w:r>
            <w:r>
              <w:rPr>
                <w:noProof/>
                <w:webHidden/>
              </w:rPr>
              <w:t>20</w:t>
            </w:r>
            <w:r>
              <w:rPr>
                <w:noProof/>
                <w:webHidden/>
              </w:rPr>
              <w:fldChar w:fldCharType="end"/>
            </w:r>
          </w:hyperlink>
        </w:p>
        <w:p w14:paraId="7D295B1A" w14:textId="197579BC" w:rsidR="00D03C71" w:rsidRDefault="00D03C71">
          <w:r>
            <w:rPr>
              <w:b/>
              <w:bCs/>
              <w:noProof/>
            </w:rPr>
            <w:fldChar w:fldCharType="end"/>
          </w:r>
        </w:p>
      </w:sdtContent>
    </w:sdt>
    <w:p w14:paraId="19944196" w14:textId="77777777" w:rsidR="006512E0" w:rsidRDefault="006512E0"/>
    <w:p w14:paraId="551206FB" w14:textId="77777777" w:rsidR="00D03C71" w:rsidRDefault="00D03C71"/>
    <w:p w14:paraId="0D2BCE28" w14:textId="77777777" w:rsidR="00D03C71" w:rsidRDefault="00D03C71"/>
    <w:p w14:paraId="64909711" w14:textId="77777777" w:rsidR="00D03C71" w:rsidRDefault="00D03C71">
      <w:pPr>
        <w:sectPr w:rsidR="00D03C71" w:rsidSect="00D03C71">
          <w:pgSz w:w="11906" w:h="16838"/>
          <w:pgMar w:top="2268" w:right="1701" w:bottom="1620" w:left="2268" w:header="850" w:footer="850" w:gutter="0"/>
          <w:pgNumType w:fmt="lowerRoman" w:start="1"/>
          <w:cols w:space="720"/>
          <w:docGrid w:linePitch="360"/>
        </w:sectPr>
      </w:pPr>
    </w:p>
    <w:p w14:paraId="5F378FAE" w14:textId="187FF478" w:rsidR="006512E0" w:rsidRDefault="00000000" w:rsidP="00D03C71">
      <w:pPr>
        <w:pStyle w:val="Heading1"/>
      </w:pPr>
      <w:bookmarkStart w:id="3" w:name="_Toc232978995"/>
      <w:r>
        <w:lastRenderedPageBreak/>
        <w:t>RINGKASAN</w:t>
      </w:r>
      <w:bookmarkEnd w:id="3"/>
    </w:p>
    <w:p w14:paraId="6CE94F61" w14:textId="5E9EA5E1" w:rsidR="008076EA" w:rsidRPr="008076EA" w:rsidRDefault="008076EA" w:rsidP="008076EA">
      <w:pPr>
        <w:pStyle w:val="BabTitle"/>
        <w:ind w:firstLine="720"/>
        <w:jc w:val="both"/>
        <w:rPr>
          <w:b w:val="0"/>
          <w:i/>
          <w:color w:val="595959"/>
        </w:rPr>
      </w:pPr>
      <w:r w:rsidRPr="008076EA">
        <w:rPr>
          <w:b w:val="0"/>
          <w:i/>
          <w:color w:val="595959"/>
        </w:rPr>
        <w:t xml:space="preserve">Pelaksanaan PKL/Magang dilakukan di </w:t>
      </w:r>
      <w:r>
        <w:rPr>
          <w:b w:val="0"/>
          <w:i/>
          <w:color w:val="595959"/>
        </w:rPr>
        <w:t>Dinas Komunikasi dan Informatika Kabupaten Tangerang</w:t>
      </w:r>
      <w:r w:rsidRPr="008076EA">
        <w:rPr>
          <w:b w:val="0"/>
          <w:i/>
          <w:color w:val="595959"/>
        </w:rPr>
        <w:t xml:space="preserve"> yang merupakan instansi pemerintah daerah Kabupaten Tangerang. Selama dua bulan pertama, penulis melaksanakan berbagai kegiatan liputan dan dokumentasi kegiatan pemerintahan. Namun, pada tahap selanjutnya, penulis ditugaskan untuk merancang dan membangun sistem keamanan akses ruangan berbasis RFID dengan solenoid door lock menggunakan Arduino Uno. </w:t>
      </w:r>
    </w:p>
    <w:p w14:paraId="4D973446" w14:textId="1CDC75DA" w:rsidR="008076EA" w:rsidRPr="008076EA" w:rsidRDefault="008076EA" w:rsidP="008076EA">
      <w:pPr>
        <w:pStyle w:val="BabTitle"/>
        <w:ind w:firstLine="720"/>
        <w:jc w:val="both"/>
        <w:rPr>
          <w:b w:val="0"/>
          <w:i/>
          <w:color w:val="595959"/>
        </w:rPr>
      </w:pPr>
      <w:r w:rsidRPr="008076EA">
        <w:rPr>
          <w:b w:val="0"/>
          <w:i/>
          <w:color w:val="595959"/>
        </w:rPr>
        <w:t xml:space="preserve">Metode pelaksanaan PKL/Magang menggunakan pendekatan deskriptif dan eksperimental. Lokasi pelaksanaan adalah di </w:t>
      </w:r>
      <w:r>
        <w:rPr>
          <w:b w:val="0"/>
          <w:i/>
          <w:color w:val="595959"/>
        </w:rPr>
        <w:t>Dinas Komunikasi dan Informatika Kabupaten Tangerang</w:t>
      </w:r>
      <w:r w:rsidRPr="008076EA">
        <w:rPr>
          <w:b w:val="0"/>
          <w:i/>
          <w:color w:val="595959"/>
        </w:rPr>
        <w:t>, Kabupaten Tangerang. Objek penelitian adalah sistem keamanan akses ruangan. Metode pengumpulan data meliputi observasi, wawancara dengan pembimbing lapangan, dan dokumentasi. Instrumen yang digunakan meliputi Arduino Uno, modul RFID RC522, solenoid door lock, buzzer, dan kabel jumper. Teknik analisis data menggunakan analisis deskriptif dengan menguji fungsionalitas sistem.</w:t>
      </w:r>
    </w:p>
    <w:p w14:paraId="1FB5962E" w14:textId="238A1DB5" w:rsidR="008076EA" w:rsidRDefault="008076EA" w:rsidP="008076EA">
      <w:pPr>
        <w:pStyle w:val="BabTitle"/>
        <w:ind w:firstLine="720"/>
        <w:jc w:val="both"/>
        <w:rPr>
          <w:b w:val="0"/>
          <w:i/>
          <w:color w:val="595959"/>
        </w:rPr>
      </w:pPr>
      <w:r w:rsidRPr="008076EA">
        <w:rPr>
          <w:b w:val="0"/>
          <w:i/>
          <w:color w:val="595959"/>
        </w:rPr>
        <w:t xml:space="preserve">Hasil pelaksanaan PKL/Magang menunjukkan bahwa sistem akses ruangan berbasis RFID dengan solenoid door lock menggunakan Arduino Uno berhasil dirancang dan diimplementasikan. Sistem mampu membaca kartu RFID dengan jarak maksimal 3 cm dan membuka kunci solenoid dalam waktu </w:t>
      </w:r>
      <w:r w:rsidR="00361813">
        <w:rPr>
          <w:b w:val="0"/>
          <w:i/>
          <w:color w:val="595959"/>
        </w:rPr>
        <w:t>5</w:t>
      </w:r>
      <w:r w:rsidRPr="008076EA">
        <w:rPr>
          <w:b w:val="0"/>
          <w:i/>
          <w:color w:val="595959"/>
        </w:rPr>
        <w:t xml:space="preserve"> detik. Kartu yang terdaftar dalam sistem akan </w:t>
      </w:r>
      <w:r w:rsidR="004043DB">
        <w:rPr>
          <w:b w:val="0"/>
          <w:i/>
          <w:color w:val="595959"/>
        </w:rPr>
        <w:t>memberikan sinyal hijau dari relay dan solenoid terbuka,jika tidak sistem tidak akan terbuka,</w:t>
      </w:r>
      <w:r w:rsidRPr="008076EA">
        <w:rPr>
          <w:b w:val="0"/>
          <w:i/>
          <w:color w:val="595959"/>
        </w:rPr>
        <w:t xml:space="preserve"> Sistem ini efektif dalam meningkatkan keamanan akses ruangan dan dapat diaplikasikan di berbagai ruangan seperti laboratorium, kantor, atau ruangan terbatas lainnya.</w:t>
      </w:r>
    </w:p>
    <w:p w14:paraId="3D79CE6A" w14:textId="27D7CE33" w:rsidR="008076EA" w:rsidRPr="008076EA" w:rsidRDefault="008076EA" w:rsidP="008076EA">
      <w:pPr>
        <w:spacing w:after="200" w:line="276" w:lineRule="auto"/>
        <w:rPr>
          <w:i/>
          <w:color w:val="595959"/>
        </w:rPr>
      </w:pPr>
      <w:r>
        <w:rPr>
          <w:b/>
          <w:i/>
          <w:color w:val="595959"/>
        </w:rPr>
        <w:br w:type="page"/>
      </w:r>
    </w:p>
    <w:p w14:paraId="6EAC3C5C" w14:textId="69AA3B0C" w:rsidR="009144C8" w:rsidRDefault="00000000" w:rsidP="00335E4C">
      <w:pPr>
        <w:pStyle w:val="Heading1"/>
      </w:pPr>
      <w:bookmarkStart w:id="4" w:name="_Toc232978996"/>
      <w:r>
        <w:lastRenderedPageBreak/>
        <w:t>BAB I</w:t>
      </w:r>
      <w:r w:rsidR="008076EA">
        <w:br/>
      </w:r>
      <w:r>
        <w:t>PENDAHULUAN</w:t>
      </w:r>
      <w:bookmarkEnd w:id="4"/>
    </w:p>
    <w:p w14:paraId="6DED8E88" w14:textId="77777777" w:rsidR="00335E4C" w:rsidRDefault="00335E4C" w:rsidP="00335E4C">
      <w:pPr>
        <w:pStyle w:val="Heading2"/>
        <w:spacing w:before="240"/>
      </w:pPr>
      <w:bookmarkStart w:id="5" w:name="_Toc232978997"/>
      <w:r>
        <w:t>1.1 Latar Belakang Masalah</w:t>
      </w:r>
      <w:bookmarkEnd w:id="5"/>
    </w:p>
    <w:p w14:paraId="4D81E0E8" w14:textId="77777777" w:rsidR="00335E4C" w:rsidRDefault="00335E4C" w:rsidP="00335E4C">
      <w:pPr>
        <w:spacing w:before="240"/>
        <w:ind w:firstLine="720"/>
      </w:pPr>
      <w:r>
        <w:rPr>
          <w:rFonts w:cs="Times New Roman"/>
        </w:rPr>
        <w:t xml:space="preserve">Pelaksanaan PKL/Magang merupakan salah satu kegiatan akademik yang bertujuan untuk memberikan pengalaman langsung kepada mahasiswa dalam dunia kerja. Melalui kegiatan ini, mahasiswa dapat menerapkan ilmu yang telah diperoleh selama perkuliahan serta memahami kondisi nyata di lingkungan kerja. Penulis melaksanakan PKL/Magang di </w:t>
      </w:r>
      <w:r>
        <w:t>Dinas Komunikasi dan Informatika Kabupaten Tangerang</w:t>
      </w:r>
      <w:r>
        <w:rPr>
          <w:rFonts w:cs="Times New Roman"/>
        </w:rPr>
        <w:t xml:space="preserve"> yang merupakan instansi pemerintah daerah.</w:t>
      </w:r>
    </w:p>
    <w:p w14:paraId="0A9DF488" w14:textId="77777777" w:rsidR="00335E4C" w:rsidRDefault="00335E4C" w:rsidP="00335E4C">
      <w:pPr>
        <w:spacing w:before="240"/>
        <w:ind w:firstLine="720"/>
      </w:pPr>
      <w:r>
        <w:rPr>
          <w:rFonts w:cs="Times New Roman"/>
        </w:rPr>
        <w:t>Selama dua bulan pertama, penulis melaksanakan berbagai kegiatan liputan dan dokumentasi kegiatan pemerintahan, antara lain: liputan Gerai Tangerang Gemilang pada tanggal 04 Maret 2026; liputan Distribusi Ramadhan Baznas di Kecamatan Legok pada tanggal 05 April 2026; liputan peresmian Dapur Mitra Kadin Indonesia di SPPG Bencongan 3 Kelapa 2 pada tanggal 06 Maret 2026; liputan Lomba Apresiasi Kampung Keluarga Berkualitas di Pagedangan pada tanggal 09 Maret 2026; liputan video Dahsyat dan Kampung Keluarga Berkualitas di Pagedangan pada tanggal 12 Maret 2026; liputan Pekan Amaliyah Ramadhan KNPI di Gedung GSG Tigaraksa pada tanggal 16 Maret 2026; liputan Monitoring Harga Pasar dan Ketersediaan Bahan Pangan pada tanggal 17 Maret 2026; liputan Pelepasan Pelatihan Bahasa Jepang dan Pelepasan Pemagangan ke Jepang di Aula Kantor Disnaker pada tanggal 26 Maret 2026; liputan Halal Bihalal Ikatan Guru Raudhatul Athfal di Aula Masjid Al Amjad Tigaraksa pada tanggal 01 April 2026; liputan Halal Bihalal Dinas Kesehatan di Selasar Lantai 1 Kantor Dinas Kesehatan pada tanggal 02 April 2026; liputan Penghargaan Top BUMD Award di Dian Ballroom Lt.11 Hotel Raffles Jakarta pada tanggal 13 April 2026; dan liputan Musrenbang RKPD Tahun 2027 dan Penyelenggaraan Sistem Pengendalian Intern Pemerintah Tahun 2026 di Pendopo Bupati Tangerang pada tanggal 14 April 2026.</w:t>
      </w:r>
    </w:p>
    <w:p w14:paraId="68BACD7C" w14:textId="77777777" w:rsidR="00335E4C" w:rsidRDefault="00335E4C" w:rsidP="00335E4C">
      <w:pPr>
        <w:spacing w:before="240"/>
        <w:ind w:firstLine="720"/>
      </w:pPr>
      <w:r>
        <w:rPr>
          <w:rFonts w:cs="Times New Roman"/>
        </w:rPr>
        <w:lastRenderedPageBreak/>
        <w:t>Pada tahap selanjutnya, penulis ditugaskan untuk merancang dan membangun sistem keamanan akses ruangan berbasis teknologi RFID. Kondisi nyata yang ditemukan di instansi tersebut adalah ruangan masih menggunakan kunci konvensional yang rentan terhadap duplikasi kunci, hilangnya kunci, dan akses yang tidak terkontrol. Kondisi ideal yang diharapkan adalah adanya sistem keamanan otomatis yang dapat membatasi akses ruangan hanya kepada pihak yang berwenang, sehingga meningkatkan keamanan dan efisiensi operasional.</w:t>
      </w:r>
    </w:p>
    <w:p w14:paraId="616A0435" w14:textId="1FE973CE" w:rsidR="00335E4C" w:rsidRDefault="00335E4C" w:rsidP="00335E4C">
      <w:pPr>
        <w:spacing w:before="240"/>
        <w:ind w:firstLine="720"/>
      </w:pPr>
      <w:r w:rsidRPr="00252391">
        <w:rPr>
          <w:rFonts w:cs="Times New Roman"/>
          <w:i/>
          <w:iCs/>
        </w:rPr>
        <w:t>Radio Frequency Identification</w:t>
      </w:r>
      <w:r>
        <w:rPr>
          <w:rFonts w:cs="Times New Roman"/>
        </w:rPr>
        <w:t xml:space="preserve"> (RFID) merupakan teknologi nirkabel yang umum digunakan dalam sistem identifikasi dan akses kontrol. RFID terdiri dari dua komponen utama, yaitu pembaca (RFID reader) dan kartu (RFID tag card) </w:t>
      </w:r>
      <w:r w:rsidR="00A97863">
        <w:rPr>
          <w:rFonts w:cs="Times New Roman"/>
        </w:rPr>
        <w:fldChar w:fldCharType="begin" w:fldLock="1"/>
      </w:r>
      <w:r w:rsidR="008A2D77">
        <w:rPr>
          <w:rFonts w:cs="Times New Roman"/>
        </w:rPr>
        <w:instrText>ADDIN CSL_CITATION {"citationItems":[{"id":"ITEM-1","itemData":{"DOI":"https://doi.org/10.47701/7p12qw92","author":[{"dropping-particle":"","family":"N. Hamidah, S. Suwandi, and M. A. Muslim","given":"","non-dropping-particle":"","parse-names":false,"suffix":""}],"container-title":"Jurnal Teknologi dan Sistem Informasi","id":"ITEM-1","issued":{"date-parts":[["2022"]]},"title":"Perancangan dan Implementasi Sistem Keamanan Pintu Otomatis Berbasis RFID Tag Card untuk Meningkatkan Keamanan Akses Ruangan","type":"article-journal"},"uris":["http://www.mendeley.com/documents/?uuid=3f3263a6-cbbf-4998-9c95-0091b63c1710"]}],"mendeley":{"formattedCitation":"[1]","plainTextFormattedCitation":"[1]","previouslyFormattedCitation":"[1]"},"properties":{"noteIndex":0},"schema":"https://github.com/citation-style-language/schema/raw/master/csl-citation.json"}</w:instrText>
      </w:r>
      <w:r w:rsidR="00A97863">
        <w:rPr>
          <w:rFonts w:cs="Times New Roman"/>
        </w:rPr>
        <w:fldChar w:fldCharType="separate"/>
      </w:r>
      <w:r w:rsidR="00A97863" w:rsidRPr="00A97863">
        <w:rPr>
          <w:rFonts w:cs="Times New Roman"/>
          <w:noProof/>
        </w:rPr>
        <w:t>[1]</w:t>
      </w:r>
      <w:r w:rsidR="00A97863">
        <w:rPr>
          <w:rFonts w:cs="Times New Roman"/>
        </w:rPr>
        <w:fldChar w:fldCharType="end"/>
      </w:r>
      <w:r>
        <w:rPr>
          <w:rFonts w:cs="Times New Roman"/>
        </w:rPr>
        <w:t xml:space="preserve">. Pembaca RFID digunakan untuk menerima data yang dikirimkan oleh kartu RFID. Arduino Uno merupakan mikrokontroler berbasis ATmega328P yang dapat diprogram untuk mengendalikan berbagai fungsi elektronik </w:t>
      </w:r>
      <w:r w:rsidR="008A2D77">
        <w:rPr>
          <w:rFonts w:cs="Times New Roman"/>
        </w:rPr>
        <w:fldChar w:fldCharType="begin" w:fldLock="1"/>
      </w:r>
      <w:r w:rsidR="008A2D77">
        <w:rPr>
          <w:rFonts w:cs="Times New Roman"/>
        </w:rPr>
        <w:instrText>ADDIN CSL_CITATION {"citationItems":[{"id":"ITEM-1","itemData":{"author":[{"dropping-particle":"","family":"Margono","given":"M.","non-dropping-particle":"","parse-names":false,"suffix":""}],"container-title":"Jurnal Pendidikan Teknik Elektro","id":"ITEM-1","issued":{"date-parts":[["2021"]]},"title":"No TArduino Uno Sebagai Mikrokontroler untuk Pembelajaran Sistem Embeddeditle","type":"article-journal"},"uris":["http://www.mendeley.com/documents/?uuid=88abbfcf-2a17-40fc-8a22-194770000a7d"]}],"mendeley":{"formattedCitation":"[2]","plainTextFormattedCitation":"[2]","previouslyFormattedCitation":"[2]"},"properties":{"noteIndex":0},"schema":"https://github.com/citation-style-language/schema/raw/master/csl-citation.json"}</w:instrText>
      </w:r>
      <w:r w:rsidR="008A2D77">
        <w:rPr>
          <w:rFonts w:cs="Times New Roman"/>
        </w:rPr>
        <w:fldChar w:fldCharType="separate"/>
      </w:r>
      <w:r w:rsidR="008A2D77" w:rsidRPr="008A2D77">
        <w:rPr>
          <w:rFonts w:cs="Times New Roman"/>
          <w:noProof/>
        </w:rPr>
        <w:t>[2]</w:t>
      </w:r>
      <w:r w:rsidR="008A2D77">
        <w:rPr>
          <w:rFonts w:cs="Times New Roman"/>
        </w:rPr>
        <w:fldChar w:fldCharType="end"/>
      </w:r>
      <w:r>
        <w:rPr>
          <w:rFonts w:cs="Times New Roman"/>
        </w:rPr>
        <w:t xml:space="preserve">. Solenoid door lock merupakan komponen pengunci pintu yang bekerja dengan prinsip elektromagnetik, di mana kunci akan aktif ketika ada arus listrik yang mengalir melaluinya </w:t>
      </w:r>
      <w:r w:rsidR="008A2D77">
        <w:rPr>
          <w:rFonts w:cs="Times New Roman"/>
        </w:rPr>
        <w:fldChar w:fldCharType="begin" w:fldLock="1"/>
      </w:r>
      <w:r w:rsidR="008A2D77">
        <w:rPr>
          <w:rFonts w:cs="Times New Roman"/>
        </w:rPr>
        <w:instrText>ADDIN CSL_CITATION {"citationItems":[{"id":"ITEM-1","itemData":{"author":[{"dropping-particle":"","family":"Meilinda","given":"R. Saputra and M.","non-dropping-particle":"","parse-names":false,"suffix":""}],"container-title":"Jurnal Teknik Informatik","id":"ITEM-1","issued":{"date-parts":[["2023"]]},"title":"Sistem Pengaman Pintu Gudang Menggunakan Metode R&amp;D Berbasis RFID Mikrokontroler Arduino Uno","type":"article-journal"},"uris":["http://www.mendeley.com/documents/?uuid=99f64dab-d2d8-4f31-b98c-7fe2c9422162"]}],"mendeley":{"formattedCitation":"[3]","plainTextFormattedCitation":"[3]","previouslyFormattedCitation":"[3]"},"properties":{"noteIndex":0},"schema":"https://github.com/citation-style-language/schema/raw/master/csl-citation.json"}</w:instrText>
      </w:r>
      <w:r w:rsidR="008A2D77">
        <w:rPr>
          <w:rFonts w:cs="Times New Roman"/>
        </w:rPr>
        <w:fldChar w:fldCharType="separate"/>
      </w:r>
      <w:r w:rsidR="008A2D77" w:rsidRPr="008A2D77">
        <w:rPr>
          <w:rFonts w:cs="Times New Roman"/>
          <w:noProof/>
        </w:rPr>
        <w:t>[3]</w:t>
      </w:r>
      <w:r w:rsidR="008A2D77">
        <w:rPr>
          <w:rFonts w:cs="Times New Roman"/>
        </w:rPr>
        <w:fldChar w:fldCharType="end"/>
      </w:r>
      <w:r>
        <w:rPr>
          <w:rFonts w:cs="Times New Roman"/>
        </w:rPr>
        <w:t>.</w:t>
      </w:r>
    </w:p>
    <w:p w14:paraId="3B305041" w14:textId="77777777" w:rsidR="00335E4C" w:rsidRDefault="00335E4C" w:rsidP="00335E4C">
      <w:pPr>
        <w:spacing w:before="240"/>
        <w:ind w:firstLine="720"/>
      </w:pPr>
      <w:r>
        <w:rPr>
          <w:rFonts w:cs="Times New Roman"/>
        </w:rPr>
        <w:t>Berdasarkan latar belakang tersebut, maka dilakukan rancang bangun sistem akses ruangan berbasis RFID dengan solenoid door lock menggunakan Arduino Uno. Sistem ini dirancang untuk memberikan solusi keamanan yang lebih baik dibandingkan dengan kunci konvensional, dengan mekanisme penguncian dan pembukaan pintu secara otomatis berdasarkan deteksi identitas RFID.</w:t>
      </w:r>
    </w:p>
    <w:p w14:paraId="47838FC6" w14:textId="77777777" w:rsidR="00335E4C" w:rsidRDefault="00335E4C" w:rsidP="00335E4C">
      <w:pPr>
        <w:pStyle w:val="Heading2"/>
      </w:pPr>
      <w:bookmarkStart w:id="6" w:name="_Toc232978998"/>
      <w:r>
        <w:t>1.2 Rumusan Masalah</w:t>
      </w:r>
      <w:bookmarkEnd w:id="6"/>
    </w:p>
    <w:p w14:paraId="1D2F87AF" w14:textId="4E71089E" w:rsidR="00335E4C" w:rsidRDefault="00335E4C" w:rsidP="00335E4C">
      <w:pPr>
        <w:pStyle w:val="ListParagraph"/>
        <w:numPr>
          <w:ilvl w:val="0"/>
          <w:numId w:val="25"/>
        </w:numPr>
        <w:jc w:val="left"/>
      </w:pPr>
      <w:r w:rsidRPr="00252391">
        <w:rPr>
          <w:rFonts w:cs="Times New Roman"/>
        </w:rPr>
        <w:t xml:space="preserve">Bagaimana pelaksanaan kegiatan PKL/Magang di </w:t>
      </w:r>
      <w:r w:rsidR="009709A7">
        <w:rPr>
          <w:rFonts w:cs="Times New Roman"/>
        </w:rPr>
        <w:t>Dinas Komunikasi dan Informatika Kabupaten Tangerang</w:t>
      </w:r>
      <w:r w:rsidRPr="00252391">
        <w:rPr>
          <w:rFonts w:cs="Times New Roman"/>
        </w:rPr>
        <w:t>?</w:t>
      </w:r>
    </w:p>
    <w:p w14:paraId="4374F581" w14:textId="77777777" w:rsidR="00335E4C" w:rsidRDefault="00335E4C" w:rsidP="00335E4C">
      <w:pPr>
        <w:pStyle w:val="ListParagraph"/>
        <w:numPr>
          <w:ilvl w:val="0"/>
          <w:numId w:val="25"/>
        </w:numPr>
        <w:jc w:val="left"/>
      </w:pPr>
      <w:r w:rsidRPr="00252391">
        <w:rPr>
          <w:rFonts w:cs="Times New Roman"/>
        </w:rPr>
        <w:t>Apa saja permasalahan yang ditemukan selama pelaksanaan PKL/Magang terkait keamanan akses ruangan?</w:t>
      </w:r>
    </w:p>
    <w:p w14:paraId="78FB20CA" w14:textId="77777777" w:rsidR="00335E4C" w:rsidRDefault="00335E4C" w:rsidP="00335E4C">
      <w:pPr>
        <w:pStyle w:val="ListParagraph"/>
        <w:numPr>
          <w:ilvl w:val="0"/>
          <w:numId w:val="25"/>
        </w:numPr>
        <w:jc w:val="left"/>
      </w:pPr>
      <w:r w:rsidRPr="00252391">
        <w:rPr>
          <w:rFonts w:cs="Times New Roman"/>
        </w:rPr>
        <w:t>Bagaimana rancang bangun sistem akses ruangan berbasis RFID dengan solenoid door lock menggunakan Arduino Uno?</w:t>
      </w:r>
    </w:p>
    <w:p w14:paraId="5525D7CC" w14:textId="77777777" w:rsidR="00335E4C" w:rsidRDefault="00335E4C" w:rsidP="00335E4C">
      <w:pPr>
        <w:pStyle w:val="ListParagraph"/>
        <w:numPr>
          <w:ilvl w:val="0"/>
          <w:numId w:val="25"/>
        </w:numPr>
        <w:jc w:val="left"/>
      </w:pPr>
      <w:r w:rsidRPr="00252391">
        <w:rPr>
          <w:rFonts w:cs="Times New Roman"/>
        </w:rPr>
        <w:t>Bagaimana hasil pengujian dan kinerja sistem yang telah dibangun?</w:t>
      </w:r>
    </w:p>
    <w:p w14:paraId="27D49509" w14:textId="77777777" w:rsidR="00335E4C" w:rsidRDefault="00335E4C" w:rsidP="00335E4C">
      <w:pPr>
        <w:pStyle w:val="Heading2"/>
      </w:pPr>
      <w:bookmarkStart w:id="7" w:name="_Toc232978999"/>
      <w:r>
        <w:lastRenderedPageBreak/>
        <w:t>1.3 Tujuan PKL/Magang</w:t>
      </w:r>
      <w:bookmarkEnd w:id="7"/>
    </w:p>
    <w:p w14:paraId="216651A3" w14:textId="77777777" w:rsidR="00335E4C" w:rsidRDefault="00335E4C" w:rsidP="00335E4C">
      <w:pPr>
        <w:pStyle w:val="Heading3"/>
      </w:pPr>
      <w:bookmarkStart w:id="8" w:name="_Toc232979000"/>
      <w:r>
        <w:t>1.3.1 Tujuan Umum</w:t>
      </w:r>
      <w:bookmarkEnd w:id="8"/>
    </w:p>
    <w:p w14:paraId="6D56AC1C" w14:textId="77777777" w:rsidR="00335E4C" w:rsidRDefault="00335E4C" w:rsidP="00335E4C">
      <w:pPr>
        <w:ind w:firstLine="720"/>
      </w:pPr>
      <w:r>
        <w:rPr>
          <w:rFonts w:cs="Times New Roman"/>
        </w:rPr>
        <w:t>Tujuan umum pelaksanaan PKL/Magang adalah untuk memperoleh pengalaman kerja langsung di dunia industri/pemerintahan serta menerapkan ilmu yang telah diperoleh selama perkuliahan dalam bentuk rancang bangun sistem keamanan akses ruangan.</w:t>
      </w:r>
    </w:p>
    <w:p w14:paraId="31159C78" w14:textId="77777777" w:rsidR="00335E4C" w:rsidRDefault="00335E4C" w:rsidP="00335E4C">
      <w:pPr>
        <w:pStyle w:val="Heading3"/>
      </w:pPr>
      <w:bookmarkStart w:id="9" w:name="_Toc232979001"/>
      <w:r>
        <w:t>1.3.2 Tujuan Khusus</w:t>
      </w:r>
      <w:bookmarkEnd w:id="9"/>
    </w:p>
    <w:p w14:paraId="25206975" w14:textId="44E4A35E" w:rsidR="00335E4C" w:rsidRDefault="00335E4C" w:rsidP="00335E4C">
      <w:pPr>
        <w:pStyle w:val="ListParagraph"/>
        <w:numPr>
          <w:ilvl w:val="0"/>
          <w:numId w:val="26"/>
        </w:numPr>
      </w:pPr>
      <w:r w:rsidRPr="00252391">
        <w:rPr>
          <w:rFonts w:cs="Times New Roman"/>
        </w:rPr>
        <w:t xml:space="preserve">Mengetahui proses kerja dan kegiatan </w:t>
      </w:r>
      <w:r w:rsidR="008A2D77">
        <w:rPr>
          <w:rFonts w:cs="Times New Roman"/>
        </w:rPr>
        <w:t>Dinasi Komunikasi dan Informatika</w:t>
      </w:r>
      <w:r w:rsidRPr="00252391">
        <w:rPr>
          <w:rFonts w:cs="Times New Roman"/>
        </w:rPr>
        <w:t>.</w:t>
      </w:r>
    </w:p>
    <w:p w14:paraId="677A7A61" w14:textId="77777777" w:rsidR="00335E4C" w:rsidRDefault="00335E4C" w:rsidP="00335E4C">
      <w:pPr>
        <w:pStyle w:val="ListParagraph"/>
        <w:numPr>
          <w:ilvl w:val="0"/>
          <w:numId w:val="26"/>
        </w:numPr>
      </w:pPr>
      <w:r w:rsidRPr="00252391">
        <w:rPr>
          <w:rFonts w:cs="Times New Roman"/>
        </w:rPr>
        <w:t>Mengidentifikasi permasalahan keamanan akses ruangan yang terjadi selama pelaksanaan PKL/Magang.</w:t>
      </w:r>
    </w:p>
    <w:p w14:paraId="60B5C303" w14:textId="77777777" w:rsidR="00335E4C" w:rsidRDefault="00335E4C" w:rsidP="00335E4C">
      <w:pPr>
        <w:pStyle w:val="ListParagraph"/>
        <w:numPr>
          <w:ilvl w:val="0"/>
          <w:numId w:val="26"/>
        </w:numPr>
      </w:pPr>
      <w:r w:rsidRPr="00252391">
        <w:rPr>
          <w:rFonts w:cs="Times New Roman"/>
        </w:rPr>
        <w:t>Merancang dan membangun sistem akses ruangan berbasis RFID dengan solenoid door lock menggunakan Arduino Uno.</w:t>
      </w:r>
    </w:p>
    <w:p w14:paraId="380739E2" w14:textId="77777777" w:rsidR="00335E4C" w:rsidRDefault="00335E4C" w:rsidP="00335E4C">
      <w:pPr>
        <w:pStyle w:val="ListParagraph"/>
        <w:numPr>
          <w:ilvl w:val="0"/>
          <w:numId w:val="26"/>
        </w:numPr>
      </w:pPr>
      <w:r w:rsidRPr="00252391">
        <w:rPr>
          <w:rFonts w:cs="Times New Roman"/>
        </w:rPr>
        <w:t>Menguji fungsionalitas dan kinerja sistem yang telah dibangun.</w:t>
      </w:r>
    </w:p>
    <w:p w14:paraId="08446D3E" w14:textId="77777777" w:rsidR="00335E4C" w:rsidRDefault="00335E4C" w:rsidP="00335E4C">
      <w:pPr>
        <w:pStyle w:val="ListParagraph"/>
        <w:numPr>
          <w:ilvl w:val="0"/>
          <w:numId w:val="26"/>
        </w:numPr>
      </w:pPr>
      <w:r w:rsidRPr="00252391">
        <w:rPr>
          <w:rFonts w:cs="Times New Roman"/>
        </w:rPr>
        <w:t>Menyusun laporan hasil pelaksanaan PKL/Magang secara sistematis.</w:t>
      </w:r>
    </w:p>
    <w:p w14:paraId="441FAAB5" w14:textId="77777777" w:rsidR="00335E4C" w:rsidRDefault="00335E4C" w:rsidP="00335E4C">
      <w:pPr>
        <w:pStyle w:val="Heading2"/>
      </w:pPr>
      <w:bookmarkStart w:id="10" w:name="_Toc232979002"/>
      <w:r>
        <w:t>1.4 Manfaat PKL/Magang</w:t>
      </w:r>
      <w:bookmarkEnd w:id="10"/>
    </w:p>
    <w:p w14:paraId="0DE4AAAA" w14:textId="77777777" w:rsidR="00335E4C" w:rsidRDefault="00335E4C" w:rsidP="00335E4C">
      <w:pPr>
        <w:pStyle w:val="Heading3"/>
      </w:pPr>
      <w:bookmarkStart w:id="11" w:name="_Toc232979003"/>
      <w:r>
        <w:t>1.4.1 Manfaat Teoritis</w:t>
      </w:r>
      <w:bookmarkEnd w:id="11"/>
    </w:p>
    <w:p w14:paraId="1873E51F" w14:textId="77777777" w:rsidR="00335E4C" w:rsidRDefault="00335E4C" w:rsidP="00335E4C">
      <w:pPr>
        <w:ind w:firstLine="720"/>
      </w:pPr>
      <w:r>
        <w:rPr>
          <w:rFonts w:cs="Times New Roman"/>
        </w:rPr>
        <w:t>Laporan ini diharapkan dapat menjadi referensi akademik mengenai penerapan teknologi RFID dan Arduino dalam sistem keamanan akses ruangan. Laporan ini juga dapat memberikan kontribusi pada pengembangan pengetahuan di bidang sistem embedded dan Internet of Things (IoT) untuk keamanan fisik.</w:t>
      </w:r>
    </w:p>
    <w:p w14:paraId="312993EE" w14:textId="77777777" w:rsidR="00335E4C" w:rsidRDefault="00335E4C" w:rsidP="00335E4C">
      <w:pPr>
        <w:pStyle w:val="Heading3"/>
      </w:pPr>
      <w:bookmarkStart w:id="12" w:name="_Toc232979004"/>
      <w:r>
        <w:t>1.4.2 Manfaat Praktis</w:t>
      </w:r>
      <w:bookmarkEnd w:id="12"/>
    </w:p>
    <w:p w14:paraId="231CD7BF" w14:textId="77777777" w:rsidR="00335E4C" w:rsidRDefault="00335E4C" w:rsidP="00335E4C">
      <w:pPr>
        <w:pStyle w:val="ListParagraph"/>
        <w:numPr>
          <w:ilvl w:val="0"/>
          <w:numId w:val="24"/>
        </w:numPr>
      </w:pPr>
      <w:r w:rsidRPr="00252391">
        <w:rPr>
          <w:rFonts w:cs="Times New Roman"/>
        </w:rPr>
        <w:t>Bagi Mahasiswa: Memperoleh pengalaman praktis dalam merancang dan membangun sistem keamanan berbasis teknologi RFID dan Arduino, serta meningkatkan keterampilan teknis dan soft skills.</w:t>
      </w:r>
    </w:p>
    <w:p w14:paraId="248D7C67" w14:textId="77777777" w:rsidR="00335E4C" w:rsidRDefault="00335E4C" w:rsidP="00335E4C">
      <w:pPr>
        <w:pStyle w:val="ListParagraph"/>
        <w:numPr>
          <w:ilvl w:val="0"/>
          <w:numId w:val="24"/>
        </w:numPr>
      </w:pPr>
      <w:r w:rsidRPr="00252391">
        <w:rPr>
          <w:rFonts w:cs="Times New Roman"/>
        </w:rPr>
        <w:t>Bagi Instansi: Memberikan solusi alternatif untuk meningkatkan keamanan akses ruangan dengan teknologi yang lebih modern dan efisien.</w:t>
      </w:r>
    </w:p>
    <w:p w14:paraId="5E0B31A5" w14:textId="31BE5F02" w:rsidR="00335E4C" w:rsidRPr="008A2D77" w:rsidRDefault="00335E4C" w:rsidP="00335E4C">
      <w:pPr>
        <w:pStyle w:val="ListParagraph"/>
        <w:numPr>
          <w:ilvl w:val="0"/>
          <w:numId w:val="24"/>
        </w:numPr>
      </w:pPr>
      <w:r w:rsidRPr="00252391">
        <w:rPr>
          <w:rFonts w:cs="Times New Roman"/>
        </w:rPr>
        <w:t>Bagi Kampus: Menjadi bahan evaluasi dan pengembangan kurikulum Program Studi Informatika terkait penerapan teknologi embedded dalam kehidupan nyata</w:t>
      </w:r>
    </w:p>
    <w:p w14:paraId="3E0C3A95" w14:textId="235E763E" w:rsidR="009144C8" w:rsidRDefault="00000000" w:rsidP="008A2D77">
      <w:pPr>
        <w:pStyle w:val="Heading1"/>
      </w:pPr>
      <w:bookmarkStart w:id="13" w:name="_Toc232979005"/>
      <w:r>
        <w:lastRenderedPageBreak/>
        <w:t>BAB II</w:t>
      </w:r>
      <w:r w:rsidR="00335E4C">
        <w:br/>
      </w:r>
      <w:r>
        <w:t>KAJIAN PUSTAKA</w:t>
      </w:r>
      <w:bookmarkEnd w:id="13"/>
    </w:p>
    <w:p w14:paraId="2BDB5407" w14:textId="77777777" w:rsidR="00335E4C" w:rsidRPr="00335E4C" w:rsidRDefault="00335E4C" w:rsidP="00335E4C">
      <w:pPr>
        <w:pStyle w:val="Heading2"/>
      </w:pPr>
      <w:bookmarkStart w:id="14" w:name="_Toc232979006"/>
      <w:r w:rsidRPr="00335E4C">
        <w:t>2.1 Kajian Pustaka</w:t>
      </w:r>
      <w:bookmarkEnd w:id="14"/>
    </w:p>
    <w:p w14:paraId="18335D7F" w14:textId="77777777" w:rsidR="00335E4C" w:rsidRPr="00335E4C" w:rsidRDefault="00335E4C" w:rsidP="00335E4C">
      <w:pPr>
        <w:pStyle w:val="Heading3"/>
      </w:pPr>
      <w:bookmarkStart w:id="15" w:name="_Toc232979007"/>
      <w:r w:rsidRPr="00335E4C">
        <w:t>2.1.1 Pengertian Radio Frequency Identification (RFID)</w:t>
      </w:r>
      <w:bookmarkEnd w:id="15"/>
    </w:p>
    <w:p w14:paraId="05969985" w14:textId="2F009D82" w:rsidR="00335E4C" w:rsidRPr="00335E4C" w:rsidRDefault="00335E4C" w:rsidP="00335E4C">
      <w:pPr>
        <w:ind w:firstLine="720"/>
        <w:rPr>
          <w:bCs/>
        </w:rPr>
      </w:pPr>
      <w:r w:rsidRPr="00335E4C">
        <w:rPr>
          <w:bCs/>
        </w:rPr>
        <w:t xml:space="preserve">Radio Frequency Identification (RFID) merupakan teknologi identifikasi otomatis yang menggunakan gelombang radio untuk mengidentifikasi objek, hewan, atau manusia </w:t>
      </w:r>
      <w:r w:rsidR="008A2D77">
        <w:rPr>
          <w:bCs/>
        </w:rPr>
        <w:fldChar w:fldCharType="begin" w:fldLock="1"/>
      </w:r>
      <w:r w:rsidR="008A2D77">
        <w:rPr>
          <w:bCs/>
        </w:rPr>
        <w:instrText>ADDIN CSL_CITATION {"citationItems":[{"id":"ITEM-1","itemData":{"DOI":"https://doi.org/10.47701/7p12qw92","author":[{"dropping-particle":"","family":"N. Hamidah, S. Suwandi, and M. A. Muslim","given":"","non-dropping-particle":"","parse-names":false,"suffix":""}],"container-title":"Jurnal Teknologi dan Sistem Informasi","id":"ITEM-1","issued":{"date-parts":[["2022"]]},"title":"Perancangan dan Implementasi Sistem Keamanan Pintu Otomatis Berbasis RFID Tag Card untuk Meningkatkan Keamanan Akses Ruangan","type":"article-journal"},"uris":["http://www.mendeley.com/documents/?uuid=3f3263a6-cbbf-4998-9c95-0091b63c1710"]}],"mendeley":{"formattedCitation":"[1]","plainTextFormattedCitation":"[1]","previouslyFormattedCitation":"[1]"},"properties":{"noteIndex":0},"schema":"https://github.com/citation-style-language/schema/raw/master/csl-citation.json"}</w:instrText>
      </w:r>
      <w:r w:rsidR="008A2D77">
        <w:rPr>
          <w:bCs/>
        </w:rPr>
        <w:fldChar w:fldCharType="separate"/>
      </w:r>
      <w:r w:rsidR="008A2D77" w:rsidRPr="008A2D77">
        <w:rPr>
          <w:bCs/>
          <w:noProof/>
        </w:rPr>
        <w:t>[1]</w:t>
      </w:r>
      <w:r w:rsidR="008A2D77">
        <w:rPr>
          <w:bCs/>
        </w:rPr>
        <w:fldChar w:fldCharType="end"/>
      </w:r>
      <w:r w:rsidRPr="00335E4C">
        <w:rPr>
          <w:bCs/>
        </w:rPr>
        <w:t xml:space="preserve">. RFID terdiri dari dua komponen utama, yaitu tag (transponder) dan reader (transceiver). Tag RFID berisi chip yang menyimpan data unik dan antena untuk mengirimkan data tersebut ke reader. Reader RFID berfungsi untuk membaca data dari tag dan mengirimkannya ke sistem pemrosesan </w:t>
      </w:r>
      <w:r w:rsidR="008A2D77">
        <w:rPr>
          <w:bCs/>
        </w:rPr>
        <w:fldChar w:fldCharType="begin" w:fldLock="1"/>
      </w:r>
      <w:r w:rsidR="008A2D77">
        <w:rPr>
          <w:bCs/>
        </w:rPr>
        <w:instrText>ADDIN CSL_CITATION {"citationItems":[{"id":"ITEM-1","itemData":{"DOI":"https://doi.org/10.47701/7p12qw92","author":[{"dropping-particle":"","family":"N. Hamidah, S. Suwandi, and M. A. Muslim","given":"","non-dropping-particle":"","parse-names":false,"suffix":""}],"container-title":"Jurnal Teknologi dan Sistem Informasi","id":"ITEM-1","issued":{"date-parts":[["2022"]]},"title":"Perancangan dan Implementasi Sistem Keamanan Pintu Otomatis Berbasis RFID Tag Card untuk Meningkatkan Keamanan Akses Ruangan","type":"article-journal"},"uris":["http://www.mendeley.com/documents/?uuid=3f3263a6-cbbf-4998-9c95-0091b63c1710"]}],"mendeley":{"formattedCitation":"[1]","plainTextFormattedCitation":"[1]","previouslyFormattedCitation":"[1]"},"properties":{"noteIndex":0},"schema":"https://github.com/citation-style-language/schema/raw/master/csl-citation.json"}</w:instrText>
      </w:r>
      <w:r w:rsidR="008A2D77">
        <w:rPr>
          <w:bCs/>
        </w:rPr>
        <w:fldChar w:fldCharType="separate"/>
      </w:r>
      <w:r w:rsidR="008A2D77" w:rsidRPr="008A2D77">
        <w:rPr>
          <w:bCs/>
          <w:noProof/>
        </w:rPr>
        <w:t>[1]</w:t>
      </w:r>
      <w:r w:rsidR="008A2D77">
        <w:rPr>
          <w:bCs/>
        </w:rPr>
        <w:fldChar w:fldCharType="end"/>
      </w:r>
      <w:r w:rsidRPr="00335E4C">
        <w:rPr>
          <w:bCs/>
        </w:rPr>
        <w:t>. Menurut Finkenzeller</w:t>
      </w:r>
      <w:r w:rsidR="008A2D77">
        <w:rPr>
          <w:bCs/>
        </w:rPr>
        <w:t>,</w:t>
      </w:r>
      <w:r w:rsidRPr="00335E4C">
        <w:rPr>
          <w:bCs/>
        </w:rPr>
        <w:t xml:space="preserve"> RFID adalah teknologi kontakless yang menggunakan frekuensi radio untuk pertukaran data antara pembaca dan transponder. Teknologi ini telah banyak diaplikasikan dalam berbagai bidang, termasuk sistem keamanan, manajemen inventori, dan kontrol akses.</w:t>
      </w:r>
    </w:p>
    <w:p w14:paraId="7D8C489F" w14:textId="77777777" w:rsidR="00335E4C" w:rsidRPr="00335E4C" w:rsidRDefault="00335E4C" w:rsidP="00335E4C">
      <w:pPr>
        <w:pStyle w:val="Heading3"/>
      </w:pPr>
      <w:bookmarkStart w:id="16" w:name="_Toc232979008"/>
      <w:r w:rsidRPr="00335E4C">
        <w:t>2.1.2 Arduino Uno</w:t>
      </w:r>
      <w:bookmarkEnd w:id="16"/>
    </w:p>
    <w:p w14:paraId="09CAFCA4" w14:textId="4A029CDB" w:rsidR="00335E4C" w:rsidRPr="00335E4C" w:rsidRDefault="00335E4C" w:rsidP="00335E4C">
      <w:pPr>
        <w:ind w:firstLine="720"/>
        <w:rPr>
          <w:bCs/>
        </w:rPr>
      </w:pPr>
      <w:r w:rsidRPr="00335E4C">
        <w:rPr>
          <w:bCs/>
        </w:rPr>
        <w:t xml:space="preserve">Arduino Uno adalah papan mikrokontroler berbasis ATmega328P yang memiliki 14 pin digital input/output, 6 pin analog input, 32 KB flash memory, 2 KB SRAM, dan 1 KB EEPROM </w:t>
      </w:r>
      <w:r w:rsidR="00D03C71">
        <w:rPr>
          <w:bCs/>
        </w:rPr>
        <w:fldChar w:fldCharType="begin" w:fldLock="1"/>
      </w:r>
      <w:r w:rsidR="00D03C71">
        <w:rPr>
          <w:bCs/>
        </w:rPr>
        <w:instrText>ADDIN CSL_CITATION {"citationItems":[{"id":"ITEM-1","itemData":{"author":[{"dropping-particle":"","family":"Margono","given":"M.","non-dropping-particle":"","parse-names":false,"suffix":""}],"container-title":"Jurnal Pendidikan Teknik Elektro","id":"ITEM-1","issued":{"date-parts":[["2021"]]},"title":"No TArduino Uno Sebagai Mikrokontroler untuk Pembelajaran Sistem Embeddeditle","type":"article-journal"},"uris":["http://www.mendeley.com/documents/?uuid=88abbfcf-2a17-40fc-8a22-194770000a7d"]}],"mendeley":{"formattedCitation":"[2]","plainTextFormattedCitation":"[2]","previouslyFormattedCitation":"[2]"},"properties":{"noteIndex":0},"schema":"https://github.com/citation-style-language/schema/raw/master/csl-citation.json"}</w:instrText>
      </w:r>
      <w:r w:rsidR="00D03C71">
        <w:rPr>
          <w:bCs/>
        </w:rPr>
        <w:fldChar w:fldCharType="separate"/>
      </w:r>
      <w:r w:rsidR="00D03C71" w:rsidRPr="00D03C71">
        <w:rPr>
          <w:bCs/>
          <w:noProof/>
        </w:rPr>
        <w:t>[2]</w:t>
      </w:r>
      <w:r w:rsidR="00D03C71">
        <w:rPr>
          <w:bCs/>
        </w:rPr>
        <w:fldChar w:fldCharType="end"/>
      </w:r>
      <w:r w:rsidRPr="00335E4C">
        <w:rPr>
          <w:bCs/>
        </w:rPr>
        <w:t xml:space="preserve">. Arduino Uno beroperasi pada tegangan 5V dengan clock speed 16 MHz. Mikrokontroler ini dapat diprogram menggunakan Arduino IDE dengan bahasa pemrograman C/C++ </w:t>
      </w:r>
      <w:r w:rsidR="00D03C71">
        <w:rPr>
          <w:bCs/>
        </w:rPr>
        <w:fldChar w:fldCharType="begin" w:fldLock="1"/>
      </w:r>
      <w:r w:rsidR="00D03C71">
        <w:rPr>
          <w:bCs/>
        </w:rPr>
        <w:instrText>ADDIN CSL_CITATION {"citationItems":[{"id":"ITEM-1","itemData":{"author":[{"dropping-particle":"","family":"Margono","given":"M.","non-dropping-particle":"","parse-names":false,"suffix":""}],"container-title":"Jurnal Pendidikan Teknik Elektro","id":"ITEM-1","issued":{"date-parts":[["2021"]]},"title":"No TArduino Uno Sebagai Mikrokontroler untuk Pembelajaran Sistem Embeddeditle","type":"article-journal"},"uris":["http://www.mendeley.com/documents/?uuid=88abbfcf-2a17-40fc-8a22-194770000a7d"]}],"mendeley":{"formattedCitation":"[2]","plainTextFormattedCitation":"[2]","previouslyFormattedCitation":"[2]"},"properties":{"noteIndex":0},"schema":"https://github.com/citation-style-language/schema/raw/master/csl-citation.json"}</w:instrText>
      </w:r>
      <w:r w:rsidR="00D03C71">
        <w:rPr>
          <w:bCs/>
        </w:rPr>
        <w:fldChar w:fldCharType="separate"/>
      </w:r>
      <w:r w:rsidR="00D03C71" w:rsidRPr="00D03C71">
        <w:rPr>
          <w:bCs/>
          <w:noProof/>
        </w:rPr>
        <w:t>[2]</w:t>
      </w:r>
      <w:r w:rsidR="00D03C71">
        <w:rPr>
          <w:bCs/>
        </w:rPr>
        <w:fldChar w:fldCharType="end"/>
      </w:r>
      <w:r w:rsidRPr="00335E4C">
        <w:rPr>
          <w:bCs/>
        </w:rPr>
        <w:t>. Arduino Uno telah banyak digunakan dalam berbagai proytek embedded karena kemudahan penggunaannya, biaya yang terjangkau, dan komunitas pengguna yang besar. Menurut Pratama</w:t>
      </w:r>
      <w:r w:rsidR="008A2D77">
        <w:rPr>
          <w:bCs/>
        </w:rPr>
        <w:t>,</w:t>
      </w:r>
      <w:r w:rsidRPr="00335E4C">
        <w:rPr>
          <w:bCs/>
        </w:rPr>
        <w:t xml:space="preserve"> Arduino Uno R3 merupakan papan pengembangan yang paling populer dan banyak digunakan untuk prototipe sistem elektronik.</w:t>
      </w:r>
    </w:p>
    <w:p w14:paraId="4B4AE33D" w14:textId="77777777" w:rsidR="00335E4C" w:rsidRPr="00335E4C" w:rsidRDefault="00335E4C" w:rsidP="00335E4C">
      <w:pPr>
        <w:pStyle w:val="Heading3"/>
      </w:pPr>
      <w:bookmarkStart w:id="17" w:name="_Toc232979009"/>
      <w:r w:rsidRPr="00335E4C">
        <w:t>2.1.3 Solenoid Door Lock</w:t>
      </w:r>
      <w:bookmarkEnd w:id="17"/>
    </w:p>
    <w:p w14:paraId="12FC75D4" w14:textId="18A9ADC6" w:rsidR="00335E4C" w:rsidRPr="00335E4C" w:rsidRDefault="00335E4C" w:rsidP="00335E4C">
      <w:pPr>
        <w:ind w:firstLine="720"/>
        <w:rPr>
          <w:bCs/>
        </w:rPr>
      </w:pPr>
      <w:r w:rsidRPr="00335E4C">
        <w:rPr>
          <w:bCs/>
        </w:rPr>
        <w:t xml:space="preserve">Solenoid door lock adalah komponen pengunci pintu yang bekerja berdasarkan prinsip elektromagnetik. Ketika arus listrik mengalir melalui kumparan solenoid, medan magnet yang dihasilkan akan menarik atau mendorong piston logam, sehingga kunci dapat terbuka atau tertutup </w:t>
      </w:r>
      <w:r w:rsidR="008A2D77">
        <w:rPr>
          <w:bCs/>
        </w:rPr>
        <w:fldChar w:fldCharType="begin" w:fldLock="1"/>
      </w:r>
      <w:r w:rsidR="00D03C71">
        <w:rPr>
          <w:bCs/>
        </w:rPr>
        <w:instrText>ADDIN CSL_CITATION {"citationItems":[{"id":"ITEM-1","itemData":{"author":[{"dropping-particle":"","family":"Meilinda","given":"R. Saputra and M.","non-dropping-particle":"","parse-names":false,"suffix":""}],"container-title":"Jurnal Teknik Informatik","id":"ITEM-1","issued":{"date-parts":[["2023"]]},"title":"Sistem Pengaman Pintu Gudang Menggunakan Metode R&amp;D Berbasis RFID Mikrokontroler Arduino Uno","type":"article-journal"},"uris":["http://www.mendeley.com/documents/?uuid=99f64dab-d2d8-4f31-b98c-7fe2c9422162"]}],"mendeley":{"formattedCitation":"[3]","plainTextFormattedCitation":"[3]","previouslyFormattedCitation":"[3]"},"properties":{"noteIndex":0},"schema":"https://github.com/citation-style-language/schema/raw/master/csl-citation.json"}</w:instrText>
      </w:r>
      <w:r w:rsidR="008A2D77">
        <w:rPr>
          <w:bCs/>
        </w:rPr>
        <w:fldChar w:fldCharType="separate"/>
      </w:r>
      <w:r w:rsidR="008A2D77" w:rsidRPr="00D03C71">
        <w:rPr>
          <w:bCs/>
          <w:noProof/>
        </w:rPr>
        <w:t>[3]</w:t>
      </w:r>
      <w:r w:rsidR="008A2D77">
        <w:rPr>
          <w:bCs/>
        </w:rPr>
        <w:fldChar w:fldCharType="end"/>
      </w:r>
      <w:r w:rsidR="00D03C71">
        <w:rPr>
          <w:bCs/>
        </w:rPr>
        <w:t xml:space="preserve"> </w:t>
      </w:r>
      <w:r w:rsidRPr="00335E4C">
        <w:rPr>
          <w:bCs/>
        </w:rPr>
        <w:t xml:space="preserve">Solenoid door lock </w:t>
      </w:r>
      <w:r w:rsidRPr="00335E4C">
        <w:rPr>
          <w:bCs/>
        </w:rPr>
        <w:lastRenderedPageBreak/>
        <w:t xml:space="preserve">umumnya membutuhkan tegangan 12V DC dengan arus 600 mA dan konsumsi daya sekitar 7,5 Watt. Waktu pembukaan kunci kurang dari 1 detik. Komponen ini sering digunakan dalam sistem keamanan otomatis karena keandalan dan daya tahan yang tinggi. Menurut Saputra dan Meilinda </w:t>
      </w:r>
      <w:r w:rsidR="008A2D77">
        <w:rPr>
          <w:bCs/>
        </w:rPr>
        <w:fldChar w:fldCharType="begin" w:fldLock="1"/>
      </w:r>
      <w:r w:rsidR="00D03C71">
        <w:rPr>
          <w:bCs/>
        </w:rPr>
        <w:instrText>ADDIN CSL_CITATION {"citationItems":[{"id":"ITEM-1","itemData":{"author":[{"dropping-particle":"","family":"Meilinda","given":"R. Saputra and M.","non-dropping-particle":"","parse-names":false,"suffix":""}],"container-title":"Jurnal Teknik Informatik","id":"ITEM-1","issued":{"date-parts":[["2023"]]},"title":"Sistem Pengaman Pintu Gudang Menggunakan Metode R&amp;D Berbasis RFID Mikrokontroler Arduino Uno","type":"article-journal"},"uris":["http://www.mendeley.com/documents/?uuid=99f64dab-d2d8-4f31-b98c-7fe2c9422162"]}],"mendeley":{"formattedCitation":"[3]","plainTextFormattedCitation":"[3]","previouslyFormattedCitation":"[3]"},"properties":{"noteIndex":0},"schema":"https://github.com/citation-style-language/schema/raw/master/csl-citation.json"}</w:instrText>
      </w:r>
      <w:r w:rsidR="008A2D77">
        <w:rPr>
          <w:bCs/>
        </w:rPr>
        <w:fldChar w:fldCharType="separate"/>
      </w:r>
      <w:r w:rsidR="008A2D77" w:rsidRPr="00D03C71">
        <w:rPr>
          <w:bCs/>
          <w:noProof/>
        </w:rPr>
        <w:t>[3]</w:t>
      </w:r>
      <w:r w:rsidR="008A2D77">
        <w:rPr>
          <w:bCs/>
        </w:rPr>
        <w:fldChar w:fldCharType="end"/>
      </w:r>
      <w:r w:rsidRPr="00335E4C">
        <w:rPr>
          <w:bCs/>
        </w:rPr>
        <w:t>, solenoid door lock merupakan pilihan yang efektif untuk sistem pengaman pintu berbasis mikrokontroler karena respons yang cepat dan kemudahan integrasi dengan sistem kontrol.</w:t>
      </w:r>
    </w:p>
    <w:p w14:paraId="7A40F13F" w14:textId="77777777" w:rsidR="00335E4C" w:rsidRPr="00335E4C" w:rsidRDefault="00335E4C" w:rsidP="00335E4C">
      <w:pPr>
        <w:pStyle w:val="Heading3"/>
      </w:pPr>
      <w:bookmarkStart w:id="18" w:name="_Toc232979010"/>
      <w:r w:rsidRPr="00335E4C">
        <w:t>2.1.4 Modul RFID RC522</w:t>
      </w:r>
      <w:bookmarkEnd w:id="18"/>
    </w:p>
    <w:p w14:paraId="2873F6AC" w14:textId="6A56D49A" w:rsidR="00335E4C" w:rsidRPr="00335E4C" w:rsidRDefault="00335E4C" w:rsidP="00335E4C">
      <w:pPr>
        <w:ind w:firstLine="720"/>
        <w:rPr>
          <w:bCs/>
        </w:rPr>
      </w:pPr>
      <w:r w:rsidRPr="00335E4C">
        <w:rPr>
          <w:bCs/>
        </w:rPr>
        <w:t>Modul RFID RC522 adalah pembaca RFID yang bekerja pada frekuensi 13,56 MHz dengan tegangan operasi 3,3V. Modul ini menggunakan protokol SPI (Serial Peripheral Interface) untuk berkomunikasi dengan mikrokontroler. RC522 dapat membaca kartu RFID dengan jarak maksimal sekitar 3 cm. Modul ini memiliki fitur anti-collision yang memungkinkan pembacaan multiple tag secara bersamaan. Menurut Hamidah et al., modul RC522 mampu mendeteksi kartu RFID dengan waktu tanggapan antara 2 hingga 3 detik.</w:t>
      </w:r>
    </w:p>
    <w:p w14:paraId="796525F9" w14:textId="16F74FB6" w:rsidR="00335E4C" w:rsidRPr="00335E4C" w:rsidRDefault="00335E4C" w:rsidP="00335E4C">
      <w:pPr>
        <w:rPr>
          <w:b/>
        </w:rPr>
      </w:pPr>
      <w:r w:rsidRPr="00335E4C">
        <w:rPr>
          <w:b/>
        </w:rPr>
        <w:t>2.1.</w:t>
      </w:r>
      <w:r w:rsidR="0076232A">
        <w:rPr>
          <w:b/>
        </w:rPr>
        <w:t>5</w:t>
      </w:r>
      <w:r w:rsidRPr="00335E4C">
        <w:rPr>
          <w:b/>
        </w:rPr>
        <w:t xml:space="preserve"> Penelitian Terkait</w:t>
      </w:r>
    </w:p>
    <w:p w14:paraId="43B3AC07" w14:textId="5D69B157" w:rsidR="00335E4C" w:rsidRDefault="00335E4C" w:rsidP="00335E4C">
      <w:pPr>
        <w:ind w:firstLine="720"/>
        <w:rPr>
          <w:bCs/>
        </w:rPr>
      </w:pPr>
      <w:r w:rsidRPr="00335E4C">
        <w:rPr>
          <w:bCs/>
        </w:rPr>
        <w:t>Hamidah et al. telah melakukan penelitian mengenai perancangan dan implementasi sistem keamanan pintu otomatis berbasis RFID tag card untuk meningkatkan keamanan akses ruangan. Sistem tersebut menggunakan Arduino sebagai pengendali, reader RFID, solenoid doorlock, layar LCD, dan modul WiFi yang terhubung ke bot Telegram untuk mengirimkan notifikasi. Hasil pengujian menunjukkan bahwa reader RFID dapat mendeteksi kartu hingga jarak 3 cm dengan waktu tanggapan 2 hingga 3 detik. Sistem terbukti efektif dalam meningkatkan keamanan akses pintu dan dapat digunakan di berbagai tempat seperti rumah, kantor, dan laboratorium.</w:t>
      </w:r>
    </w:p>
    <w:p w14:paraId="6DC66958" w14:textId="5C45E5D9" w:rsidR="00335E4C" w:rsidRDefault="00335E4C" w:rsidP="00335E4C">
      <w:pPr>
        <w:ind w:firstLine="720"/>
        <w:rPr>
          <w:bCs/>
        </w:rPr>
      </w:pPr>
      <w:r w:rsidRPr="00335E4C">
        <w:rPr>
          <w:bCs/>
        </w:rPr>
        <w:t xml:space="preserve">Marpaung et al. </w:t>
      </w:r>
      <w:r w:rsidR="00D03C71">
        <w:rPr>
          <w:bCs/>
        </w:rPr>
        <w:fldChar w:fldCharType="begin" w:fldLock="1"/>
      </w:r>
      <w:r w:rsidR="00D03C71">
        <w:rPr>
          <w:bCs/>
        </w:rPr>
        <w:instrText>ADDIN CSL_CITATION {"citationItems":[{"id":"ITEM-1","itemData":{"author":[{"dropping-particle":"","family":"J. Marpaung, A. Simanjuntak","given":"and B. Siregar","non-dropping-particle":"","parse-names":false,"suffix":""}],"container-title":"Jurnal Rekayasa Elektrika","id":"ITEM-1","issued":{"date-parts":[["2022"]]},"title":"Sistem Pengamanan Pintu Otomatis Menggunakan RFID RC522 Berbasis Mikrokontroler Arduino","type":"article-journal"},"uris":["http://www.mendeley.com/documents/?uuid=7cad6683-fa88-4919-a252-e311cbe1f847"]}],"mendeley":{"formattedCitation":"[4]","plainTextFormattedCitation":"[4]","previouslyFormattedCitation":"[4]"},"properties":{"noteIndex":0},"schema":"https://github.com/citation-style-language/schema/raw/master/csl-citation.json"}</w:instrText>
      </w:r>
      <w:r w:rsidR="00D03C71">
        <w:rPr>
          <w:bCs/>
        </w:rPr>
        <w:fldChar w:fldCharType="separate"/>
      </w:r>
      <w:r w:rsidR="00D03C71" w:rsidRPr="00D03C71">
        <w:rPr>
          <w:bCs/>
          <w:noProof/>
        </w:rPr>
        <w:t>[4]</w:t>
      </w:r>
      <w:r w:rsidR="00D03C71">
        <w:rPr>
          <w:bCs/>
        </w:rPr>
        <w:fldChar w:fldCharType="end"/>
      </w:r>
      <w:r w:rsidR="00D03C71">
        <w:rPr>
          <w:bCs/>
        </w:rPr>
        <w:t xml:space="preserve"> </w:t>
      </w:r>
      <w:r w:rsidRPr="00335E4C">
        <w:rPr>
          <w:bCs/>
        </w:rPr>
        <w:t xml:space="preserve">mengembangkan sistem pengamanan pintu otomatis menggunakan RFID RC522 berbasis mikrokontroler Arduino. Penelitian ini menggunakan </w:t>
      </w:r>
      <w:r w:rsidR="00EA0E48">
        <w:rPr>
          <w:bCs/>
        </w:rPr>
        <w:t>Kartu RFID</w:t>
      </w:r>
      <w:r w:rsidRPr="00335E4C">
        <w:rPr>
          <w:bCs/>
        </w:rPr>
        <w:t xml:space="preserve"> sebagai alat autentikasi berbasis RFID. Hasil eksperimen menunjukkan bahwa beberapa kode RFID berhasil dideteksi, termasuk kode dari kartu RFID, E-KTP, dan data SIM. Sistem ini dirancang untuk </w:t>
      </w:r>
      <w:r w:rsidRPr="00335E4C">
        <w:rPr>
          <w:bCs/>
        </w:rPr>
        <w:lastRenderedPageBreak/>
        <w:t>menggantikan fungsi kunci tradisional dengan mekanisme penguncian dan pembukaan pintu secara otomatis.</w:t>
      </w:r>
    </w:p>
    <w:p w14:paraId="629EA4D5" w14:textId="68A87462" w:rsidR="00335E4C" w:rsidRDefault="00335E4C" w:rsidP="00335E4C">
      <w:pPr>
        <w:ind w:firstLine="720"/>
        <w:rPr>
          <w:bCs/>
        </w:rPr>
      </w:pPr>
      <w:r w:rsidRPr="00335E4C">
        <w:rPr>
          <w:bCs/>
        </w:rPr>
        <w:t xml:space="preserve">Suwanda </w:t>
      </w:r>
      <w:r w:rsidR="00D03C71">
        <w:rPr>
          <w:bCs/>
        </w:rPr>
        <w:fldChar w:fldCharType="begin" w:fldLock="1"/>
      </w:r>
      <w:r w:rsidR="00D03C71">
        <w:rPr>
          <w:bCs/>
        </w:rPr>
        <w:instrText>ADDIN CSL_CITATION {"citationItems":[{"id":"ITEM-1","itemData":{"author":[{"dropping-particle":"","family":"Suwanda","given":"A.","non-dropping-particle":"","parse-names":false,"suffix":""}],"container-title":"Jurnal Teknik Elektro","id":"ITEM-1","issued":{"date-parts":[["2023"]]},"title":"Rancang Bangun Kunci Pintu Otomatis Sistem RFID Berbasis Arduino di Ruangan Laboratorium","type":"article-journal"},"uris":["http://www.mendeley.com/documents/?uuid=a846a75c-b090-40c9-b6f5-7cc3e59896a2"]}],"mendeley":{"formattedCitation":"[5]","plainTextFormattedCitation":"[5]","previouslyFormattedCitation":"[5]"},"properties":{"noteIndex":0},"schema":"https://github.com/citation-style-language/schema/raw/master/csl-citation.json"}</w:instrText>
      </w:r>
      <w:r w:rsidR="00D03C71">
        <w:rPr>
          <w:bCs/>
        </w:rPr>
        <w:fldChar w:fldCharType="separate"/>
      </w:r>
      <w:r w:rsidR="00D03C71" w:rsidRPr="00D03C71">
        <w:rPr>
          <w:bCs/>
          <w:noProof/>
        </w:rPr>
        <w:t>[5]</w:t>
      </w:r>
      <w:r w:rsidR="00D03C71">
        <w:rPr>
          <w:bCs/>
        </w:rPr>
        <w:fldChar w:fldCharType="end"/>
      </w:r>
      <w:r w:rsidRPr="00335E4C">
        <w:rPr>
          <w:bCs/>
        </w:rPr>
        <w:t xml:space="preserve"> melakukan penelitian mengenai rancang bangun kunci pintu otomatis sistem RFID berbasis Arduino di ruangan laboratorium. Penelitian ini menggunakan metode Literature Study dan dilakukan dalam 9 tahap. Hasil pengujian menunjukkan bahwa RFID reader dengan frekuensi 13,56 MHz dapat membaca ID tag dengan jarak maksimal 1,8 cm. Solenoid dapat membuka kunci jika ID tag cocok dengan data yang tersimpan di Arduino Nano.</w:t>
      </w:r>
    </w:p>
    <w:p w14:paraId="47F3AB0D" w14:textId="77777777" w:rsidR="00D03C71" w:rsidRDefault="00335E4C" w:rsidP="00D03C71">
      <w:pPr>
        <w:ind w:firstLine="720"/>
        <w:rPr>
          <w:bCs/>
        </w:rPr>
      </w:pPr>
      <w:r w:rsidRPr="00335E4C">
        <w:rPr>
          <w:bCs/>
        </w:rPr>
        <w:t xml:space="preserve">Ilham et al. </w:t>
      </w:r>
      <w:r w:rsidR="00D03C71">
        <w:rPr>
          <w:bCs/>
        </w:rPr>
        <w:fldChar w:fldCharType="begin" w:fldLock="1"/>
      </w:r>
      <w:r w:rsidR="00D03C71">
        <w:rPr>
          <w:bCs/>
        </w:rPr>
        <w:instrText>ADDIN CSL_CITATION {"citationItems":[{"id":"ITEM-1","itemData":{"author":[{"dropping-particle":"","family":"M. Ilham, R. Wijaya","given":"and S. Putri","non-dropping-particle":"","parse-names":false,"suffix":""}],"container-title":"Jurnal Teknologi dan Sistem Informasi","id":"ITEM-1","issued":{"date-parts":[["2024"]]},"title":"Desain Sistem Keamanan Pintu Menggunakan Sensor RFID Berbasis Arduino Uno","type":"article-journal"},"uris":["http://www.mendeley.com/documents/?uuid=2f180726-c91b-4540-8478-fbe0bb1f48f7"]}],"mendeley":{"formattedCitation":"[6]","plainTextFormattedCitation":"[6]","previouslyFormattedCitation":"[6]"},"properties":{"noteIndex":0},"schema":"https://github.com/citation-style-language/schema/raw/master/csl-citation.json"}</w:instrText>
      </w:r>
      <w:r w:rsidR="00D03C71">
        <w:rPr>
          <w:bCs/>
        </w:rPr>
        <w:fldChar w:fldCharType="separate"/>
      </w:r>
      <w:r w:rsidR="00D03C71" w:rsidRPr="00D03C71">
        <w:rPr>
          <w:bCs/>
          <w:noProof/>
        </w:rPr>
        <w:t>[6]</w:t>
      </w:r>
      <w:r w:rsidR="00D03C71">
        <w:rPr>
          <w:bCs/>
        </w:rPr>
        <w:fldChar w:fldCharType="end"/>
      </w:r>
      <w:r w:rsidRPr="00335E4C">
        <w:rPr>
          <w:bCs/>
        </w:rPr>
        <w:t xml:space="preserve"> melakukan penelitian tentang desain sistem keamanan pintu menggunakan sensor RFID berbasis Arduino Uno. Hasil penelitian menunjukkan bahwa prototype kunci pintu menggunakan sensor RFID dapat berjalan tanpa kesalahan. Sensor RFID mampu bekerja dengan mendeteksi kode atau ID menggunakan kartu yang ditempelkan pada reader dengan jarak 3 cm, dan reader akan mendeteksi kartu selama 5 detik.</w:t>
      </w:r>
    </w:p>
    <w:p w14:paraId="70731AE7" w14:textId="2616CE3B" w:rsidR="00335E4C" w:rsidRPr="00335E4C" w:rsidRDefault="00335E4C" w:rsidP="00D03C71">
      <w:pPr>
        <w:ind w:firstLine="720"/>
        <w:rPr>
          <w:bCs/>
        </w:rPr>
      </w:pPr>
      <w:r w:rsidRPr="00335E4C">
        <w:rPr>
          <w:bCs/>
        </w:rPr>
        <w:t xml:space="preserve">Saputra dan Meilinda </w:t>
      </w:r>
      <w:r w:rsidR="00D03C71">
        <w:rPr>
          <w:bCs/>
        </w:rPr>
        <w:fldChar w:fldCharType="begin" w:fldLock="1"/>
      </w:r>
      <w:r w:rsidR="00D03C71">
        <w:rPr>
          <w:bCs/>
        </w:rPr>
        <w:instrText>ADDIN CSL_CITATION {"citationItems":[{"id":"ITEM-1","itemData":{"author":[{"dropping-particle":"","family":"Meilinda","given":"R. Saputra and M.","non-dropping-particle":"","parse-names":false,"suffix":""}],"container-title":"Jurnal Teknik Informatik","id":"ITEM-1","issued":{"date-parts":[["2023"]]},"title":"Sistem Pengaman Pintu Gudang Menggunakan Metode R&amp;D Berbasis RFID Mikrokontroler Arduino Uno","type":"article-journal"},"uris":["http://www.mendeley.com/documents/?uuid=99f64dab-d2d8-4f31-b98c-7fe2c9422162"]}],"mendeley":{"formattedCitation":"[3]","plainTextFormattedCitation":"[3]","previouslyFormattedCitation":"[3]"},"properties":{"noteIndex":0},"schema":"https://github.com/citation-style-language/schema/raw/master/csl-citation.json"}</w:instrText>
      </w:r>
      <w:r w:rsidR="00D03C71">
        <w:rPr>
          <w:bCs/>
        </w:rPr>
        <w:fldChar w:fldCharType="separate"/>
      </w:r>
      <w:r w:rsidR="00D03C71" w:rsidRPr="00D03C71">
        <w:rPr>
          <w:bCs/>
          <w:noProof/>
        </w:rPr>
        <w:t>[3]</w:t>
      </w:r>
      <w:r w:rsidR="00D03C71">
        <w:rPr>
          <w:bCs/>
        </w:rPr>
        <w:fldChar w:fldCharType="end"/>
      </w:r>
      <w:r w:rsidRPr="00335E4C">
        <w:rPr>
          <w:bCs/>
        </w:rPr>
        <w:t xml:space="preserve"> mengembangkan sistem pengaman pintu gudang menggunakan metode R&amp;D berbasis RFID mikrokontroler Arduino Uno. Sistem ini menggunakan RFID sebagai media autentikasi untuk membuka dan menutup pintu gudang. Hasil pengujian menunjukkan bahwa sistem dapat berjalan dengan baik dan efektif dalam membatasi akses ke ruangan gudang.</w:t>
      </w:r>
    </w:p>
    <w:p w14:paraId="0ADBFAD8" w14:textId="77777777" w:rsidR="00335E4C" w:rsidRPr="00335E4C" w:rsidRDefault="00335E4C" w:rsidP="00335E4C">
      <w:pPr>
        <w:pStyle w:val="Heading2"/>
      </w:pPr>
      <w:bookmarkStart w:id="19" w:name="_Toc232979011"/>
      <w:r w:rsidRPr="00335E4C">
        <w:t>2.2 Kerangka Pikir Teoritis</w:t>
      </w:r>
      <w:bookmarkEnd w:id="19"/>
    </w:p>
    <w:p w14:paraId="3432EBBD" w14:textId="77777777" w:rsidR="00335E4C" w:rsidRPr="00335E4C" w:rsidRDefault="00335E4C" w:rsidP="00D03C71">
      <w:pPr>
        <w:ind w:firstLine="720"/>
        <w:rPr>
          <w:bCs/>
        </w:rPr>
      </w:pPr>
      <w:r w:rsidRPr="00335E4C">
        <w:rPr>
          <w:bCs/>
        </w:rPr>
        <w:t>Kerangka pikir teoritis dalam pelaksanaan PKL/Magang ini menggambarkan alur pemikiran yang menghubungkan antara teori, permasalahan, objek PKL/Magang, jenis data, metode pengumpulan data, dan teknik analisis data. Berdasarkan kajian pustaka yang telah dilakukan, teori yang digunakan meliputi teknologi RFID, mikrokontroler Arduino Uno, dan solenoid door lock.</w:t>
      </w:r>
    </w:p>
    <w:p w14:paraId="5402CEFA" w14:textId="208A7F23" w:rsidR="006512E0" w:rsidRPr="00335E4C" w:rsidRDefault="00335E4C" w:rsidP="00D03C71">
      <w:pPr>
        <w:ind w:firstLine="720"/>
        <w:rPr>
          <w:bCs/>
        </w:rPr>
      </w:pPr>
      <w:r w:rsidRPr="00335E4C">
        <w:rPr>
          <w:bCs/>
        </w:rPr>
        <w:t xml:space="preserve">Permasalahan yang diidentifikasi adalah keamanan akses ruangan di instansi masih menggunakan kunci konvensional yang rentan terhadap duplikasi dan akses tidak terkontrol. Objek PKL/Magang adalah sistem keamanan akses ruangan berbasis RFID dengan solenoid door lock menggunakan Arduino Uno. Jenis data yang dikumpulkan meliputi data primer (hasil observasi, wawancara, dan dokumentasi) dan data sekunder (literatur dan referensi). Metode pengumpulan data </w:t>
      </w:r>
      <w:r w:rsidRPr="00335E4C">
        <w:rPr>
          <w:bCs/>
        </w:rPr>
        <w:lastRenderedPageBreak/>
        <w:t>menggunakan observasi, wawancara, dan dokumentasi. Teknik analisis data menggunakan analisis deskriptif dengan menguji fungsionalitas sistem secara langsung.</w:t>
      </w:r>
    </w:p>
    <w:p w14:paraId="29A2D38A" w14:textId="77777777" w:rsidR="0007110D" w:rsidRDefault="0007110D">
      <w:pPr>
        <w:spacing w:after="200" w:line="276" w:lineRule="auto"/>
        <w:rPr>
          <w:b/>
        </w:rPr>
      </w:pPr>
      <w:r>
        <w:br w:type="page"/>
      </w:r>
    </w:p>
    <w:p w14:paraId="31865C20" w14:textId="012F2568" w:rsidR="009144C8" w:rsidRDefault="00000000" w:rsidP="00335E4C">
      <w:pPr>
        <w:pStyle w:val="Heading1"/>
      </w:pPr>
      <w:bookmarkStart w:id="20" w:name="_Toc232979012"/>
      <w:r>
        <w:lastRenderedPageBreak/>
        <w:t>BAB III</w:t>
      </w:r>
      <w:r w:rsidR="00335E4C">
        <w:br/>
      </w:r>
      <w:r>
        <w:t>METODE PKL/MAGANG</w:t>
      </w:r>
      <w:bookmarkEnd w:id="20"/>
    </w:p>
    <w:p w14:paraId="5DAAAE05" w14:textId="77777777" w:rsidR="00335E4C" w:rsidRDefault="00335E4C" w:rsidP="00335E4C">
      <w:pPr>
        <w:pStyle w:val="Heading2"/>
      </w:pPr>
      <w:bookmarkStart w:id="21" w:name="_Toc232979013"/>
      <w:r>
        <w:t>3.1 Lokasi PKL/Magang</w:t>
      </w:r>
      <w:bookmarkEnd w:id="21"/>
    </w:p>
    <w:p w14:paraId="77E2EA07" w14:textId="5576F052" w:rsidR="00335E4C" w:rsidRDefault="00335E4C" w:rsidP="00335E4C">
      <w:pPr>
        <w:ind w:firstLine="720"/>
      </w:pPr>
      <w:r>
        <w:t xml:space="preserve">Pelaksanaan PKL/Magang dilakukan di </w:t>
      </w:r>
      <w:r w:rsidR="00D86C77" w:rsidRPr="00D86C77">
        <w:t>Dinas Komunikasi dan Informatika Kabupaten Tangerang</w:t>
      </w:r>
      <w:r>
        <w:t xml:space="preserve">, yang beralamat di </w:t>
      </w:r>
      <w:r w:rsidR="00D86C77" w:rsidRPr="00D86C77">
        <w:t>Smart Building Kabupaten Tangerang, Jl. H. Somawinata No. 1, Kecamatan Tigaraksa, Kabupaten Tangerang</w:t>
      </w:r>
      <w:r w:rsidR="00D86C77">
        <w:t>, Pro</w:t>
      </w:r>
      <w:r>
        <w:t xml:space="preserve">vinsi Banten. Instansi ini merupakan instansi pemerintah daerah yang menangani berbagai urusan pemerintahan dan pelayanan publik. Penulis ditempatkan di bagian </w:t>
      </w:r>
      <w:r w:rsidR="00D86C77">
        <w:t>I</w:t>
      </w:r>
      <w:r w:rsidR="00D86C77" w:rsidRPr="00D86C77">
        <w:t xml:space="preserve">nformasi dan Komunikasi Publik </w:t>
      </w:r>
      <w:r w:rsidR="00D86C77">
        <w:t xml:space="preserve">dan juga </w:t>
      </w:r>
      <w:r w:rsidR="00D86C77" w:rsidRPr="00D86C77">
        <w:t>Aplikasi Informatika</w:t>
      </w:r>
      <w:r>
        <w:t xml:space="preserve">, dengan bidang kerja yang meliputi dokumentasi, liputan, dan pengembangan sistem teknologi informasi. Waktu pelaksanaan PKL/Magang adalah selama </w:t>
      </w:r>
      <w:r w:rsidR="00C0167E">
        <w:t>6</w:t>
      </w:r>
      <w:r>
        <w:t xml:space="preserve"> bulan, dari </w:t>
      </w:r>
      <w:r w:rsidR="00D86C77">
        <w:t>20 Februari 2026</w:t>
      </w:r>
      <w:r>
        <w:t xml:space="preserve"> sampai </w:t>
      </w:r>
      <w:r w:rsidR="00D86C77">
        <w:t>20 Juli 2026</w:t>
      </w:r>
      <w:r>
        <w:t>.</w:t>
      </w:r>
    </w:p>
    <w:p w14:paraId="5739042E" w14:textId="77777777" w:rsidR="00335E4C" w:rsidRDefault="00335E4C" w:rsidP="00D86C77">
      <w:pPr>
        <w:pStyle w:val="Heading2"/>
      </w:pPr>
      <w:bookmarkStart w:id="22" w:name="_Toc232979014"/>
      <w:r>
        <w:t>3.2 Desain Pelaksanaan PKL/Magang</w:t>
      </w:r>
      <w:bookmarkEnd w:id="22"/>
    </w:p>
    <w:p w14:paraId="41623972" w14:textId="77777777" w:rsidR="00335E4C" w:rsidRDefault="00335E4C" w:rsidP="00D86C77">
      <w:pPr>
        <w:ind w:firstLine="720"/>
      </w:pPr>
      <w:r>
        <w:t>Desain pelaksanaan PKL/Magang menggunakan pendekatan deskriptif dan eksperimental. Pendekatan deskriptif digunakan untuk menggambarkan kegiatan yang dilakukan selama PKL/Magang, termasuk kegiatan liputan dan dokumentasi. Pendekatan eksperimental digunakan untuk merancang dan membangun sistem akses ruangan berbasis RFID dengan solenoid door lock menggunakan Arduino Uno. Pemilihan pendekatan ini didasarkan pada kebutuhan untuk memahami kondisi nyata di lapangan sekaligus mengembangkan solusi teknis yang dapat diimplementasikan.</w:t>
      </w:r>
    </w:p>
    <w:p w14:paraId="704290FE" w14:textId="77777777" w:rsidR="00335E4C" w:rsidRDefault="00335E4C" w:rsidP="00D86C77">
      <w:pPr>
        <w:pStyle w:val="Heading2"/>
      </w:pPr>
      <w:bookmarkStart w:id="23" w:name="_Toc232979015"/>
      <w:r>
        <w:t>3.3 Penentuan Objek PKL/Magang</w:t>
      </w:r>
      <w:bookmarkEnd w:id="23"/>
    </w:p>
    <w:p w14:paraId="44C16486" w14:textId="77777777" w:rsidR="00335E4C" w:rsidRDefault="00335E4C" w:rsidP="00D86C77">
      <w:pPr>
        <w:ind w:firstLine="720"/>
      </w:pPr>
      <w:r>
        <w:t>Objek PKL/Magang adalah sistem keamanan akses ruangan berbasis RFID dengan solenoid door lock menggunakan Arduino Uno. Sistem ini menjadi fokus utama pada tahap kedua pelaksanaan PKL/Magang setelah penulis menyelesaikan kegiatan liputan dan dokumentasi pada dua bulan pertama. Fokus objek meliputi perancangan perangkat keras (hardware), pemrograman perangkat lunak (software), pengujian fungsionalitas, dan analisis kinerja sistem.</w:t>
      </w:r>
    </w:p>
    <w:p w14:paraId="4A3A3315" w14:textId="77777777" w:rsidR="00335E4C" w:rsidRDefault="00335E4C" w:rsidP="00D86C77">
      <w:pPr>
        <w:pStyle w:val="Heading2"/>
      </w:pPr>
      <w:bookmarkStart w:id="24" w:name="_Toc232979016"/>
      <w:r>
        <w:lastRenderedPageBreak/>
        <w:t>3.4 Metode Pengumpulan Data</w:t>
      </w:r>
      <w:bookmarkEnd w:id="24"/>
    </w:p>
    <w:p w14:paraId="35C694A1" w14:textId="77777777" w:rsidR="00335E4C" w:rsidRDefault="00335E4C" w:rsidP="00D86C77">
      <w:pPr>
        <w:ind w:firstLine="720"/>
      </w:pPr>
      <w:r>
        <w:t>Metode pengumpulan data yang digunakan dalam pelaksanaan PKL/Magang adalah:</w:t>
      </w:r>
    </w:p>
    <w:p w14:paraId="1E40C2D3" w14:textId="24DC0381" w:rsidR="00335E4C" w:rsidRDefault="00335E4C" w:rsidP="00D86C77">
      <w:pPr>
        <w:pStyle w:val="ListParagraph"/>
        <w:numPr>
          <w:ilvl w:val="0"/>
          <w:numId w:val="27"/>
        </w:numPr>
      </w:pPr>
      <w:r>
        <w:t>Observasi, yaitu pengamatan langsung terhadap kegiatan di tempat PKL/Magang, termasuk kondisi ruangan, sistem keamanan yang ada, dan proses kerja yang berjalan.</w:t>
      </w:r>
    </w:p>
    <w:p w14:paraId="357EE66E" w14:textId="277F2DA7" w:rsidR="00335E4C" w:rsidRDefault="00335E4C" w:rsidP="00D86C77">
      <w:pPr>
        <w:pStyle w:val="ListParagraph"/>
        <w:numPr>
          <w:ilvl w:val="0"/>
          <w:numId w:val="27"/>
        </w:numPr>
      </w:pPr>
      <w:r>
        <w:t>Wawancara, yaitu pengumpulan informasi melalui tanya jawab dengan pembimbing lapangan dan pihak terkait mengenai kebutuhan sistem keamanan dan spesifikasi teknis yang diinginkan.</w:t>
      </w:r>
    </w:p>
    <w:p w14:paraId="605AD244" w14:textId="55072593" w:rsidR="00335E4C" w:rsidRDefault="00335E4C" w:rsidP="00D86C77">
      <w:pPr>
        <w:pStyle w:val="ListParagraph"/>
        <w:numPr>
          <w:ilvl w:val="0"/>
          <w:numId w:val="27"/>
        </w:numPr>
      </w:pPr>
      <w:r>
        <w:t>Dokumentasi, yaitu pengumpulan data berupa foto kegiatan, arsip, dokumen, catatan, dan rekaman video selama pelaksanaan PKL/Magang.</w:t>
      </w:r>
    </w:p>
    <w:p w14:paraId="17415F69" w14:textId="77777777" w:rsidR="00335E4C" w:rsidRDefault="00335E4C" w:rsidP="00D86C77">
      <w:pPr>
        <w:pStyle w:val="Heading2"/>
      </w:pPr>
      <w:bookmarkStart w:id="25" w:name="_Toc232979017"/>
      <w:r>
        <w:t>3.5 Instrumen PKL/Magang</w:t>
      </w:r>
      <w:bookmarkEnd w:id="25"/>
    </w:p>
    <w:p w14:paraId="41F5F76A" w14:textId="77777777" w:rsidR="00335E4C" w:rsidRDefault="00335E4C" w:rsidP="00D86C77">
      <w:pPr>
        <w:ind w:firstLine="720"/>
      </w:pPr>
      <w:r>
        <w:t>Instrumen yang digunakan selama PKL/Magang meliputi:</w:t>
      </w:r>
    </w:p>
    <w:p w14:paraId="654AE7B7" w14:textId="11EAC678" w:rsidR="00335E4C" w:rsidRDefault="00335E4C" w:rsidP="00D86C77">
      <w:pPr>
        <w:pStyle w:val="ListParagraph"/>
        <w:numPr>
          <w:ilvl w:val="0"/>
          <w:numId w:val="32"/>
        </w:numPr>
      </w:pPr>
      <w:r>
        <w:t>Daftar pertanyaan wawancara untuk pengumpulan informasi dari pembimbing lapangan.</w:t>
      </w:r>
    </w:p>
    <w:p w14:paraId="05A83DB0" w14:textId="76CC9905" w:rsidR="00335E4C" w:rsidRDefault="00335E4C" w:rsidP="00D86C77">
      <w:pPr>
        <w:pStyle w:val="ListParagraph"/>
        <w:numPr>
          <w:ilvl w:val="0"/>
          <w:numId w:val="32"/>
        </w:numPr>
      </w:pPr>
      <w:r>
        <w:t>Kamera untuk dokumentasi kegiatan liputan dan proses pembuatan sistem.</w:t>
      </w:r>
    </w:p>
    <w:p w14:paraId="22533320" w14:textId="22175432" w:rsidR="00335E4C" w:rsidRDefault="00335E4C" w:rsidP="00D86C77">
      <w:pPr>
        <w:pStyle w:val="ListParagraph"/>
        <w:numPr>
          <w:ilvl w:val="0"/>
          <w:numId w:val="32"/>
        </w:numPr>
      </w:pPr>
      <w:r>
        <w:t>Laptop dengan Arduino IDE untuk pemrograman mikrokontroler.</w:t>
      </w:r>
    </w:p>
    <w:p w14:paraId="3468FB2B" w14:textId="4E8776EC" w:rsidR="00D86C77" w:rsidRDefault="00335E4C" w:rsidP="00D86C77">
      <w:pPr>
        <w:pStyle w:val="ListParagraph"/>
        <w:numPr>
          <w:ilvl w:val="0"/>
          <w:numId w:val="32"/>
        </w:numPr>
      </w:pPr>
      <w:r>
        <w:t>Komponen hardware: Arduino Uno R3, modul RFID RC522, solenoid door lock 12V, buzzer, relay module, power supply 12V, kabel jumper, dan breadboard.</w:t>
      </w:r>
    </w:p>
    <w:p w14:paraId="77C3F3A8" w14:textId="4EEE6190" w:rsidR="00335E4C" w:rsidRDefault="00335E4C" w:rsidP="00D86C77">
      <w:pPr>
        <w:pStyle w:val="ListParagraph"/>
        <w:numPr>
          <w:ilvl w:val="0"/>
          <w:numId w:val="32"/>
        </w:numPr>
      </w:pPr>
      <w:r>
        <w:t>Kartu RFID untuk pengujian sistem.</w:t>
      </w:r>
    </w:p>
    <w:p w14:paraId="3367609A" w14:textId="77777777" w:rsidR="00335E4C" w:rsidRDefault="00335E4C" w:rsidP="00D86C77">
      <w:pPr>
        <w:pStyle w:val="Heading2"/>
      </w:pPr>
      <w:bookmarkStart w:id="26" w:name="_Toc232979018"/>
      <w:r>
        <w:t>3.6 Teknik Analisis Data</w:t>
      </w:r>
      <w:bookmarkEnd w:id="26"/>
    </w:p>
    <w:p w14:paraId="765696CD" w14:textId="1FF1D56E" w:rsidR="006512E0" w:rsidRDefault="00335E4C" w:rsidP="00D86C77">
      <w:pPr>
        <w:ind w:firstLine="720"/>
      </w:pPr>
      <w:r>
        <w:t>Teknik analisis data yang digunakan adalah analisis deskriptif. Data hasil observasi, wawancara, dan dokumentasi disusun secara sistematis dan diinterpretasikan untuk memperoleh kesimpulan. Pengujian fungsionalitas sistem dilakukan dengan menguji setiap komponen hardware dan software secara individual, kemudian dilakukan pengujian integrasi sistem secara keseluruhan. Parameter pengujian meliputi: jarak deteksi RFID, waktu respons sistem, keberhasilan pembukaan kunci, dan keakuratan identifikasi kartu.</w:t>
      </w:r>
    </w:p>
    <w:p w14:paraId="72E42451" w14:textId="77777777" w:rsidR="006512E0" w:rsidRDefault="006512E0"/>
    <w:p w14:paraId="407A1EA7" w14:textId="77777777" w:rsidR="009144C8" w:rsidRDefault="009144C8">
      <w:pPr>
        <w:spacing w:after="200" w:line="276" w:lineRule="auto"/>
        <w:rPr>
          <w:b/>
        </w:rPr>
      </w:pPr>
      <w:r>
        <w:br w:type="page"/>
      </w:r>
    </w:p>
    <w:p w14:paraId="355227BF" w14:textId="1EC2ACA4" w:rsidR="006512E0" w:rsidRDefault="00000000" w:rsidP="00D86C77">
      <w:pPr>
        <w:pStyle w:val="Heading1"/>
      </w:pPr>
      <w:bookmarkStart w:id="27" w:name="_Toc232979019"/>
      <w:r>
        <w:lastRenderedPageBreak/>
        <w:t>BAB IV</w:t>
      </w:r>
      <w:r w:rsidR="00CE0FFB">
        <w:br/>
      </w:r>
      <w:r>
        <w:t>HASIL PKL/MAGANG DAN PEMBAHASAN</w:t>
      </w:r>
      <w:bookmarkEnd w:id="27"/>
    </w:p>
    <w:p w14:paraId="1982B376" w14:textId="77777777" w:rsidR="009144C8" w:rsidRDefault="009144C8">
      <w:pPr>
        <w:pStyle w:val="BabTitle"/>
      </w:pPr>
    </w:p>
    <w:p w14:paraId="0AE5419A" w14:textId="77777777" w:rsidR="009144C8" w:rsidRDefault="009144C8">
      <w:pPr>
        <w:pStyle w:val="BabTitle"/>
      </w:pPr>
    </w:p>
    <w:p w14:paraId="2BCB88A7" w14:textId="77777777" w:rsidR="006512E0" w:rsidRDefault="00000000" w:rsidP="00D86C77">
      <w:pPr>
        <w:pStyle w:val="Heading2"/>
      </w:pPr>
      <w:bookmarkStart w:id="28" w:name="_Toc232979020"/>
      <w:r>
        <w:t>4.1 Deskripsi Kegiatan PKL/Magang</w:t>
      </w:r>
      <w:bookmarkEnd w:id="28"/>
    </w:p>
    <w:p w14:paraId="3A464656" w14:textId="63B3897A" w:rsidR="006512E0" w:rsidRDefault="00CE0FFB">
      <w:pPr>
        <w:ind w:firstLine="567"/>
      </w:pPr>
      <w:r w:rsidRPr="00CE0FFB">
        <w:t>Selama pelaksanaan PKL/Magang, penulis melakukan berbagai kegiatan yang dapat diklasifikasikan menjadi dua tahap utama. Tahap pertama adalah kegiatan liputan dan dokumentasi selama dua bulan pertama, dan tahap kedua adalah rancang bangun sistem akses ruangan berbasis RFID dengan solenoid door lock menggunakan Arduino Uno.</w:t>
      </w:r>
    </w:p>
    <w:p w14:paraId="350518A6" w14:textId="23A45C25" w:rsidR="006512E0" w:rsidRDefault="00000000" w:rsidP="00753466">
      <w:pPr>
        <w:spacing w:after="240" w:line="240" w:lineRule="auto"/>
        <w:jc w:val="center"/>
      </w:pPr>
      <w:r>
        <w:t xml:space="preserve">Tabel </w:t>
      </w:r>
      <w:r w:rsidR="00753466">
        <w:t>1.</w:t>
      </w:r>
      <w:r>
        <w:t xml:space="preserve"> Kegiatan PKL/Magang</w:t>
      </w:r>
    </w:p>
    <w:tbl>
      <w:tblPr>
        <w:tblStyle w:val="PlainTable2"/>
        <w:tblW w:w="0" w:type="auto"/>
        <w:tblLook w:val="04A0" w:firstRow="1" w:lastRow="0" w:firstColumn="1" w:lastColumn="0" w:noHBand="0" w:noVBand="1"/>
      </w:tblPr>
      <w:tblGrid>
        <w:gridCol w:w="1809"/>
        <w:gridCol w:w="1560"/>
        <w:gridCol w:w="2126"/>
        <w:gridCol w:w="2441"/>
      </w:tblGrid>
      <w:tr w:rsidR="006512E0" w14:paraId="49C9F876" w14:textId="77777777" w:rsidTr="007534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1F8F761E" w14:textId="77777777" w:rsidR="006512E0" w:rsidRPr="00753466" w:rsidRDefault="00000000">
            <w:pPr>
              <w:spacing w:line="240" w:lineRule="auto"/>
              <w:jc w:val="center"/>
              <w:rPr>
                <w:sz w:val="22"/>
                <w:szCs w:val="24"/>
              </w:rPr>
            </w:pPr>
            <w:r w:rsidRPr="00753466">
              <w:rPr>
                <w:sz w:val="22"/>
                <w:szCs w:val="24"/>
              </w:rPr>
              <w:t>No</w:t>
            </w:r>
          </w:p>
        </w:tc>
        <w:tc>
          <w:tcPr>
            <w:tcW w:w="1560" w:type="dxa"/>
            <w:shd w:val="clear" w:color="auto" w:fill="FFFFFF" w:themeFill="background1"/>
          </w:tcPr>
          <w:p w14:paraId="5DB32042"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Tanggal</w:t>
            </w:r>
          </w:p>
        </w:tc>
        <w:tc>
          <w:tcPr>
            <w:tcW w:w="2126" w:type="dxa"/>
            <w:shd w:val="clear" w:color="auto" w:fill="FFFFFF" w:themeFill="background1"/>
          </w:tcPr>
          <w:p w14:paraId="3BE96921"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Kegiatan</w:t>
            </w:r>
          </w:p>
        </w:tc>
        <w:tc>
          <w:tcPr>
            <w:tcW w:w="2441" w:type="dxa"/>
            <w:shd w:val="clear" w:color="auto" w:fill="FFFFFF" w:themeFill="background1"/>
          </w:tcPr>
          <w:p w14:paraId="0472F913"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Keterangan</w:t>
            </w:r>
          </w:p>
        </w:tc>
      </w:tr>
      <w:tr w:rsidR="006512E0" w14:paraId="6FC75DF0"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44DA74C" w14:textId="77777777" w:rsidR="006512E0" w:rsidRPr="00753466" w:rsidRDefault="00000000">
            <w:pPr>
              <w:spacing w:line="240" w:lineRule="auto"/>
              <w:jc w:val="center"/>
              <w:rPr>
                <w:sz w:val="22"/>
                <w:szCs w:val="24"/>
              </w:rPr>
            </w:pPr>
            <w:r w:rsidRPr="00753466">
              <w:rPr>
                <w:sz w:val="22"/>
                <w:szCs w:val="24"/>
              </w:rPr>
              <w:t>1</w:t>
            </w:r>
          </w:p>
        </w:tc>
        <w:tc>
          <w:tcPr>
            <w:tcW w:w="1560" w:type="dxa"/>
          </w:tcPr>
          <w:p w14:paraId="1218060C" w14:textId="2D1B989B" w:rsidR="006512E0" w:rsidRPr="00753466"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04/03/2026</w:t>
            </w:r>
          </w:p>
        </w:tc>
        <w:tc>
          <w:tcPr>
            <w:tcW w:w="2126" w:type="dxa"/>
          </w:tcPr>
          <w:p w14:paraId="3EACC25E" w14:textId="2854B2A8" w:rsidR="006512E0" w:rsidRPr="00753466"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Li</w:t>
            </w:r>
            <w:r w:rsidRPr="00CE0FFB">
              <w:rPr>
                <w:sz w:val="22"/>
                <w:szCs w:val="24"/>
              </w:rPr>
              <w:t>putan gerai tangerang gemilang</w:t>
            </w:r>
          </w:p>
        </w:tc>
        <w:tc>
          <w:tcPr>
            <w:tcW w:w="2441" w:type="dxa"/>
          </w:tcPr>
          <w:p w14:paraId="04A958FC" w14:textId="008747D5" w:rsidR="006512E0" w:rsidRPr="00753466"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w:t>
            </w:r>
          </w:p>
        </w:tc>
      </w:tr>
      <w:tr w:rsidR="006512E0" w14:paraId="561F2F4C"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4E6BA856" w14:textId="77777777" w:rsidR="006512E0" w:rsidRPr="00753466" w:rsidRDefault="00000000">
            <w:pPr>
              <w:spacing w:line="240" w:lineRule="auto"/>
              <w:jc w:val="center"/>
              <w:rPr>
                <w:sz w:val="22"/>
                <w:szCs w:val="24"/>
              </w:rPr>
            </w:pPr>
            <w:r w:rsidRPr="00753466">
              <w:rPr>
                <w:sz w:val="22"/>
                <w:szCs w:val="24"/>
              </w:rPr>
              <w:t>2</w:t>
            </w:r>
          </w:p>
        </w:tc>
        <w:tc>
          <w:tcPr>
            <w:tcW w:w="1560" w:type="dxa"/>
          </w:tcPr>
          <w:p w14:paraId="1325D7AB" w14:textId="6A695F38" w:rsidR="006512E0" w:rsidRPr="00753466"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05/04/2026</w:t>
            </w:r>
          </w:p>
        </w:tc>
        <w:tc>
          <w:tcPr>
            <w:tcW w:w="2126" w:type="dxa"/>
          </w:tcPr>
          <w:p w14:paraId="2DCF683B" w14:textId="65A3CA79" w:rsidR="006512E0" w:rsidRPr="00753466" w:rsidRDefault="00CE0FFB" w:rsidP="00CE0FFB">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Liputan Distribusi Ramadhan baznas, kecamatan legok</w:t>
            </w:r>
          </w:p>
        </w:tc>
        <w:tc>
          <w:tcPr>
            <w:tcW w:w="2441" w:type="dxa"/>
          </w:tcPr>
          <w:p w14:paraId="08DE6040" w14:textId="42BA1801" w:rsidR="006512E0" w:rsidRPr="00753466"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w:t>
            </w:r>
          </w:p>
        </w:tc>
      </w:tr>
      <w:tr w:rsidR="006512E0" w14:paraId="00610C7F"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664B5B" w14:textId="77777777" w:rsidR="006512E0" w:rsidRPr="00753466" w:rsidRDefault="00000000">
            <w:pPr>
              <w:spacing w:line="240" w:lineRule="auto"/>
              <w:jc w:val="center"/>
              <w:rPr>
                <w:sz w:val="22"/>
                <w:szCs w:val="24"/>
              </w:rPr>
            </w:pPr>
            <w:r w:rsidRPr="00753466">
              <w:rPr>
                <w:sz w:val="22"/>
                <w:szCs w:val="24"/>
              </w:rPr>
              <w:t>3</w:t>
            </w:r>
          </w:p>
        </w:tc>
        <w:tc>
          <w:tcPr>
            <w:tcW w:w="1560" w:type="dxa"/>
          </w:tcPr>
          <w:p w14:paraId="4065A63E" w14:textId="4AF07886" w:rsidR="006512E0" w:rsidRPr="00753466"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09/03/2026</w:t>
            </w:r>
          </w:p>
        </w:tc>
        <w:tc>
          <w:tcPr>
            <w:tcW w:w="2126" w:type="dxa"/>
          </w:tcPr>
          <w:p w14:paraId="16A77D9B" w14:textId="20D0B862" w:rsidR="006512E0" w:rsidRPr="00753466"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Liputan di Pagedangan,lomba apresiasi kampung keluarga berkualitas</w:t>
            </w:r>
          </w:p>
        </w:tc>
        <w:tc>
          <w:tcPr>
            <w:tcW w:w="2441" w:type="dxa"/>
          </w:tcPr>
          <w:p w14:paraId="328A580F" w14:textId="0B1006AC" w:rsidR="006512E0" w:rsidRPr="00753466"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w:t>
            </w:r>
          </w:p>
        </w:tc>
      </w:tr>
      <w:tr w:rsidR="00CE0FFB" w14:paraId="5978B66B"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30D2D253" w14:textId="0F9E7972" w:rsidR="00CE0FFB" w:rsidRPr="00753466" w:rsidRDefault="00CE0FFB">
            <w:pPr>
              <w:spacing w:line="240" w:lineRule="auto"/>
              <w:jc w:val="center"/>
              <w:rPr>
                <w:sz w:val="22"/>
                <w:szCs w:val="24"/>
              </w:rPr>
            </w:pPr>
            <w:r>
              <w:rPr>
                <w:sz w:val="22"/>
                <w:szCs w:val="24"/>
              </w:rPr>
              <w:t>4</w:t>
            </w:r>
          </w:p>
        </w:tc>
        <w:tc>
          <w:tcPr>
            <w:tcW w:w="1560" w:type="dxa"/>
          </w:tcPr>
          <w:p w14:paraId="22DB8AB4" w14:textId="75FA897C" w:rsidR="00CE0FFB" w:rsidRP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12/03/2026</w:t>
            </w:r>
          </w:p>
        </w:tc>
        <w:tc>
          <w:tcPr>
            <w:tcW w:w="2126" w:type="dxa"/>
          </w:tcPr>
          <w:p w14:paraId="5B64D8FB" w14:textId="4800E6D1" w:rsidR="00CE0FFB" w:rsidRPr="00CE0FFB" w:rsidRDefault="00CE0FFB" w:rsidP="00CE0FFB">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Liputan video dahsyat dan kampung keluarga berkualitas, di Pagedangan</w:t>
            </w:r>
          </w:p>
        </w:tc>
        <w:tc>
          <w:tcPr>
            <w:tcW w:w="2441" w:type="dxa"/>
          </w:tcPr>
          <w:p w14:paraId="46E4FADC" w14:textId="77777777" w:rsid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p>
        </w:tc>
      </w:tr>
      <w:tr w:rsidR="00CE0FFB" w14:paraId="26ACF545"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74FD83D" w14:textId="4DA5B426" w:rsidR="00CE0FFB" w:rsidRPr="00753466" w:rsidRDefault="00CE0FFB">
            <w:pPr>
              <w:spacing w:line="240" w:lineRule="auto"/>
              <w:jc w:val="center"/>
              <w:rPr>
                <w:sz w:val="22"/>
                <w:szCs w:val="24"/>
              </w:rPr>
            </w:pPr>
            <w:r>
              <w:rPr>
                <w:sz w:val="22"/>
                <w:szCs w:val="24"/>
              </w:rPr>
              <w:t>5</w:t>
            </w:r>
          </w:p>
        </w:tc>
        <w:tc>
          <w:tcPr>
            <w:tcW w:w="1560" w:type="dxa"/>
          </w:tcPr>
          <w:p w14:paraId="1D275CC0" w14:textId="1A2ED039" w:rsidR="00CE0FFB" w:rsidRP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16/03/2026</w:t>
            </w:r>
          </w:p>
        </w:tc>
        <w:tc>
          <w:tcPr>
            <w:tcW w:w="2126" w:type="dxa"/>
          </w:tcPr>
          <w:p w14:paraId="0A1DFB42" w14:textId="6B75731C" w:rsidR="00CE0FFB" w:rsidRPr="00CE0FFB"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Liputan Pekan Amaliyah Ramadhan KNPI, gedung GSG tigaraksa</w:t>
            </w:r>
          </w:p>
        </w:tc>
        <w:tc>
          <w:tcPr>
            <w:tcW w:w="2441" w:type="dxa"/>
          </w:tcPr>
          <w:p w14:paraId="3B3CCDB9" w14:textId="77777777" w:rsid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p>
        </w:tc>
      </w:tr>
      <w:tr w:rsidR="00CE0FFB" w14:paraId="77B7FE4E"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0321788F" w14:textId="68FCF64F" w:rsidR="00CE0FFB" w:rsidRPr="00753466" w:rsidRDefault="00CE0FFB">
            <w:pPr>
              <w:spacing w:line="240" w:lineRule="auto"/>
              <w:jc w:val="center"/>
              <w:rPr>
                <w:sz w:val="22"/>
                <w:szCs w:val="24"/>
              </w:rPr>
            </w:pPr>
            <w:r>
              <w:rPr>
                <w:sz w:val="22"/>
                <w:szCs w:val="24"/>
              </w:rPr>
              <w:t>6</w:t>
            </w:r>
          </w:p>
        </w:tc>
        <w:tc>
          <w:tcPr>
            <w:tcW w:w="1560" w:type="dxa"/>
          </w:tcPr>
          <w:p w14:paraId="361AC677" w14:textId="3248AEF0" w:rsidR="00CE0FFB" w:rsidRP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17/03/2026</w:t>
            </w:r>
          </w:p>
        </w:tc>
        <w:tc>
          <w:tcPr>
            <w:tcW w:w="2126" w:type="dxa"/>
          </w:tcPr>
          <w:p w14:paraId="3C3C85C5" w14:textId="65C3AF62" w:rsidR="00CE0FFB" w:rsidRPr="00CE0FFB" w:rsidRDefault="00CE0FFB" w:rsidP="00CE0FFB">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Liputan Monitoring harga pasar dan ketersediaan bahan pangan</w:t>
            </w:r>
          </w:p>
        </w:tc>
        <w:tc>
          <w:tcPr>
            <w:tcW w:w="2441" w:type="dxa"/>
          </w:tcPr>
          <w:p w14:paraId="78E4AC6E" w14:textId="77777777" w:rsid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p>
        </w:tc>
      </w:tr>
      <w:tr w:rsidR="00CE0FFB" w14:paraId="5E2621C9"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8A3EA66" w14:textId="4B82331A" w:rsidR="00CE0FFB" w:rsidRPr="00753466" w:rsidRDefault="00CE0FFB">
            <w:pPr>
              <w:spacing w:line="240" w:lineRule="auto"/>
              <w:jc w:val="center"/>
              <w:rPr>
                <w:sz w:val="22"/>
                <w:szCs w:val="24"/>
              </w:rPr>
            </w:pPr>
            <w:r>
              <w:rPr>
                <w:sz w:val="22"/>
                <w:szCs w:val="24"/>
              </w:rPr>
              <w:t>7</w:t>
            </w:r>
          </w:p>
        </w:tc>
        <w:tc>
          <w:tcPr>
            <w:tcW w:w="1560" w:type="dxa"/>
          </w:tcPr>
          <w:p w14:paraId="736432D4" w14:textId="74E70A3B" w:rsidR="00CE0FFB" w:rsidRP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26/03/2026</w:t>
            </w:r>
          </w:p>
        </w:tc>
        <w:tc>
          <w:tcPr>
            <w:tcW w:w="2126" w:type="dxa"/>
          </w:tcPr>
          <w:p w14:paraId="65FEDECF" w14:textId="4D243720" w:rsidR="00CE0FFB" w:rsidRPr="00CE0FFB"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Liputan Pelepasan pelatihan bahasa Jepang dan pelepasan pemagangan ke Jepang, aula kantor disnaker</w:t>
            </w:r>
          </w:p>
        </w:tc>
        <w:tc>
          <w:tcPr>
            <w:tcW w:w="2441" w:type="dxa"/>
          </w:tcPr>
          <w:p w14:paraId="7DB68556" w14:textId="77777777" w:rsid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p>
        </w:tc>
      </w:tr>
      <w:tr w:rsidR="00CE0FFB" w14:paraId="146909DF"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2B11A95C" w14:textId="52BBEA41" w:rsidR="00CE0FFB" w:rsidRPr="00753466" w:rsidRDefault="00CE0FFB">
            <w:pPr>
              <w:spacing w:line="240" w:lineRule="auto"/>
              <w:jc w:val="center"/>
              <w:rPr>
                <w:sz w:val="22"/>
                <w:szCs w:val="24"/>
              </w:rPr>
            </w:pPr>
            <w:r>
              <w:rPr>
                <w:sz w:val="22"/>
                <w:szCs w:val="24"/>
              </w:rPr>
              <w:t>8</w:t>
            </w:r>
            <w:r w:rsidRPr="00CE0FFB">
              <w:rPr>
                <w:sz w:val="22"/>
                <w:szCs w:val="24"/>
              </w:rPr>
              <w:t>01/04/2026</w:t>
            </w:r>
          </w:p>
        </w:tc>
        <w:tc>
          <w:tcPr>
            <w:tcW w:w="1560" w:type="dxa"/>
          </w:tcPr>
          <w:p w14:paraId="5F9B0723" w14:textId="77777777" w:rsidR="00CE0FFB" w:rsidRP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p>
        </w:tc>
        <w:tc>
          <w:tcPr>
            <w:tcW w:w="2126" w:type="dxa"/>
          </w:tcPr>
          <w:p w14:paraId="596DA5F3" w14:textId="292D1FAE" w:rsidR="00CE0FFB" w:rsidRPr="00CE0FFB" w:rsidRDefault="00CE0FFB" w:rsidP="00CE0FFB">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 xml:space="preserve">Liputan Halal bihalal ikatan guru raudhatul </w:t>
            </w:r>
            <w:r w:rsidRPr="00CE0FFB">
              <w:rPr>
                <w:sz w:val="22"/>
                <w:szCs w:val="24"/>
              </w:rPr>
              <w:lastRenderedPageBreak/>
              <w:t>athfal, aula masjid al amjad tigaraksa</w:t>
            </w:r>
          </w:p>
        </w:tc>
        <w:tc>
          <w:tcPr>
            <w:tcW w:w="2441" w:type="dxa"/>
          </w:tcPr>
          <w:p w14:paraId="5E844C1E" w14:textId="77777777" w:rsid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p>
        </w:tc>
      </w:tr>
      <w:tr w:rsidR="00CE0FFB" w14:paraId="6C5D07AB"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CAC63DD" w14:textId="64DDB3DE" w:rsidR="00CE0FFB" w:rsidRPr="00753466" w:rsidRDefault="00CE0FFB">
            <w:pPr>
              <w:spacing w:line="240" w:lineRule="auto"/>
              <w:jc w:val="center"/>
              <w:rPr>
                <w:sz w:val="22"/>
                <w:szCs w:val="24"/>
              </w:rPr>
            </w:pPr>
            <w:r>
              <w:rPr>
                <w:sz w:val="22"/>
                <w:szCs w:val="24"/>
              </w:rPr>
              <w:t>9</w:t>
            </w:r>
          </w:p>
        </w:tc>
        <w:tc>
          <w:tcPr>
            <w:tcW w:w="1560" w:type="dxa"/>
          </w:tcPr>
          <w:p w14:paraId="1C7FE370" w14:textId="44F09C2F" w:rsidR="00CE0FFB" w:rsidRP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02/04/2026</w:t>
            </w:r>
          </w:p>
        </w:tc>
        <w:tc>
          <w:tcPr>
            <w:tcW w:w="2126" w:type="dxa"/>
          </w:tcPr>
          <w:p w14:paraId="71450478" w14:textId="4C687B3A" w:rsidR="00CE0FFB" w:rsidRPr="00CE0FFB"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sidRPr="00CE0FFB">
              <w:rPr>
                <w:sz w:val="22"/>
                <w:szCs w:val="24"/>
              </w:rPr>
              <w:t>Liputan halal bihalal dinas kesehatan, selasar lantai 1 kantor dinas kesehatan</w:t>
            </w:r>
          </w:p>
        </w:tc>
        <w:tc>
          <w:tcPr>
            <w:tcW w:w="2441" w:type="dxa"/>
          </w:tcPr>
          <w:p w14:paraId="7FC9660D" w14:textId="77777777" w:rsid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p>
        </w:tc>
      </w:tr>
      <w:tr w:rsidR="00CE0FFB" w14:paraId="4FB5F5E8"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481A8991" w14:textId="5C96DF19" w:rsidR="00CE0FFB" w:rsidRPr="00753466" w:rsidRDefault="00CE0FFB">
            <w:pPr>
              <w:spacing w:line="240" w:lineRule="auto"/>
              <w:jc w:val="center"/>
              <w:rPr>
                <w:sz w:val="22"/>
                <w:szCs w:val="24"/>
              </w:rPr>
            </w:pPr>
            <w:r>
              <w:rPr>
                <w:sz w:val="22"/>
                <w:szCs w:val="24"/>
              </w:rPr>
              <w:t>10</w:t>
            </w:r>
          </w:p>
        </w:tc>
        <w:tc>
          <w:tcPr>
            <w:tcW w:w="1560" w:type="dxa"/>
          </w:tcPr>
          <w:p w14:paraId="3D1C5791" w14:textId="16C361DA" w:rsidR="00CE0FFB" w:rsidRP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14/04/2026</w:t>
            </w:r>
          </w:p>
        </w:tc>
        <w:tc>
          <w:tcPr>
            <w:tcW w:w="2126" w:type="dxa"/>
          </w:tcPr>
          <w:p w14:paraId="035831FE" w14:textId="229FBBA2" w:rsidR="00CE0FFB" w:rsidRPr="00CE0FFB" w:rsidRDefault="00CE0FFB" w:rsidP="00CE0FFB">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4"/>
              </w:rPr>
            </w:pPr>
            <w:r w:rsidRPr="00CE0FFB">
              <w:rPr>
                <w:sz w:val="22"/>
                <w:szCs w:val="24"/>
              </w:rPr>
              <w:t>Liputan Musrenbang RKPD tahun 2027 dan penyelenggaraan sistem pengendalian intern pemerintah tahun 2026,pendopo bupati tangerang</w:t>
            </w:r>
          </w:p>
        </w:tc>
        <w:tc>
          <w:tcPr>
            <w:tcW w:w="2441" w:type="dxa"/>
          </w:tcPr>
          <w:p w14:paraId="6982885B" w14:textId="77777777" w:rsidR="00CE0FFB" w:rsidRDefault="00CE0FFB">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p>
        </w:tc>
      </w:tr>
      <w:tr w:rsidR="00CE0FFB" w14:paraId="69DB19B2"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2A79FDF" w14:textId="5C2A668D" w:rsidR="00CE0FFB" w:rsidRPr="00753466" w:rsidRDefault="00CE0FFB">
            <w:pPr>
              <w:spacing w:line="240" w:lineRule="auto"/>
              <w:jc w:val="center"/>
              <w:rPr>
                <w:sz w:val="22"/>
                <w:szCs w:val="24"/>
              </w:rPr>
            </w:pPr>
            <w:r>
              <w:rPr>
                <w:sz w:val="22"/>
                <w:szCs w:val="24"/>
              </w:rPr>
              <w:t>11</w:t>
            </w:r>
          </w:p>
        </w:tc>
        <w:tc>
          <w:tcPr>
            <w:tcW w:w="1560" w:type="dxa"/>
          </w:tcPr>
          <w:p w14:paraId="43ACF8A4" w14:textId="5259493B" w:rsidR="00CE0FFB" w:rsidRP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14/04/2026</w:t>
            </w:r>
          </w:p>
        </w:tc>
        <w:tc>
          <w:tcPr>
            <w:tcW w:w="2126" w:type="dxa"/>
          </w:tcPr>
          <w:p w14:paraId="5DCB821E" w14:textId="72991FE0" w:rsidR="00CE0FFB" w:rsidRPr="00CE0FFB" w:rsidRDefault="00CE0FFB" w:rsidP="00CE0FFB">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Memeb</w:t>
            </w:r>
            <w:r w:rsidRPr="00CE0FFB">
              <w:rPr>
                <w:sz w:val="22"/>
                <w:szCs w:val="24"/>
              </w:rPr>
              <w:t>uat system keamanan berbasis arduino dan rfid untuk keamananan di ruangan,</w:t>
            </w:r>
          </w:p>
        </w:tc>
        <w:tc>
          <w:tcPr>
            <w:tcW w:w="2441" w:type="dxa"/>
          </w:tcPr>
          <w:p w14:paraId="634BB13B" w14:textId="77777777" w:rsidR="00CE0FFB" w:rsidRDefault="00CE0FFB">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p>
        </w:tc>
      </w:tr>
    </w:tbl>
    <w:p w14:paraId="17A1A19E" w14:textId="77777777" w:rsidR="00CE0FFB" w:rsidRDefault="00CE0FFB" w:rsidP="00CE0FFB">
      <w:pPr>
        <w:spacing w:line="240" w:lineRule="auto"/>
      </w:pPr>
    </w:p>
    <w:p w14:paraId="5D3619E2" w14:textId="420D5236" w:rsidR="00CE0FFB" w:rsidRDefault="00CE0FFB" w:rsidP="00CE0FFB">
      <w:pPr>
        <w:spacing w:line="240" w:lineRule="auto"/>
        <w:ind w:firstLine="720"/>
      </w:pPr>
      <w:r w:rsidRPr="00CE0FFB">
        <w:t>Selain kegiatan liputan di atas, pada tahap kedua penulis melaksanakan rancang bangun sistem akses ruangan berbasis RFID dengan solenoid door lock menggunakan Arduino Uno. Kegiatan ini meliputi perancangan skema rangkaian, pemrograman mikrokontroler, perakitan komponen, pengujian fungsionalitas, dan dokumentasi hasil.</w:t>
      </w:r>
    </w:p>
    <w:p w14:paraId="126A48FA" w14:textId="77777777" w:rsidR="006512E0" w:rsidRDefault="00000000" w:rsidP="00CE0FFB">
      <w:pPr>
        <w:pStyle w:val="Heading2"/>
      </w:pPr>
      <w:bookmarkStart w:id="29" w:name="_Toc232979021"/>
      <w:r>
        <w:t>4.2 Permasalahan yang Ditemukan</w:t>
      </w:r>
      <w:bookmarkEnd w:id="29"/>
    </w:p>
    <w:p w14:paraId="0448DF8D" w14:textId="77777777" w:rsidR="00CE0FFB" w:rsidRDefault="00CE0FFB" w:rsidP="00CE0FFB">
      <w:pPr>
        <w:ind w:firstLine="567"/>
      </w:pPr>
      <w:r>
        <w:t>Selama pelaksanaan PKL/Magang, ditemukan beberapa permasalahan yang terkait dengan keamanan akses ruangan di instansi, yaitu:</w:t>
      </w:r>
    </w:p>
    <w:p w14:paraId="7AB4C629" w14:textId="265FF19D" w:rsidR="00CE0FFB" w:rsidRDefault="00CE0FFB" w:rsidP="00CE0FFB">
      <w:pPr>
        <w:pStyle w:val="ListParagraph"/>
        <w:numPr>
          <w:ilvl w:val="0"/>
          <w:numId w:val="33"/>
        </w:numPr>
      </w:pPr>
      <w:r>
        <w:t>Penggunaan kunci konvensional yang masih dominan, sehingga rentan terhadap duplikasi kunci dan hilangnya kunci.</w:t>
      </w:r>
    </w:p>
    <w:p w14:paraId="04231DF7" w14:textId="49C4E495" w:rsidR="00CE0FFB" w:rsidRDefault="00CE0FFB" w:rsidP="00CE0FFB">
      <w:pPr>
        <w:pStyle w:val="ListParagraph"/>
        <w:numPr>
          <w:ilvl w:val="0"/>
          <w:numId w:val="33"/>
        </w:numPr>
      </w:pPr>
      <w:r>
        <w:t>Tidak adanya sistem pencatatan akses masuk dan keluar ruangan, sehingga sulit melacak siapa saja yang mengakses ruangan.</w:t>
      </w:r>
    </w:p>
    <w:p w14:paraId="52414500" w14:textId="21820C16" w:rsidR="00CE0FFB" w:rsidRDefault="00CE0FFB" w:rsidP="00CE0FFB">
      <w:pPr>
        <w:pStyle w:val="ListParagraph"/>
        <w:numPr>
          <w:ilvl w:val="0"/>
          <w:numId w:val="33"/>
        </w:numPr>
      </w:pPr>
      <w:r>
        <w:t>Akses ruangan tidak terkontrol dengan baik, sehingga orang yang tidak berwenang dapat dengan mudah masuk ke ruangan tertentu.</w:t>
      </w:r>
    </w:p>
    <w:p w14:paraId="2D00FAA6" w14:textId="1516674F" w:rsidR="00CE0FFB" w:rsidRDefault="00CE0FFB" w:rsidP="00CE0FFB">
      <w:pPr>
        <w:pStyle w:val="ListParagraph"/>
        <w:numPr>
          <w:ilvl w:val="0"/>
          <w:numId w:val="33"/>
        </w:numPr>
      </w:pPr>
      <w:r>
        <w:t>Kurangnya sistem peringatan atau alarm jika terjadi upaya akses yang tidak sah.</w:t>
      </w:r>
    </w:p>
    <w:p w14:paraId="7AA32B22" w14:textId="199C907E" w:rsidR="009144C8" w:rsidRDefault="00CE0FFB" w:rsidP="00CE0FFB">
      <w:pPr>
        <w:ind w:firstLine="567"/>
      </w:pPr>
      <w:r>
        <w:t>Dampak dari permasalahan tersebut adalah berpotensi menurunknya tingkat keamanan ruangan, meningkatnya risiko pencurian atau kerusakan aset, serta kurangnya akuntabilitas terhadap siapa saja yang mengakses ruangan.</w:t>
      </w:r>
    </w:p>
    <w:p w14:paraId="15BA41AB" w14:textId="77777777" w:rsidR="006512E0" w:rsidRDefault="00000000" w:rsidP="00CE0FFB">
      <w:pPr>
        <w:pStyle w:val="Heading2"/>
      </w:pPr>
      <w:bookmarkStart w:id="30" w:name="_Toc232979022"/>
      <w:r>
        <w:lastRenderedPageBreak/>
        <w:t>4.3 Metode Penyelesaian Masalah</w:t>
      </w:r>
      <w:bookmarkEnd w:id="30"/>
    </w:p>
    <w:p w14:paraId="16188C07" w14:textId="77777777" w:rsidR="00CE0FFB" w:rsidRDefault="00CE0FFB" w:rsidP="00CE0FFB">
      <w:pPr>
        <w:ind w:firstLine="567"/>
      </w:pPr>
      <w:r>
        <w:t>Untuk menyelesaikan permasalahan keamanan akses ruangan, dilakukan langkah-langkah sebagai berikut:</w:t>
      </w:r>
    </w:p>
    <w:p w14:paraId="46C0AE00" w14:textId="1417A4ED" w:rsidR="00CE0FFB" w:rsidRDefault="00CE0FFB" w:rsidP="00CE0FFB">
      <w:pPr>
        <w:pStyle w:val="ListParagraph"/>
        <w:numPr>
          <w:ilvl w:val="0"/>
          <w:numId w:val="34"/>
        </w:numPr>
      </w:pPr>
      <w:r>
        <w:t>Observasi dan analisis kebutuhan: Melakukan pengamatan terhadap kondisi ruangan dan menganalisis kebutuhan sistem keamanan yang diperlukan.</w:t>
      </w:r>
    </w:p>
    <w:p w14:paraId="68E01E73" w14:textId="479EEF37" w:rsidR="00CE0FFB" w:rsidRDefault="00CE0FFB" w:rsidP="00CE0FFB">
      <w:pPr>
        <w:pStyle w:val="ListParagraph"/>
        <w:numPr>
          <w:ilvl w:val="0"/>
          <w:numId w:val="34"/>
        </w:numPr>
      </w:pPr>
      <w:r>
        <w:t>Studi literatur: Mempelajari teori dan referensi terkait teknologi RFID, Arduino Uno, dan solenoid door lock.</w:t>
      </w:r>
    </w:p>
    <w:p w14:paraId="78FD038E" w14:textId="374BFADB" w:rsidR="00CE0FFB" w:rsidRDefault="00CE0FFB" w:rsidP="00CE0FFB">
      <w:pPr>
        <w:pStyle w:val="ListParagraph"/>
        <w:numPr>
          <w:ilvl w:val="0"/>
          <w:numId w:val="34"/>
        </w:numPr>
      </w:pPr>
      <w:r>
        <w:t>Perancangan sistem: Merancang skema rangkaian elektronik dan diagram alur program (flowchart) sistem.</w:t>
      </w:r>
    </w:p>
    <w:p w14:paraId="1D7E605D" w14:textId="5F242633" w:rsidR="00CE0FFB" w:rsidRDefault="00CE0FFB" w:rsidP="00CE0FFB">
      <w:pPr>
        <w:pStyle w:val="ListParagraph"/>
        <w:numPr>
          <w:ilvl w:val="0"/>
          <w:numId w:val="34"/>
        </w:numPr>
      </w:pPr>
      <w:r>
        <w:t>Pemrograman: Menulis kode program untuk Arduino Uno menggunakan Arduino IDE dengan bahasa C/C++.</w:t>
      </w:r>
    </w:p>
    <w:p w14:paraId="14439A58" w14:textId="48577A5C" w:rsidR="00CE0FFB" w:rsidRDefault="00CE0FFB" w:rsidP="00CE0FFB">
      <w:pPr>
        <w:pStyle w:val="ListParagraph"/>
        <w:numPr>
          <w:ilvl w:val="0"/>
          <w:numId w:val="34"/>
        </w:numPr>
      </w:pPr>
      <w:r>
        <w:t>Perakitan: Merakit komponen hardware sesuai dengan skema rangkaian yang telah dirancang.</w:t>
      </w:r>
    </w:p>
    <w:p w14:paraId="0084CB2F" w14:textId="4B027F94" w:rsidR="00CE0FFB" w:rsidRDefault="00CE0FFB" w:rsidP="00CE0FFB">
      <w:pPr>
        <w:pStyle w:val="ListParagraph"/>
        <w:numPr>
          <w:ilvl w:val="0"/>
          <w:numId w:val="34"/>
        </w:numPr>
      </w:pPr>
      <w:r>
        <w:t>Pengujian: Melakukan pengujian fungsionalitas sistem secara bertahap, mulai dari pengujian komponen individual hingga pengujian integrasi sistem.</w:t>
      </w:r>
    </w:p>
    <w:p w14:paraId="73FE6CE7" w14:textId="09ABC8C7" w:rsidR="009144C8" w:rsidRDefault="00CE0FFB" w:rsidP="00CE0FFB">
      <w:pPr>
        <w:pStyle w:val="ListParagraph"/>
        <w:numPr>
          <w:ilvl w:val="0"/>
          <w:numId w:val="34"/>
        </w:numPr>
      </w:pPr>
      <w:r>
        <w:t>Dokumentasi: Mendokumentasikan seluruh proses dan hasil pengujian untuk laporan akhir.</w:t>
      </w:r>
    </w:p>
    <w:p w14:paraId="30A8F96F" w14:textId="5D75DD61" w:rsidR="00CE0FFB" w:rsidRPr="00CE0FFB" w:rsidRDefault="00CE0FFB" w:rsidP="00CE0FFB">
      <w:pPr>
        <w:pStyle w:val="Heading2"/>
      </w:pPr>
      <w:bookmarkStart w:id="31" w:name="_Toc232979023"/>
      <w:r w:rsidRPr="00CE0FFB">
        <w:t>Hasil Pelaksanaan PKL/Magang</w:t>
      </w:r>
      <w:bookmarkEnd w:id="31"/>
      <w:r w:rsidRPr="00CE0FFB">
        <w:t xml:space="preserve"> </w:t>
      </w:r>
    </w:p>
    <w:p w14:paraId="09F2BA40" w14:textId="779EA7F9" w:rsidR="006512E0" w:rsidRDefault="00624776" w:rsidP="00624776">
      <w:pPr>
        <w:ind w:firstLine="720"/>
      </w:pPr>
      <w:r w:rsidRPr="00624776">
        <w:t>Hasil rancang bangun sistem akses ruangan berbasis RFID dengan solenoid door lock menggunakan Arduino Uno adalah sebagai berikut:</w:t>
      </w:r>
    </w:p>
    <w:tbl>
      <w:tblPr>
        <w:tblW w:w="0" w:type="auto"/>
        <w:jc w:val="center"/>
        <w:tblLook w:val="04A0" w:firstRow="1" w:lastRow="0" w:firstColumn="1" w:lastColumn="0" w:noHBand="0" w:noVBand="1"/>
      </w:tblPr>
      <w:tblGrid>
        <w:gridCol w:w="7917"/>
      </w:tblGrid>
      <w:tr w:rsidR="006512E0" w14:paraId="0812B50B" w14:textId="77777777" w:rsidTr="00624776">
        <w:trPr>
          <w:trHeight w:val="3229"/>
          <w:jc w:val="center"/>
        </w:trPr>
        <w:tc>
          <w:tcPr>
            <w:tcW w:w="7937" w:type="dxa"/>
            <w:tcBorders>
              <w:top w:val="single" w:sz="8" w:space="0" w:color="000000"/>
              <w:left w:val="single" w:sz="8" w:space="0" w:color="000000"/>
              <w:bottom w:val="single" w:sz="8" w:space="0" w:color="000000"/>
              <w:right w:val="single" w:sz="8" w:space="0" w:color="000000"/>
            </w:tcBorders>
          </w:tcPr>
          <w:p w14:paraId="3FDFCEF0" w14:textId="1E27A7B1" w:rsidR="006512E0" w:rsidRDefault="00624776">
            <w:pPr>
              <w:spacing w:before="1200"/>
              <w:jc w:val="center"/>
            </w:pPr>
            <w:r>
              <w:rPr>
                <w:noProof/>
              </w:rPr>
              <w:drawing>
                <wp:anchor distT="0" distB="0" distL="114300" distR="114300" simplePos="0" relativeHeight="251639296" behindDoc="0" locked="0" layoutInCell="1" allowOverlap="1" wp14:anchorId="73D33DDF" wp14:editId="171A07AF">
                  <wp:simplePos x="0" y="0"/>
                  <wp:positionH relativeFrom="column">
                    <wp:posOffset>1148715</wp:posOffset>
                  </wp:positionH>
                  <wp:positionV relativeFrom="paragraph">
                    <wp:posOffset>79375</wp:posOffset>
                  </wp:positionV>
                  <wp:extent cx="1022985" cy="1812290"/>
                  <wp:effectExtent l="0" t="0" r="5715" b="0"/>
                  <wp:wrapNone/>
                  <wp:docPr id="1759217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17282" name="Picture 1759217282"/>
                          <pic:cNvPicPr/>
                        </pic:nvPicPr>
                        <pic:blipFill>
                          <a:blip r:embed="rId10"/>
                          <a:stretch>
                            <a:fillRect/>
                          </a:stretch>
                        </pic:blipFill>
                        <pic:spPr>
                          <a:xfrm>
                            <a:off x="0" y="0"/>
                            <a:ext cx="1022985" cy="1812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984" behindDoc="0" locked="0" layoutInCell="1" allowOverlap="1" wp14:anchorId="46A8BAE3" wp14:editId="69EA9B4D">
                  <wp:simplePos x="0" y="0"/>
                  <wp:positionH relativeFrom="column">
                    <wp:posOffset>2401423</wp:posOffset>
                  </wp:positionH>
                  <wp:positionV relativeFrom="paragraph">
                    <wp:posOffset>118745</wp:posOffset>
                  </wp:positionV>
                  <wp:extent cx="991235" cy="1772285"/>
                  <wp:effectExtent l="0" t="0" r="0" b="0"/>
                  <wp:wrapNone/>
                  <wp:docPr id="1637930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30103" name="Picture 1637930103"/>
                          <pic:cNvPicPr/>
                        </pic:nvPicPr>
                        <pic:blipFill>
                          <a:blip r:embed="rId11"/>
                          <a:stretch>
                            <a:fillRect/>
                          </a:stretch>
                        </pic:blipFill>
                        <pic:spPr>
                          <a:xfrm flipH="1">
                            <a:off x="0" y="0"/>
                            <a:ext cx="991235" cy="1772285"/>
                          </a:xfrm>
                          <a:prstGeom prst="rect">
                            <a:avLst/>
                          </a:prstGeom>
                        </pic:spPr>
                      </pic:pic>
                    </a:graphicData>
                  </a:graphic>
                  <wp14:sizeRelH relativeFrom="page">
                    <wp14:pctWidth>0</wp14:pctWidth>
                  </wp14:sizeRelH>
                  <wp14:sizeRelV relativeFrom="page">
                    <wp14:pctHeight>0</wp14:pctHeight>
                  </wp14:sizeRelV>
                </wp:anchor>
              </w:drawing>
            </w:r>
          </w:p>
        </w:tc>
      </w:tr>
    </w:tbl>
    <w:p w14:paraId="407235ED" w14:textId="51B3AB23" w:rsidR="006512E0" w:rsidRPr="00624776" w:rsidRDefault="00000000" w:rsidP="00624776">
      <w:pPr>
        <w:spacing w:line="240" w:lineRule="auto"/>
        <w:jc w:val="center"/>
        <w:rPr>
          <w:sz w:val="22"/>
          <w:szCs w:val="20"/>
        </w:rPr>
      </w:pPr>
      <w:r w:rsidRPr="00624776">
        <w:rPr>
          <w:sz w:val="22"/>
          <w:szCs w:val="20"/>
        </w:rPr>
        <w:t>Gambar 1</w:t>
      </w:r>
      <w:r w:rsidR="00753466" w:rsidRPr="00624776">
        <w:rPr>
          <w:sz w:val="22"/>
          <w:szCs w:val="20"/>
        </w:rPr>
        <w:t>.</w:t>
      </w:r>
      <w:r w:rsidRPr="00624776">
        <w:rPr>
          <w:sz w:val="22"/>
          <w:szCs w:val="20"/>
        </w:rPr>
        <w:t xml:space="preserve"> Dokumentasi Kegiatan PKL/Magang</w:t>
      </w:r>
      <w:r w:rsidR="00624776" w:rsidRPr="00624776">
        <w:rPr>
          <w:sz w:val="22"/>
          <w:szCs w:val="20"/>
        </w:rPr>
        <w:t xml:space="preserve"> </w:t>
      </w:r>
      <w:r w:rsidRPr="00624776">
        <w:rPr>
          <w:sz w:val="22"/>
          <w:szCs w:val="20"/>
        </w:rPr>
        <w:t>Sumber: Dokumentasi Penulis, [</w:t>
      </w:r>
      <w:r w:rsidR="00624776" w:rsidRPr="00624776">
        <w:rPr>
          <w:sz w:val="22"/>
          <w:szCs w:val="20"/>
        </w:rPr>
        <w:t>2026</w:t>
      </w:r>
      <w:r w:rsidRPr="00624776">
        <w:rPr>
          <w:sz w:val="22"/>
          <w:szCs w:val="20"/>
        </w:rPr>
        <w:t>]</w:t>
      </w:r>
    </w:p>
    <w:p w14:paraId="06E6A4BE" w14:textId="77777777" w:rsidR="009144C8" w:rsidRDefault="009144C8">
      <w:pPr>
        <w:spacing w:line="240" w:lineRule="auto"/>
        <w:jc w:val="center"/>
      </w:pPr>
    </w:p>
    <w:p w14:paraId="788B8CA7" w14:textId="77777777" w:rsidR="006512E0" w:rsidRDefault="00000000" w:rsidP="00624776">
      <w:pPr>
        <w:pStyle w:val="Heading2"/>
      </w:pPr>
      <w:bookmarkStart w:id="32" w:name="_Toc232979024"/>
      <w:r>
        <w:lastRenderedPageBreak/>
        <w:t>4.5 Pembahasan</w:t>
      </w:r>
      <w:bookmarkEnd w:id="32"/>
    </w:p>
    <w:p w14:paraId="0DFE44EC" w14:textId="77777777" w:rsidR="00624776" w:rsidRDefault="00624776" w:rsidP="00624776">
      <w:pPr>
        <w:ind w:firstLine="720"/>
      </w:pPr>
      <w:r>
        <w:t>Hasil pelaksanaan PKL/Magang yang telah diuraikan pada subbab sebelumnya dapat dibahas berdasarkan teori yang telah dikaji pada BAB II. Sistem akses ruangan berbasis RFID dengan solenoid door lock menggunakan Arduino Uno yang dibangun sesuai dengan teori yang dikemukakan oleh Hamidah et al. [1] mengenai sistem keamanan pintu otomatis berbasis RFID. Sistem ini menggunakan komponen yang sama, yaitu Arduino sebagai pengendali, reader RFID, solenoid doorlock, dan layar LCD.</w:t>
      </w:r>
    </w:p>
    <w:p w14:paraId="57372741" w14:textId="77777777" w:rsidR="00624776" w:rsidRDefault="00624776" w:rsidP="00624776">
      <w:pPr>
        <w:ind w:firstLine="720"/>
      </w:pPr>
      <w:r>
        <w:t xml:space="preserve">Hasil pengujian menunjukkan bahwa jarak deteksi RFID maksimal 3 cm, yang sesuai dengan hasil penelitian Ilham et al. [9] yang menyatakan bahwa sensor RFID mampu bekerja dengan mendeteksi kode atau ID menggunakan kartu yang ditempelkan pada reader dengan jarak 3 cm. Waktu respons sistem kurang dari 1 detik, yang lebih cepat dibandingkan dengan hasil penelitian Hamidah et al. [1] yang menyatakan waktu tanggapan antara 2 hingga 3 detik. </w:t>
      </w:r>
    </w:p>
    <w:p w14:paraId="277BF0D4" w14:textId="58D2AC16" w:rsidR="00624776" w:rsidRDefault="00624776" w:rsidP="00624776">
      <w:pPr>
        <w:ind w:firstLine="720"/>
      </w:pPr>
      <w:r>
        <w:t>Hal ini disebabkan oleh perbedaan algoritma pemrograman dan kompleksitas sistem yang dibangun. Penggunaan solenoid door lock dengan tegangan 12V DC dan arus 600 mA sesuai dengan spesifikasi yang dikemukakan oleh Saputra dan Meilinda [6]. Solenoid door lock berhasil membuka dan mengunci dengan baik berdasarkan sinyal dari Arduino yang dikontrol melalui relay module. Mekanisme ini sejalan dengan teori elektromagnetik yang menyatakan bahwa solenoid akan aktif ketika ada arus listrik yang mengalir melaluinya [3].</w:t>
      </w:r>
    </w:p>
    <w:p w14:paraId="67E3C126" w14:textId="77777777" w:rsidR="00624776" w:rsidRDefault="00624776" w:rsidP="00624776">
      <w:pPr>
        <w:ind w:firstLine="720"/>
      </w:pPr>
      <w:r>
        <w:t>Perbedaan hasil di lapangan dengan teori yang ada adalah pada aspek notifikasi. Sistem yang dibangun pada penelitian ini belum dilengkapi dengan modul WiFi atau notifikasi Telegram seperti pada penelitian Hamidah et al. [1]. Hal ini menjadi keterbatasan dan dapat dijadikan rekomendasi untuk pengembangan sistem di masa depan.</w:t>
      </w:r>
    </w:p>
    <w:p w14:paraId="2775B1B6" w14:textId="77777777" w:rsidR="00624776" w:rsidRDefault="00624776" w:rsidP="00624776">
      <w:pPr>
        <w:pStyle w:val="Heading2"/>
      </w:pPr>
      <w:bookmarkStart w:id="33" w:name="_Toc232979025"/>
      <w:r>
        <w:t>4.6 Pelajaran yang Diperoleh</w:t>
      </w:r>
      <w:bookmarkEnd w:id="33"/>
    </w:p>
    <w:p w14:paraId="692F63F6" w14:textId="77777777" w:rsidR="00624776" w:rsidRDefault="00624776" w:rsidP="00624776">
      <w:pPr>
        <w:pStyle w:val="ListParagraph"/>
        <w:numPr>
          <w:ilvl w:val="2"/>
          <w:numId w:val="35"/>
        </w:numPr>
      </w:pPr>
      <w:r>
        <w:t>Selama pelaksanaan PKL/Magang, penulis memperoleh berbagai pelajaran berharga, antara lain:</w:t>
      </w:r>
    </w:p>
    <w:p w14:paraId="5A1AD432" w14:textId="080172CA" w:rsidR="00624776" w:rsidRDefault="00624776" w:rsidP="00624776">
      <w:pPr>
        <w:pStyle w:val="ListParagraph"/>
        <w:numPr>
          <w:ilvl w:val="0"/>
          <w:numId w:val="35"/>
        </w:numPr>
      </w:pPr>
      <w:r>
        <w:t>Pengetahuan teknis mengenai teknologi RFID, mikrokontroler Arduino, dan komponen elektronik lainnya.</w:t>
      </w:r>
    </w:p>
    <w:p w14:paraId="524B575B" w14:textId="448FB7FC" w:rsidR="00624776" w:rsidRDefault="00624776" w:rsidP="00624776">
      <w:pPr>
        <w:pStyle w:val="ListParagraph"/>
        <w:numPr>
          <w:ilvl w:val="0"/>
          <w:numId w:val="35"/>
        </w:numPr>
      </w:pPr>
      <w:r>
        <w:lastRenderedPageBreak/>
        <w:t>Keterampilan dalam merancang dan membangun sistem embedded untuk keamanan akses ruangan.</w:t>
      </w:r>
    </w:p>
    <w:p w14:paraId="2F632C0E" w14:textId="58922486" w:rsidR="00624776" w:rsidRDefault="00624776" w:rsidP="00624776">
      <w:pPr>
        <w:pStyle w:val="ListParagraph"/>
        <w:numPr>
          <w:ilvl w:val="0"/>
          <w:numId w:val="35"/>
        </w:numPr>
      </w:pPr>
      <w:r>
        <w:t>Kemampuan pemrograman mikrokontroler menggunakan Arduino IDE dengan bahasa C/C++.</w:t>
      </w:r>
    </w:p>
    <w:p w14:paraId="0A9DE171" w14:textId="79900AAF" w:rsidR="00624776" w:rsidRDefault="00624776" w:rsidP="00624776">
      <w:pPr>
        <w:pStyle w:val="ListParagraph"/>
        <w:numPr>
          <w:ilvl w:val="0"/>
          <w:numId w:val="35"/>
        </w:numPr>
      </w:pPr>
      <w:r>
        <w:t>Pemahaman mengenai pentingnya kerja sama tim, komunikasi efektif, dan kedisiplinan dalam lingkungan kerja.</w:t>
      </w:r>
    </w:p>
    <w:p w14:paraId="65DE630C" w14:textId="25F6CBE5" w:rsidR="00624776" w:rsidRDefault="00624776" w:rsidP="00624776">
      <w:pPr>
        <w:pStyle w:val="ListParagraph"/>
        <w:numPr>
          <w:ilvl w:val="0"/>
          <w:numId w:val="35"/>
        </w:numPr>
      </w:pPr>
      <w:r>
        <w:t>Pengalaman dalam melakukan liputan dan dokumentasi kegiatan pemerintahan.</w:t>
      </w:r>
    </w:p>
    <w:p w14:paraId="7B97346C" w14:textId="6F15362B" w:rsidR="006512E0" w:rsidRDefault="00624776" w:rsidP="00624776">
      <w:pPr>
        <w:pStyle w:val="ListParagraph"/>
        <w:numPr>
          <w:ilvl w:val="0"/>
          <w:numId w:val="35"/>
        </w:numPr>
      </w:pPr>
      <w:r>
        <w:t>\Kemampuan problem-solving dalam menghadapi kendala teknis selama perakitan dan pengujian sistem.</w:t>
      </w:r>
    </w:p>
    <w:p w14:paraId="72C316BB" w14:textId="77777777" w:rsidR="006512E0" w:rsidRDefault="006512E0"/>
    <w:p w14:paraId="0DECF5C5" w14:textId="77777777" w:rsidR="009144C8" w:rsidRDefault="009144C8">
      <w:pPr>
        <w:spacing w:after="200" w:line="276" w:lineRule="auto"/>
        <w:rPr>
          <w:b/>
        </w:rPr>
      </w:pPr>
      <w:r>
        <w:br w:type="page"/>
      </w:r>
    </w:p>
    <w:p w14:paraId="414BFBBF" w14:textId="01936095" w:rsidR="006512E0" w:rsidRDefault="00000000" w:rsidP="00D03C71">
      <w:pPr>
        <w:pStyle w:val="Heading1"/>
      </w:pPr>
      <w:bookmarkStart w:id="34" w:name="_Toc232979026"/>
      <w:r>
        <w:lastRenderedPageBreak/>
        <w:t>BAB V</w:t>
      </w:r>
      <w:r>
        <w:br/>
        <w:t>KESIMPULAN DAN SARAN</w:t>
      </w:r>
      <w:bookmarkEnd w:id="34"/>
    </w:p>
    <w:p w14:paraId="69750D68" w14:textId="77777777" w:rsidR="009144C8" w:rsidRDefault="009144C8">
      <w:pPr>
        <w:pStyle w:val="BabTitle"/>
      </w:pPr>
    </w:p>
    <w:p w14:paraId="65D794C3" w14:textId="77777777" w:rsidR="00624776" w:rsidRPr="00624776" w:rsidRDefault="00624776" w:rsidP="00624776">
      <w:pPr>
        <w:pStyle w:val="Heading2"/>
      </w:pPr>
      <w:bookmarkStart w:id="35" w:name="_Toc232979027"/>
      <w:r w:rsidRPr="00624776">
        <w:t>5.1 Kesimpulan</w:t>
      </w:r>
      <w:bookmarkEnd w:id="35"/>
    </w:p>
    <w:p w14:paraId="1A72E55E" w14:textId="77777777" w:rsidR="00624776" w:rsidRPr="00624776" w:rsidRDefault="00624776" w:rsidP="00624776">
      <w:pPr>
        <w:ind w:firstLine="720"/>
        <w:rPr>
          <w:bCs/>
        </w:rPr>
      </w:pPr>
      <w:r w:rsidRPr="00624776">
        <w:rPr>
          <w:rFonts w:cs="Times New Roman"/>
          <w:bCs/>
        </w:rPr>
        <w:t>Berdasarkan hasil pelaksanaan PKL/Magang dan pembahasan yang telah dilakukan, dapat diambil kesimpulan sebagai berikut:</w:t>
      </w:r>
    </w:p>
    <w:p w14:paraId="44D60989" w14:textId="1EB78FC2" w:rsidR="00624776" w:rsidRPr="00624776" w:rsidRDefault="00624776" w:rsidP="00624776">
      <w:pPr>
        <w:pStyle w:val="ListParagraph"/>
        <w:numPr>
          <w:ilvl w:val="0"/>
          <w:numId w:val="36"/>
        </w:numPr>
        <w:rPr>
          <w:bCs/>
        </w:rPr>
      </w:pPr>
      <w:r w:rsidRPr="00624776">
        <w:rPr>
          <w:rFonts w:cs="Times New Roman"/>
          <w:bCs/>
        </w:rPr>
        <w:t>Pelaksanaan kegiatan PKL/Magang di [Nama Instansi/Perusahaan] berjalan dengan baik, meliputi kegiatan liputan dan dokumentasi selama dua bulan pertama serta rancang bangun sistem keamanan akses ruangan pada tahap selanjutnya.</w:t>
      </w:r>
    </w:p>
    <w:p w14:paraId="6238A40F" w14:textId="0312B8F5" w:rsidR="00624776" w:rsidRPr="00624776" w:rsidRDefault="00624776" w:rsidP="00624776">
      <w:pPr>
        <w:pStyle w:val="ListParagraph"/>
        <w:numPr>
          <w:ilvl w:val="0"/>
          <w:numId w:val="36"/>
        </w:numPr>
        <w:rPr>
          <w:bCs/>
        </w:rPr>
      </w:pPr>
      <w:r w:rsidRPr="00624776">
        <w:rPr>
          <w:rFonts w:cs="Times New Roman"/>
          <w:bCs/>
        </w:rPr>
        <w:t>Permasalahan yang ditemukan selama PKL/Magang adalah penggunaan kunci konvensional yang rentan terhadap duplikasi, tidak adanya pencatatan akses, dan kurangnya sistem peringatan untuk akses tidak sah.</w:t>
      </w:r>
    </w:p>
    <w:p w14:paraId="31FAC4BE" w14:textId="004E3A51" w:rsidR="00624776" w:rsidRPr="00624776" w:rsidRDefault="00624776" w:rsidP="00624776">
      <w:pPr>
        <w:pStyle w:val="ListParagraph"/>
        <w:numPr>
          <w:ilvl w:val="0"/>
          <w:numId w:val="36"/>
        </w:numPr>
        <w:rPr>
          <w:bCs/>
        </w:rPr>
      </w:pPr>
      <w:r w:rsidRPr="00624776">
        <w:rPr>
          <w:rFonts w:cs="Times New Roman"/>
          <w:bCs/>
        </w:rPr>
        <w:t>Sistem akses ruangan berbasis RFID dengan solenoid door lock menggunakan Arduino Uno berhasil dirancang dan diimplementasikan dengan komponen utama Arduino Uno R3, modul RFID RC522, solenoid door lock 12V, LCD I2C, buzzer, dan relay module.</w:t>
      </w:r>
    </w:p>
    <w:p w14:paraId="7C5A7913" w14:textId="541FE874" w:rsidR="00624776" w:rsidRPr="00624776" w:rsidRDefault="00624776" w:rsidP="00624776">
      <w:pPr>
        <w:pStyle w:val="ListParagraph"/>
        <w:numPr>
          <w:ilvl w:val="0"/>
          <w:numId w:val="36"/>
        </w:numPr>
        <w:rPr>
          <w:bCs/>
        </w:rPr>
      </w:pPr>
      <w:r w:rsidRPr="00624776">
        <w:rPr>
          <w:rFonts w:cs="Times New Roman"/>
          <w:bCs/>
        </w:rPr>
        <w:t>Hasil pengujian menunjukkan sistem mampu membaca kartu RFID dengan jarak maksimal 3 cm dan membuka kunci solenoid dalam waktu kurang dari 1 detik. Kartu terdaftar akan menampilkan status "Accepted" dan membuka pintu, sedangkan kartu tidak valid akan ditolak dengan status "Denied" dan buzzer berbunyi sebagai peringatan.</w:t>
      </w:r>
    </w:p>
    <w:p w14:paraId="35E3B5C1" w14:textId="67258F5C" w:rsidR="00624776" w:rsidRPr="00624776" w:rsidRDefault="00624776" w:rsidP="00624776">
      <w:pPr>
        <w:pStyle w:val="ListParagraph"/>
        <w:numPr>
          <w:ilvl w:val="0"/>
          <w:numId w:val="36"/>
        </w:numPr>
        <w:rPr>
          <w:bCs/>
        </w:rPr>
      </w:pPr>
      <w:r w:rsidRPr="00624776">
        <w:rPr>
          <w:rFonts w:cs="Times New Roman"/>
          <w:bCs/>
        </w:rPr>
        <w:t>Sistem ini efektif dalam meningkatkan keamanan akses ruangan dan dapat diaplikasikan di berbagai ruangan seperti laboratorium, kantor, atau ruangan terbatas lainnya.</w:t>
      </w:r>
    </w:p>
    <w:p w14:paraId="7BC07DA8" w14:textId="77777777" w:rsidR="00624776" w:rsidRPr="00624776" w:rsidRDefault="00624776" w:rsidP="00624776">
      <w:pPr>
        <w:pStyle w:val="Heading2"/>
      </w:pPr>
      <w:bookmarkStart w:id="36" w:name="_Toc232979028"/>
      <w:r w:rsidRPr="00624776">
        <w:t>5.2 Keterbatasan</w:t>
      </w:r>
      <w:bookmarkEnd w:id="36"/>
    </w:p>
    <w:p w14:paraId="22A1A05A" w14:textId="77777777" w:rsidR="00624776" w:rsidRPr="00624776" w:rsidRDefault="00624776" w:rsidP="00624776">
      <w:pPr>
        <w:rPr>
          <w:bCs/>
        </w:rPr>
      </w:pPr>
      <w:r w:rsidRPr="00624776">
        <w:rPr>
          <w:rFonts w:cs="Times New Roman"/>
          <w:bCs/>
        </w:rPr>
        <w:t>Selama pelaksanaan PKL/Magang, terdapat beberapa keterbatasan yang dihadapi, yaitu:</w:t>
      </w:r>
    </w:p>
    <w:p w14:paraId="2D915C29" w14:textId="2E429065" w:rsidR="00624776" w:rsidRPr="00624776" w:rsidRDefault="00624776" w:rsidP="00624776">
      <w:pPr>
        <w:pStyle w:val="ListParagraph"/>
        <w:numPr>
          <w:ilvl w:val="0"/>
          <w:numId w:val="37"/>
        </w:numPr>
        <w:rPr>
          <w:bCs/>
        </w:rPr>
      </w:pPr>
      <w:r w:rsidRPr="00624776">
        <w:rPr>
          <w:rFonts w:cs="Times New Roman"/>
          <w:bCs/>
        </w:rPr>
        <w:t>Waktu pelaksanaan PKL/Magang yang terbatas, sehingga sistem yang dibangun masih dalam bentuk prototipe.</w:t>
      </w:r>
    </w:p>
    <w:p w14:paraId="3C8964F7" w14:textId="4AAA50CD" w:rsidR="00624776" w:rsidRPr="00624776" w:rsidRDefault="00624776" w:rsidP="00624776">
      <w:pPr>
        <w:pStyle w:val="ListParagraph"/>
        <w:numPr>
          <w:ilvl w:val="0"/>
          <w:numId w:val="37"/>
        </w:numPr>
        <w:rPr>
          <w:bCs/>
        </w:rPr>
      </w:pPr>
      <w:r w:rsidRPr="00624776">
        <w:rPr>
          <w:rFonts w:cs="Times New Roman"/>
          <w:bCs/>
        </w:rPr>
        <w:lastRenderedPageBreak/>
        <w:t>Keterbatasan akses data dan fasilitas di instansi tempat magang.</w:t>
      </w:r>
    </w:p>
    <w:p w14:paraId="7DF329EC" w14:textId="3BE00CE0" w:rsidR="00624776" w:rsidRPr="00624776" w:rsidRDefault="00624776" w:rsidP="00624776">
      <w:pPr>
        <w:pStyle w:val="ListParagraph"/>
        <w:numPr>
          <w:ilvl w:val="0"/>
          <w:numId w:val="37"/>
        </w:numPr>
        <w:rPr>
          <w:bCs/>
        </w:rPr>
      </w:pPr>
      <w:r w:rsidRPr="00624776">
        <w:rPr>
          <w:rFonts w:cs="Times New Roman"/>
          <w:bCs/>
        </w:rPr>
        <w:t>Sistem belum dilengkapi dengan modul WiFi atau notifikasi jarak jauh.</w:t>
      </w:r>
    </w:p>
    <w:p w14:paraId="749C4CE6" w14:textId="069116B8" w:rsidR="00624776" w:rsidRPr="00624776" w:rsidRDefault="00624776" w:rsidP="00624776">
      <w:pPr>
        <w:pStyle w:val="ListParagraph"/>
        <w:numPr>
          <w:ilvl w:val="0"/>
          <w:numId w:val="37"/>
        </w:numPr>
        <w:rPr>
          <w:bCs/>
        </w:rPr>
      </w:pPr>
      <w:r w:rsidRPr="00624776">
        <w:rPr>
          <w:rFonts w:cs="Times New Roman"/>
          <w:bCs/>
        </w:rPr>
        <w:t>Jarak deteksi RFID masih terbatas pada 3 cm, sehingga memerlukan posisi kartu yang tepat.</w:t>
      </w:r>
    </w:p>
    <w:p w14:paraId="2B3F11A9" w14:textId="07213676" w:rsidR="00624776" w:rsidRPr="00624776" w:rsidRDefault="00624776" w:rsidP="00624776">
      <w:pPr>
        <w:pStyle w:val="ListParagraph"/>
        <w:numPr>
          <w:ilvl w:val="0"/>
          <w:numId w:val="37"/>
        </w:numPr>
        <w:rPr>
          <w:bCs/>
        </w:rPr>
      </w:pPr>
      <w:r w:rsidRPr="00624776">
        <w:rPr>
          <w:rFonts w:cs="Times New Roman"/>
          <w:bCs/>
        </w:rPr>
        <w:t>Belum adanya mekanisme backup power, sehingga sistem tidak berfungsi saat mati listrik.</w:t>
      </w:r>
    </w:p>
    <w:p w14:paraId="2D954ED9" w14:textId="77777777" w:rsidR="00624776" w:rsidRPr="00624776" w:rsidRDefault="00624776" w:rsidP="00624776">
      <w:pPr>
        <w:pStyle w:val="Heading2"/>
      </w:pPr>
      <w:bookmarkStart w:id="37" w:name="_Toc232979029"/>
      <w:r w:rsidRPr="00624776">
        <w:t>5.3 Implikasi</w:t>
      </w:r>
      <w:bookmarkEnd w:id="37"/>
    </w:p>
    <w:p w14:paraId="53FE9520" w14:textId="77777777" w:rsidR="00624776" w:rsidRPr="00624776" w:rsidRDefault="00624776" w:rsidP="00624776">
      <w:pPr>
        <w:rPr>
          <w:bCs/>
        </w:rPr>
      </w:pPr>
      <w:r w:rsidRPr="00624776">
        <w:rPr>
          <w:rFonts w:cs="Times New Roman"/>
          <w:bCs/>
        </w:rPr>
        <w:t>Hasil PKL/Magang ini memiliki beberapa implikasi, yaitu:</w:t>
      </w:r>
    </w:p>
    <w:p w14:paraId="68ABD29A" w14:textId="6427109C" w:rsidR="00624776" w:rsidRPr="00624776" w:rsidRDefault="00624776" w:rsidP="00624776">
      <w:pPr>
        <w:pStyle w:val="ListParagraph"/>
        <w:numPr>
          <w:ilvl w:val="0"/>
          <w:numId w:val="38"/>
        </w:numPr>
        <w:rPr>
          <w:bCs/>
        </w:rPr>
      </w:pPr>
      <w:r w:rsidRPr="00624776">
        <w:rPr>
          <w:rFonts w:cs="Times New Roman"/>
          <w:bCs/>
        </w:rPr>
        <w:t>Bagi Mahasiswa: Meningkatkan kompetensi teknis dalam bidang sistem embedded dan Internet of Things (IoT).</w:t>
      </w:r>
    </w:p>
    <w:p w14:paraId="22BB3FF4" w14:textId="6386A0DB" w:rsidR="00624776" w:rsidRPr="00624776" w:rsidRDefault="00624776" w:rsidP="00624776">
      <w:pPr>
        <w:pStyle w:val="ListParagraph"/>
        <w:numPr>
          <w:ilvl w:val="0"/>
          <w:numId w:val="38"/>
        </w:numPr>
        <w:rPr>
          <w:bCs/>
        </w:rPr>
      </w:pPr>
      <w:r w:rsidRPr="00624776">
        <w:rPr>
          <w:rFonts w:cs="Times New Roman"/>
          <w:bCs/>
        </w:rPr>
        <w:t>Bagi Instansi: Memberikan alternatif solusi keamanan akses ruangan yang lebih modern dan efisien.</w:t>
      </w:r>
    </w:p>
    <w:p w14:paraId="04913D99" w14:textId="3ED5DC8E" w:rsidR="00624776" w:rsidRPr="00624776" w:rsidRDefault="00624776" w:rsidP="00624776">
      <w:pPr>
        <w:pStyle w:val="ListParagraph"/>
        <w:numPr>
          <w:ilvl w:val="0"/>
          <w:numId w:val="38"/>
        </w:numPr>
        <w:rPr>
          <w:bCs/>
        </w:rPr>
      </w:pPr>
      <w:r w:rsidRPr="00624776">
        <w:rPr>
          <w:rFonts w:cs="Times New Roman"/>
          <w:bCs/>
        </w:rPr>
        <w:t>Bagi Kampus: Menjadi bahan referensi untuk pengembangan kurikulum dan penelitian selanjutnya di bidang keamanan sistem.</w:t>
      </w:r>
    </w:p>
    <w:p w14:paraId="52F4D4C6" w14:textId="77777777" w:rsidR="00624776" w:rsidRPr="00624776" w:rsidRDefault="00624776" w:rsidP="00624776">
      <w:pPr>
        <w:pStyle w:val="Heading2"/>
      </w:pPr>
      <w:bookmarkStart w:id="38" w:name="_Toc232979030"/>
      <w:r w:rsidRPr="00624776">
        <w:t>5.4 Saran</w:t>
      </w:r>
      <w:bookmarkEnd w:id="38"/>
    </w:p>
    <w:p w14:paraId="159380A1" w14:textId="77777777" w:rsidR="00624776" w:rsidRPr="00624776" w:rsidRDefault="00624776" w:rsidP="00624776">
      <w:pPr>
        <w:rPr>
          <w:bCs/>
        </w:rPr>
      </w:pPr>
      <w:r w:rsidRPr="00624776">
        <w:rPr>
          <w:rFonts w:cs="Times New Roman"/>
          <w:bCs/>
        </w:rPr>
        <w:t>Berdasarkan hasil pelaksanaan PKL/Magang, penulis memberikan saran sebagai berikut:</w:t>
      </w:r>
    </w:p>
    <w:p w14:paraId="56BA6C04" w14:textId="737EA969" w:rsidR="00624776" w:rsidRPr="00624776" w:rsidRDefault="00624776" w:rsidP="00624776">
      <w:pPr>
        <w:pStyle w:val="ListParagraph"/>
        <w:numPr>
          <w:ilvl w:val="0"/>
          <w:numId w:val="39"/>
        </w:numPr>
        <w:rPr>
          <w:bCs/>
        </w:rPr>
      </w:pPr>
      <w:r w:rsidRPr="00624776">
        <w:rPr>
          <w:rFonts w:cs="Times New Roman"/>
          <w:bCs/>
        </w:rPr>
        <w:t>Bagi Mahasiswa: Disarankan untuk terus mengembangkan keterampilan teknis dan soft skills, serta memperluas wawasan mengenai teknologi terbaru di bidang keamanan sistem.</w:t>
      </w:r>
    </w:p>
    <w:p w14:paraId="48CEB2E3" w14:textId="5D360CD1" w:rsidR="00624776" w:rsidRPr="00624776" w:rsidRDefault="00624776" w:rsidP="00624776">
      <w:pPr>
        <w:pStyle w:val="ListParagraph"/>
        <w:numPr>
          <w:ilvl w:val="0"/>
          <w:numId w:val="39"/>
        </w:numPr>
        <w:rPr>
          <w:bCs/>
        </w:rPr>
      </w:pPr>
      <w:r w:rsidRPr="00624776">
        <w:rPr>
          <w:rFonts w:cs="Times New Roman"/>
          <w:bCs/>
        </w:rPr>
        <w:t>Bagi Instansi Tempat PKL/Magang: Disarankan untuk mengembangkan sistem ini lebih lanjut dengan menambahkan fitur notifikasi jarak jauh, multi-autentikasi, dan backup power untuk meningkatkan keamanan dan keandalan sistem.</w:t>
      </w:r>
    </w:p>
    <w:p w14:paraId="3CB19BB6" w14:textId="12FFFA96" w:rsidR="00624776" w:rsidRPr="00624776" w:rsidRDefault="00624776" w:rsidP="00624776">
      <w:pPr>
        <w:pStyle w:val="ListParagraph"/>
        <w:numPr>
          <w:ilvl w:val="0"/>
          <w:numId w:val="39"/>
        </w:numPr>
        <w:rPr>
          <w:bCs/>
        </w:rPr>
      </w:pPr>
      <w:r w:rsidRPr="00624776">
        <w:rPr>
          <w:rFonts w:cs="Times New Roman"/>
          <w:bCs/>
        </w:rPr>
        <w:t>Bagi Pihak Kampus: Disarankan untuk memperbanyak kerja sama dengan instansi pemerintah dan industri dalam menyediakan tempat PKL/Magang yang relevan dengan kompetensi mahasiswa, serta memberikan fasilitas dan dukungan yang memadai untuk kegiatan praktik.</w:t>
      </w:r>
    </w:p>
    <w:p w14:paraId="223D0FB0" w14:textId="77777777" w:rsidR="006512E0" w:rsidRDefault="006512E0"/>
    <w:p w14:paraId="5F62A9B9" w14:textId="77777777" w:rsidR="009144C8" w:rsidRDefault="009144C8">
      <w:pPr>
        <w:spacing w:after="200" w:line="276" w:lineRule="auto"/>
        <w:rPr>
          <w:b/>
        </w:rPr>
      </w:pPr>
      <w:r>
        <w:br w:type="page"/>
      </w:r>
    </w:p>
    <w:p w14:paraId="60BFDC6B" w14:textId="3C9F2B4E" w:rsidR="006512E0" w:rsidRPr="00624776" w:rsidRDefault="00000000" w:rsidP="00D03C71">
      <w:pPr>
        <w:pStyle w:val="Heading1"/>
      </w:pPr>
      <w:bookmarkStart w:id="39" w:name="_Toc232979031"/>
      <w:r>
        <w:lastRenderedPageBreak/>
        <w:t>DAFTAR PUSTAKA</w:t>
      </w:r>
      <w:bookmarkEnd w:id="39"/>
    </w:p>
    <w:p w14:paraId="14385439" w14:textId="2B506499" w:rsidR="00D03C71" w:rsidRPr="00D03C71" w:rsidRDefault="00D03C71" w:rsidP="00D03C71">
      <w:pPr>
        <w:widowControl w:val="0"/>
        <w:autoSpaceDE w:val="0"/>
        <w:autoSpaceDN w:val="0"/>
        <w:adjustRightInd w:val="0"/>
        <w:ind w:left="640" w:hanging="640"/>
        <w:rPr>
          <w:rFonts w:cs="Times New Roman"/>
          <w:noProof/>
        </w:rPr>
      </w:pPr>
      <w:r>
        <w:rPr>
          <w:iCs/>
        </w:rPr>
        <w:fldChar w:fldCharType="begin" w:fldLock="1"/>
      </w:r>
      <w:r>
        <w:rPr>
          <w:iCs/>
        </w:rPr>
        <w:instrText xml:space="preserve">ADDIN Mendeley Bibliography CSL_BIBLIOGRAPHY </w:instrText>
      </w:r>
      <w:r>
        <w:rPr>
          <w:iCs/>
        </w:rPr>
        <w:fldChar w:fldCharType="separate"/>
      </w:r>
      <w:r w:rsidRPr="00D03C71">
        <w:rPr>
          <w:rFonts w:cs="Times New Roman"/>
          <w:noProof/>
        </w:rPr>
        <w:t>[1]</w:t>
      </w:r>
      <w:r w:rsidRPr="00D03C71">
        <w:rPr>
          <w:rFonts w:cs="Times New Roman"/>
          <w:noProof/>
        </w:rPr>
        <w:tab/>
        <w:t xml:space="preserve">N. Hamidah, S. Suwandi, and M. A. Muslim, “Perancangan dan Implementasi Sistem Keamanan Pintu Otomatis Berbasis RFID Tag Card untuk Meningkatkan Keamanan Akses Ruangan,” </w:t>
      </w:r>
      <w:r w:rsidRPr="00D03C71">
        <w:rPr>
          <w:rFonts w:cs="Times New Roman"/>
          <w:i/>
          <w:iCs/>
          <w:noProof/>
        </w:rPr>
        <w:t>J. Teknol. dan Sist. Inf.</w:t>
      </w:r>
      <w:r w:rsidRPr="00D03C71">
        <w:rPr>
          <w:rFonts w:cs="Times New Roman"/>
          <w:noProof/>
        </w:rPr>
        <w:t>, 2022, doi: https://doi.org/10.47701/7p12qw92.</w:t>
      </w:r>
    </w:p>
    <w:p w14:paraId="5003DD62" w14:textId="77777777" w:rsidR="00D03C71" w:rsidRPr="00D03C71" w:rsidRDefault="00D03C71" w:rsidP="00D03C71">
      <w:pPr>
        <w:widowControl w:val="0"/>
        <w:autoSpaceDE w:val="0"/>
        <w:autoSpaceDN w:val="0"/>
        <w:adjustRightInd w:val="0"/>
        <w:ind w:left="640" w:hanging="640"/>
        <w:rPr>
          <w:rFonts w:cs="Times New Roman"/>
          <w:noProof/>
        </w:rPr>
      </w:pPr>
      <w:r w:rsidRPr="00D03C71">
        <w:rPr>
          <w:rFonts w:cs="Times New Roman"/>
          <w:noProof/>
        </w:rPr>
        <w:t>[2]</w:t>
      </w:r>
      <w:r w:rsidRPr="00D03C71">
        <w:rPr>
          <w:rFonts w:cs="Times New Roman"/>
          <w:noProof/>
        </w:rPr>
        <w:tab/>
        <w:t xml:space="preserve">M. Margono, “No TArduino Uno Sebagai Mikrokontroler untuk Pembelajaran Sistem Embeddeditle,” </w:t>
      </w:r>
      <w:r w:rsidRPr="00D03C71">
        <w:rPr>
          <w:rFonts w:cs="Times New Roman"/>
          <w:i/>
          <w:iCs/>
          <w:noProof/>
        </w:rPr>
        <w:t>J. Pendidik. Tek. Elektro</w:t>
      </w:r>
      <w:r w:rsidRPr="00D03C71">
        <w:rPr>
          <w:rFonts w:cs="Times New Roman"/>
          <w:noProof/>
        </w:rPr>
        <w:t>, 2021.</w:t>
      </w:r>
    </w:p>
    <w:p w14:paraId="3F50C7CD" w14:textId="77777777" w:rsidR="00D03C71" w:rsidRPr="00D03C71" w:rsidRDefault="00D03C71" w:rsidP="00D03C71">
      <w:pPr>
        <w:widowControl w:val="0"/>
        <w:autoSpaceDE w:val="0"/>
        <w:autoSpaceDN w:val="0"/>
        <w:adjustRightInd w:val="0"/>
        <w:ind w:left="640" w:hanging="640"/>
        <w:rPr>
          <w:rFonts w:cs="Times New Roman"/>
          <w:noProof/>
        </w:rPr>
      </w:pPr>
      <w:r w:rsidRPr="00D03C71">
        <w:rPr>
          <w:rFonts w:cs="Times New Roman"/>
          <w:noProof/>
        </w:rPr>
        <w:t>[3]</w:t>
      </w:r>
      <w:r w:rsidRPr="00D03C71">
        <w:rPr>
          <w:rFonts w:cs="Times New Roman"/>
          <w:noProof/>
        </w:rPr>
        <w:tab/>
        <w:t xml:space="preserve">R. S. and M. Meilinda, “Sistem Pengaman Pintu Gudang Menggunakan Metode R&amp;D Berbasis RFID Mikrokontroler Arduino Uno,” </w:t>
      </w:r>
      <w:r w:rsidRPr="00D03C71">
        <w:rPr>
          <w:rFonts w:cs="Times New Roman"/>
          <w:i/>
          <w:iCs/>
          <w:noProof/>
        </w:rPr>
        <w:t>J. Tek. Inform.</w:t>
      </w:r>
      <w:r w:rsidRPr="00D03C71">
        <w:rPr>
          <w:rFonts w:cs="Times New Roman"/>
          <w:noProof/>
        </w:rPr>
        <w:t>, 2023.</w:t>
      </w:r>
    </w:p>
    <w:p w14:paraId="190DDD17" w14:textId="77777777" w:rsidR="00D03C71" w:rsidRPr="00D03C71" w:rsidRDefault="00D03C71" w:rsidP="00D03C71">
      <w:pPr>
        <w:widowControl w:val="0"/>
        <w:autoSpaceDE w:val="0"/>
        <w:autoSpaceDN w:val="0"/>
        <w:adjustRightInd w:val="0"/>
        <w:ind w:left="640" w:hanging="640"/>
        <w:rPr>
          <w:rFonts w:cs="Times New Roman"/>
          <w:noProof/>
        </w:rPr>
      </w:pPr>
      <w:r w:rsidRPr="00D03C71">
        <w:rPr>
          <w:rFonts w:cs="Times New Roman"/>
          <w:noProof/>
        </w:rPr>
        <w:t>[4]</w:t>
      </w:r>
      <w:r w:rsidRPr="00D03C71">
        <w:rPr>
          <w:rFonts w:cs="Times New Roman"/>
          <w:noProof/>
        </w:rPr>
        <w:tab/>
        <w:t xml:space="preserve"> and B. S. J. Marpaung, A. Simanjuntak, “Sistem Pengamanan Pintu Otomatis Menggunakan RFID RC522 Berbasis Mikrokontroler Arduino,” </w:t>
      </w:r>
      <w:r w:rsidRPr="00D03C71">
        <w:rPr>
          <w:rFonts w:cs="Times New Roman"/>
          <w:i/>
          <w:iCs/>
          <w:noProof/>
        </w:rPr>
        <w:t>J. Rekayasa Elektr.</w:t>
      </w:r>
      <w:r w:rsidRPr="00D03C71">
        <w:rPr>
          <w:rFonts w:cs="Times New Roman"/>
          <w:noProof/>
        </w:rPr>
        <w:t>, 2022.</w:t>
      </w:r>
    </w:p>
    <w:p w14:paraId="43E7781F" w14:textId="77777777" w:rsidR="00D03C71" w:rsidRPr="00D03C71" w:rsidRDefault="00D03C71" w:rsidP="00D03C71">
      <w:pPr>
        <w:widowControl w:val="0"/>
        <w:autoSpaceDE w:val="0"/>
        <w:autoSpaceDN w:val="0"/>
        <w:adjustRightInd w:val="0"/>
        <w:ind w:left="640" w:hanging="640"/>
        <w:rPr>
          <w:rFonts w:cs="Times New Roman"/>
          <w:noProof/>
        </w:rPr>
      </w:pPr>
      <w:r w:rsidRPr="00D03C71">
        <w:rPr>
          <w:rFonts w:cs="Times New Roman"/>
          <w:noProof/>
        </w:rPr>
        <w:t>[5]</w:t>
      </w:r>
      <w:r w:rsidRPr="00D03C71">
        <w:rPr>
          <w:rFonts w:cs="Times New Roman"/>
          <w:noProof/>
        </w:rPr>
        <w:tab/>
        <w:t xml:space="preserve">A. Suwanda, “Rancang Bangun Kunci Pintu Otomatis Sistem RFID Berbasis Arduino di Ruangan Laboratorium,” </w:t>
      </w:r>
      <w:r w:rsidRPr="00D03C71">
        <w:rPr>
          <w:rFonts w:cs="Times New Roman"/>
          <w:i/>
          <w:iCs/>
          <w:noProof/>
        </w:rPr>
        <w:t>J. Tek. Elektro</w:t>
      </w:r>
      <w:r w:rsidRPr="00D03C71">
        <w:rPr>
          <w:rFonts w:cs="Times New Roman"/>
          <w:noProof/>
        </w:rPr>
        <w:t>, 2023.</w:t>
      </w:r>
    </w:p>
    <w:p w14:paraId="21F82304" w14:textId="77777777" w:rsidR="00D03C71" w:rsidRPr="00D03C71" w:rsidRDefault="00D03C71" w:rsidP="00D03C71">
      <w:pPr>
        <w:widowControl w:val="0"/>
        <w:autoSpaceDE w:val="0"/>
        <w:autoSpaceDN w:val="0"/>
        <w:adjustRightInd w:val="0"/>
        <w:ind w:left="640" w:hanging="640"/>
        <w:rPr>
          <w:rFonts w:cs="Times New Roman"/>
          <w:noProof/>
        </w:rPr>
      </w:pPr>
      <w:r w:rsidRPr="00D03C71">
        <w:rPr>
          <w:rFonts w:cs="Times New Roman"/>
          <w:noProof/>
        </w:rPr>
        <w:t>[6]</w:t>
      </w:r>
      <w:r w:rsidRPr="00D03C71">
        <w:rPr>
          <w:rFonts w:cs="Times New Roman"/>
          <w:noProof/>
        </w:rPr>
        <w:tab/>
        <w:t xml:space="preserve"> and S. P. M. Ilham, R. Wijaya, “Desain Sistem Keamanan Pintu Menggunakan Sensor RFID Berbasis Arduino Uno,” </w:t>
      </w:r>
      <w:r w:rsidRPr="00D03C71">
        <w:rPr>
          <w:rFonts w:cs="Times New Roman"/>
          <w:i/>
          <w:iCs/>
          <w:noProof/>
        </w:rPr>
        <w:t>J. Teknol. dan Sist. Inf.</w:t>
      </w:r>
      <w:r w:rsidRPr="00D03C71">
        <w:rPr>
          <w:rFonts w:cs="Times New Roman"/>
          <w:noProof/>
        </w:rPr>
        <w:t>, 2024.</w:t>
      </w:r>
    </w:p>
    <w:p w14:paraId="0724906F" w14:textId="20E5CF5A" w:rsidR="00672DD1" w:rsidRPr="00672DD1" w:rsidRDefault="00D03C71" w:rsidP="009144C8">
      <w:pPr>
        <w:rPr>
          <w:iCs/>
        </w:rPr>
      </w:pPr>
      <w:r>
        <w:rPr>
          <w:iCs/>
        </w:rPr>
        <w:fldChar w:fldCharType="end"/>
      </w:r>
    </w:p>
    <w:p w14:paraId="160FCB6F" w14:textId="77777777" w:rsidR="009144C8" w:rsidRDefault="009144C8">
      <w:pPr>
        <w:spacing w:after="200" w:line="276" w:lineRule="auto"/>
        <w:rPr>
          <w:b/>
        </w:rPr>
      </w:pPr>
      <w:r>
        <w:br w:type="page"/>
      </w:r>
    </w:p>
    <w:p w14:paraId="3B77DCF2" w14:textId="1283832B" w:rsidR="006512E0" w:rsidRDefault="00000000" w:rsidP="00D03C71">
      <w:pPr>
        <w:pStyle w:val="Heading1"/>
      </w:pPr>
      <w:bookmarkStart w:id="40" w:name="_Toc232979032"/>
      <w:r>
        <w:lastRenderedPageBreak/>
        <w:t>LAMPIRAN</w:t>
      </w:r>
      <w:bookmarkEnd w:id="40"/>
    </w:p>
    <w:p w14:paraId="240EE906" w14:textId="78BA2BAB" w:rsidR="006512E0" w:rsidRPr="00624776" w:rsidRDefault="00624776" w:rsidP="00624776">
      <w:pPr>
        <w:rPr>
          <w:iCs/>
        </w:rPr>
      </w:pPr>
      <w:r>
        <w:rPr>
          <w:iCs/>
          <w:noProof/>
        </w:rPr>
        <w:drawing>
          <wp:anchor distT="0" distB="0" distL="114300" distR="114300" simplePos="0" relativeHeight="251671040" behindDoc="0" locked="0" layoutInCell="1" allowOverlap="1" wp14:anchorId="6A9BE68E" wp14:editId="0CD414A0">
            <wp:simplePos x="0" y="0"/>
            <wp:positionH relativeFrom="column">
              <wp:posOffset>2903221</wp:posOffset>
            </wp:positionH>
            <wp:positionV relativeFrom="paragraph">
              <wp:posOffset>149793</wp:posOffset>
            </wp:positionV>
            <wp:extent cx="1540142" cy="2733318"/>
            <wp:effectExtent l="0" t="0" r="3175" b="0"/>
            <wp:wrapNone/>
            <wp:docPr id="12487233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1427" cy="2735599"/>
                    </a:xfrm>
                    <a:prstGeom prst="rect">
                      <a:avLst/>
                    </a:prstGeom>
                    <a:noFill/>
                    <a:ln>
                      <a:noFill/>
                    </a:ln>
                  </pic:spPr>
                </pic:pic>
              </a:graphicData>
            </a:graphic>
            <wp14:sizeRelH relativeFrom="page">
              <wp14:pctWidth>0</wp14:pctWidth>
            </wp14:sizeRelH>
            <wp14:sizeRelV relativeFrom="page">
              <wp14:pctHeight>0</wp14:pctHeight>
            </wp14:sizeRelV>
          </wp:anchor>
        </w:drawing>
      </w:r>
      <w:r>
        <w:rPr>
          <w:iCs/>
          <w:noProof/>
          <w:color w:val="595959"/>
        </w:rPr>
        <w:drawing>
          <wp:anchor distT="0" distB="0" distL="114300" distR="114300" simplePos="0" relativeHeight="251702784" behindDoc="0" locked="0" layoutInCell="1" allowOverlap="1" wp14:anchorId="451650A2" wp14:editId="365B0F50">
            <wp:simplePos x="0" y="0"/>
            <wp:positionH relativeFrom="column">
              <wp:posOffset>454560</wp:posOffset>
            </wp:positionH>
            <wp:positionV relativeFrom="paragraph">
              <wp:posOffset>137494</wp:posOffset>
            </wp:positionV>
            <wp:extent cx="1522095" cy="2725420"/>
            <wp:effectExtent l="0" t="0" r="1905" b="0"/>
            <wp:wrapNone/>
            <wp:docPr id="1377346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095" cy="27254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512E0" w:rsidRPr="00624776" w:rsidSect="00D03C71">
      <w:pgSz w:w="11906" w:h="16838"/>
      <w:pgMar w:top="2268" w:right="1701" w:bottom="1620" w:left="2268" w:header="850"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8DA6" w14:textId="77777777" w:rsidR="00A83541" w:rsidRDefault="00A83541">
      <w:pPr>
        <w:spacing w:line="240" w:lineRule="auto"/>
      </w:pPr>
      <w:r>
        <w:separator/>
      </w:r>
    </w:p>
  </w:endnote>
  <w:endnote w:type="continuationSeparator" w:id="0">
    <w:p w14:paraId="3CBA4F3B" w14:textId="77777777" w:rsidR="00A83541" w:rsidRDefault="00A83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E432" w14:textId="1886464B" w:rsidR="006512E0" w:rsidRDefault="00000000">
    <w:pPr>
      <w:pStyle w:val="Footer"/>
      <w:jc w:val="right"/>
    </w:pPr>
    <w:r>
      <w:fldChar w:fldCharType="begin"/>
    </w:r>
    <w:r>
      <w:instrText>PAGE</w:instrText>
    </w:r>
    <w:r>
      <w:fldChar w:fldCharType="separate"/>
    </w:r>
    <w:r w:rsidR="000711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841F" w14:textId="77777777" w:rsidR="00A83541" w:rsidRDefault="00A83541">
      <w:pPr>
        <w:spacing w:line="240" w:lineRule="auto"/>
      </w:pPr>
      <w:r>
        <w:separator/>
      </w:r>
    </w:p>
  </w:footnote>
  <w:footnote w:type="continuationSeparator" w:id="0">
    <w:p w14:paraId="13F0D83E" w14:textId="77777777" w:rsidR="00A83541" w:rsidRDefault="00A835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341C13"/>
    <w:multiLevelType w:val="hybridMultilevel"/>
    <w:tmpl w:val="8DBCC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CF41CA"/>
    <w:multiLevelType w:val="hybridMultilevel"/>
    <w:tmpl w:val="425C51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74140C"/>
    <w:multiLevelType w:val="hybridMultilevel"/>
    <w:tmpl w:val="AAA2A5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A6E512C"/>
    <w:multiLevelType w:val="hybridMultilevel"/>
    <w:tmpl w:val="8BE8D692"/>
    <w:lvl w:ilvl="0" w:tplc="8DBA9EB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0AC54A76"/>
    <w:multiLevelType w:val="hybridMultilevel"/>
    <w:tmpl w:val="5FFE039E"/>
    <w:lvl w:ilvl="0" w:tplc="B7CE13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10AA7843"/>
    <w:multiLevelType w:val="hybridMultilevel"/>
    <w:tmpl w:val="E87ED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4B6617"/>
    <w:multiLevelType w:val="hybridMultilevel"/>
    <w:tmpl w:val="141CF11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8F0D1D"/>
    <w:multiLevelType w:val="hybridMultilevel"/>
    <w:tmpl w:val="3336EE6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C2606E"/>
    <w:multiLevelType w:val="hybridMultilevel"/>
    <w:tmpl w:val="5588D40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 w15:restartNumberingAfterBreak="0">
    <w:nsid w:val="28F85E7B"/>
    <w:multiLevelType w:val="hybridMultilevel"/>
    <w:tmpl w:val="B6545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9268E9"/>
    <w:multiLevelType w:val="hybridMultilevel"/>
    <w:tmpl w:val="E612E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2973E7"/>
    <w:multiLevelType w:val="hybridMultilevel"/>
    <w:tmpl w:val="266A0D98"/>
    <w:lvl w:ilvl="0" w:tplc="B2560D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48A6410E"/>
    <w:multiLevelType w:val="hybridMultilevel"/>
    <w:tmpl w:val="0EB22D0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15:restartNumberingAfterBreak="0">
    <w:nsid w:val="48D423DA"/>
    <w:multiLevelType w:val="multilevel"/>
    <w:tmpl w:val="527A759A"/>
    <w:lvl w:ilvl="0">
      <w:start w:val="1"/>
      <w:numFmt w:val="decimal"/>
      <w:lvlText w:val="%1."/>
      <w:lvlJc w:val="left"/>
      <w:pPr>
        <w:ind w:left="720" w:hanging="360"/>
      </w:p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4F303955"/>
    <w:multiLevelType w:val="hybridMultilevel"/>
    <w:tmpl w:val="85582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B1060C"/>
    <w:multiLevelType w:val="multilevel"/>
    <w:tmpl w:val="527A759A"/>
    <w:lvl w:ilvl="0">
      <w:start w:val="1"/>
      <w:numFmt w:val="decimal"/>
      <w:lvlText w:val="%1."/>
      <w:lvlJc w:val="left"/>
      <w:pPr>
        <w:ind w:left="720" w:hanging="360"/>
      </w:p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17F3F9E"/>
    <w:multiLevelType w:val="hybridMultilevel"/>
    <w:tmpl w:val="14BE069C"/>
    <w:lvl w:ilvl="0" w:tplc="C8B8DA6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53367BFC"/>
    <w:multiLevelType w:val="multilevel"/>
    <w:tmpl w:val="527A759A"/>
    <w:lvl w:ilvl="0">
      <w:start w:val="1"/>
      <w:numFmt w:val="decimal"/>
      <w:lvlText w:val="%1."/>
      <w:lvlJc w:val="left"/>
      <w:pPr>
        <w:ind w:left="720" w:hanging="360"/>
      </w:p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56A07FD2"/>
    <w:multiLevelType w:val="hybridMultilevel"/>
    <w:tmpl w:val="D228FF7A"/>
    <w:lvl w:ilvl="0" w:tplc="8DBA9EBE">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7175246"/>
    <w:multiLevelType w:val="hybridMultilevel"/>
    <w:tmpl w:val="E51E77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8BC5CE4"/>
    <w:multiLevelType w:val="hybridMultilevel"/>
    <w:tmpl w:val="DB503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2A2A3D"/>
    <w:multiLevelType w:val="hybridMultilevel"/>
    <w:tmpl w:val="22208E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43456"/>
    <w:multiLevelType w:val="hybridMultilevel"/>
    <w:tmpl w:val="0B2AA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533A2"/>
    <w:multiLevelType w:val="hybridMultilevel"/>
    <w:tmpl w:val="01660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BC4289"/>
    <w:multiLevelType w:val="hybridMultilevel"/>
    <w:tmpl w:val="84482DB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4" w15:restartNumberingAfterBreak="0">
    <w:nsid w:val="65030375"/>
    <w:multiLevelType w:val="hybridMultilevel"/>
    <w:tmpl w:val="A5F8C0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7E7690A"/>
    <w:multiLevelType w:val="hybridMultilevel"/>
    <w:tmpl w:val="D71AB0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9BD19BE"/>
    <w:multiLevelType w:val="multilevel"/>
    <w:tmpl w:val="527A759A"/>
    <w:lvl w:ilvl="0">
      <w:start w:val="1"/>
      <w:numFmt w:val="decimal"/>
      <w:lvlText w:val="%1."/>
      <w:lvlJc w:val="left"/>
      <w:pPr>
        <w:ind w:left="720" w:hanging="360"/>
      </w:p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CB57DD0"/>
    <w:multiLevelType w:val="hybridMultilevel"/>
    <w:tmpl w:val="B7F0ED7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8" w15:restartNumberingAfterBreak="0">
    <w:nsid w:val="7FDC6B02"/>
    <w:multiLevelType w:val="hybridMultilevel"/>
    <w:tmpl w:val="0E2871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57961583">
    <w:abstractNumId w:val="8"/>
  </w:num>
  <w:num w:numId="2" w16cid:durableId="53116564">
    <w:abstractNumId w:val="6"/>
  </w:num>
  <w:num w:numId="3" w16cid:durableId="258876554">
    <w:abstractNumId w:val="5"/>
  </w:num>
  <w:num w:numId="4" w16cid:durableId="185488770">
    <w:abstractNumId w:val="4"/>
  </w:num>
  <w:num w:numId="5" w16cid:durableId="1899244821">
    <w:abstractNumId w:val="7"/>
  </w:num>
  <w:num w:numId="6" w16cid:durableId="674501845">
    <w:abstractNumId w:val="3"/>
  </w:num>
  <w:num w:numId="7" w16cid:durableId="262542153">
    <w:abstractNumId w:val="2"/>
  </w:num>
  <w:num w:numId="8" w16cid:durableId="390810013">
    <w:abstractNumId w:val="1"/>
  </w:num>
  <w:num w:numId="9" w16cid:durableId="1937208935">
    <w:abstractNumId w:val="0"/>
  </w:num>
  <w:num w:numId="10" w16cid:durableId="449204833">
    <w:abstractNumId w:val="11"/>
  </w:num>
  <w:num w:numId="11" w16cid:durableId="471093172">
    <w:abstractNumId w:val="38"/>
  </w:num>
  <w:num w:numId="12" w16cid:durableId="1306156564">
    <w:abstractNumId w:val="35"/>
  </w:num>
  <w:num w:numId="13" w16cid:durableId="306320488">
    <w:abstractNumId w:val="37"/>
  </w:num>
  <w:num w:numId="14" w16cid:durableId="1500196428">
    <w:abstractNumId w:val="12"/>
  </w:num>
  <w:num w:numId="15" w16cid:durableId="1176968275">
    <w:abstractNumId w:val="27"/>
  </w:num>
  <w:num w:numId="16" w16cid:durableId="350499788">
    <w:abstractNumId w:val="33"/>
  </w:num>
  <w:num w:numId="17" w16cid:durableId="902182684">
    <w:abstractNumId w:val="20"/>
  </w:num>
  <w:num w:numId="18" w16cid:durableId="1219786748">
    <w:abstractNumId w:val="21"/>
  </w:num>
  <w:num w:numId="19" w16cid:durableId="321931624">
    <w:abstractNumId w:val="13"/>
  </w:num>
  <w:num w:numId="20" w16cid:durableId="475496276">
    <w:abstractNumId w:val="17"/>
  </w:num>
  <w:num w:numId="21" w16cid:durableId="1421026775">
    <w:abstractNumId w:val="25"/>
  </w:num>
  <w:num w:numId="22" w16cid:durableId="196353384">
    <w:abstractNumId w:val="34"/>
  </w:num>
  <w:num w:numId="23" w16cid:durableId="1351224590">
    <w:abstractNumId w:val="28"/>
  </w:num>
  <w:num w:numId="24" w16cid:durableId="1597858762">
    <w:abstractNumId w:val="14"/>
  </w:num>
  <w:num w:numId="25" w16cid:durableId="1450127343">
    <w:abstractNumId w:val="18"/>
  </w:num>
  <w:num w:numId="26" w16cid:durableId="1726955262">
    <w:abstractNumId w:val="23"/>
  </w:num>
  <w:num w:numId="27" w16cid:durableId="578448266">
    <w:abstractNumId w:val="31"/>
  </w:num>
  <w:num w:numId="28" w16cid:durableId="67271643">
    <w:abstractNumId w:val="30"/>
  </w:num>
  <w:num w:numId="29" w16cid:durableId="1333727502">
    <w:abstractNumId w:val="15"/>
  </w:num>
  <w:num w:numId="30" w16cid:durableId="1186284845">
    <w:abstractNumId w:val="16"/>
  </w:num>
  <w:num w:numId="31" w16cid:durableId="669211809">
    <w:abstractNumId w:val="32"/>
  </w:num>
  <w:num w:numId="32" w16cid:durableId="32460377">
    <w:abstractNumId w:val="10"/>
  </w:num>
  <w:num w:numId="33" w16cid:durableId="543640959">
    <w:abstractNumId w:val="24"/>
  </w:num>
  <w:num w:numId="34" w16cid:durableId="1320035917">
    <w:abstractNumId w:val="9"/>
  </w:num>
  <w:num w:numId="35" w16cid:durableId="1014310362">
    <w:abstractNumId w:val="26"/>
  </w:num>
  <w:num w:numId="36" w16cid:durableId="1488980164">
    <w:abstractNumId w:val="36"/>
  </w:num>
  <w:num w:numId="37" w16cid:durableId="1542552242">
    <w:abstractNumId w:val="22"/>
  </w:num>
  <w:num w:numId="38" w16cid:durableId="1473131791">
    <w:abstractNumId w:val="19"/>
  </w:num>
  <w:num w:numId="39" w16cid:durableId="18672840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231"/>
    <w:rsid w:val="00034616"/>
    <w:rsid w:val="00044C65"/>
    <w:rsid w:val="0006063C"/>
    <w:rsid w:val="0007110D"/>
    <w:rsid w:val="0008547A"/>
    <w:rsid w:val="000B6B58"/>
    <w:rsid w:val="0015074B"/>
    <w:rsid w:val="00190BBF"/>
    <w:rsid w:val="001941A2"/>
    <w:rsid w:val="0025051D"/>
    <w:rsid w:val="00263EE2"/>
    <w:rsid w:val="0029639D"/>
    <w:rsid w:val="002E01F7"/>
    <w:rsid w:val="00326F90"/>
    <w:rsid w:val="00335E4C"/>
    <w:rsid w:val="00361813"/>
    <w:rsid w:val="00395BF0"/>
    <w:rsid w:val="004043DB"/>
    <w:rsid w:val="004B0DA1"/>
    <w:rsid w:val="00514281"/>
    <w:rsid w:val="00624776"/>
    <w:rsid w:val="006512E0"/>
    <w:rsid w:val="00672DD1"/>
    <w:rsid w:val="00753466"/>
    <w:rsid w:val="0076232A"/>
    <w:rsid w:val="007F2CA3"/>
    <w:rsid w:val="007F5EFF"/>
    <w:rsid w:val="008076EA"/>
    <w:rsid w:val="0084600A"/>
    <w:rsid w:val="00881A0F"/>
    <w:rsid w:val="008A2D77"/>
    <w:rsid w:val="008B0F54"/>
    <w:rsid w:val="009144C8"/>
    <w:rsid w:val="009326C3"/>
    <w:rsid w:val="00966FCD"/>
    <w:rsid w:val="009709A7"/>
    <w:rsid w:val="009C08F8"/>
    <w:rsid w:val="00A77E77"/>
    <w:rsid w:val="00A83541"/>
    <w:rsid w:val="00A97863"/>
    <w:rsid w:val="00AA1D8D"/>
    <w:rsid w:val="00B47730"/>
    <w:rsid w:val="00BB0D78"/>
    <w:rsid w:val="00BF4BC4"/>
    <w:rsid w:val="00C0167E"/>
    <w:rsid w:val="00CB0664"/>
    <w:rsid w:val="00CB3FD4"/>
    <w:rsid w:val="00CE0FFB"/>
    <w:rsid w:val="00CF1606"/>
    <w:rsid w:val="00D03C71"/>
    <w:rsid w:val="00D21A03"/>
    <w:rsid w:val="00D86C77"/>
    <w:rsid w:val="00DC646A"/>
    <w:rsid w:val="00DD1080"/>
    <w:rsid w:val="00EA0E48"/>
    <w:rsid w:val="00EB05C5"/>
    <w:rsid w:val="00F922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A36C7C"/>
  <w14:defaultImageDpi w14:val="300"/>
  <w15:docId w15:val="{C20FFA16-0E98-4EEB-B969-1139D7B5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E4C"/>
    <w:pPr>
      <w:spacing w:after="0" w:line="360" w:lineRule="auto"/>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8076EA"/>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35E4C"/>
    <w:pPr>
      <w:keepNext/>
      <w:keepLines/>
      <w:spacing w:before="200"/>
      <w:jc w:val="left"/>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35E4C"/>
    <w:pPr>
      <w:keepNext/>
      <w:keepLines/>
      <w:spacing w:before="200"/>
      <w:jc w:val="left"/>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076EA"/>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335E4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35E4C"/>
    <w:rPr>
      <w:rFonts w:ascii="Times New Roman" w:eastAsiaTheme="majorEastAsia" w:hAnsi="Times New Roman" w:cstheme="majorBidi"/>
      <w:b/>
      <w:bCs/>
      <w:sz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bTitle">
    <w:name w:val="BabTitle"/>
    <w:pPr>
      <w:spacing w:after="0" w:line="360" w:lineRule="auto"/>
      <w:jc w:val="center"/>
    </w:pPr>
    <w:rPr>
      <w:rFonts w:ascii="Times New Roman" w:eastAsia="Times New Roman" w:hAnsi="Times New Roman"/>
      <w:b/>
      <w:sz w:val="24"/>
    </w:rPr>
  </w:style>
  <w:style w:type="paragraph" w:customStyle="1" w:styleId="Subbab">
    <w:name w:val="Subbab"/>
    <w:pPr>
      <w:spacing w:after="0" w:line="360" w:lineRule="auto"/>
    </w:pPr>
    <w:rPr>
      <w:rFonts w:ascii="Times New Roman" w:eastAsia="Times New Roman" w:hAnsi="Times New Roman"/>
      <w:b/>
      <w:sz w:val="24"/>
    </w:rPr>
  </w:style>
  <w:style w:type="paragraph" w:customStyle="1" w:styleId="AnakSubbab">
    <w:name w:val="AnakSubbab"/>
    <w:pPr>
      <w:spacing w:after="0" w:line="360" w:lineRule="auto"/>
    </w:pPr>
    <w:rPr>
      <w:rFonts w:ascii="Times New Roman" w:eastAsia="Times New Roman" w:hAnsi="Times New Roman"/>
      <w:b/>
      <w:sz w:val="24"/>
    </w:rPr>
  </w:style>
  <w:style w:type="paragraph" w:customStyle="1" w:styleId="TemplateNote">
    <w:name w:val="TemplateNote"/>
    <w:pPr>
      <w:spacing w:after="120" w:line="360" w:lineRule="auto"/>
    </w:pPr>
    <w:rPr>
      <w:rFonts w:ascii="Times New Roman" w:eastAsia="Times New Roman" w:hAnsi="Times New Roman"/>
    </w:rPr>
  </w:style>
  <w:style w:type="table" w:styleId="PlainTable2">
    <w:name w:val="Plain Table 2"/>
    <w:basedOn w:val="TableNormal"/>
    <w:uiPriority w:val="99"/>
    <w:rsid w:val="007534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D03C71"/>
    <w:pPr>
      <w:spacing w:after="100"/>
    </w:pPr>
  </w:style>
  <w:style w:type="paragraph" w:styleId="TOC2">
    <w:name w:val="toc 2"/>
    <w:basedOn w:val="Normal"/>
    <w:next w:val="Normal"/>
    <w:autoRedefine/>
    <w:uiPriority w:val="39"/>
    <w:unhideWhenUsed/>
    <w:rsid w:val="00D03C71"/>
    <w:pPr>
      <w:spacing w:after="100"/>
      <w:ind w:left="240"/>
    </w:pPr>
  </w:style>
  <w:style w:type="paragraph" w:styleId="TOC3">
    <w:name w:val="toc 3"/>
    <w:basedOn w:val="Normal"/>
    <w:next w:val="Normal"/>
    <w:autoRedefine/>
    <w:uiPriority w:val="39"/>
    <w:unhideWhenUsed/>
    <w:rsid w:val="00D03C71"/>
    <w:pPr>
      <w:spacing w:after="100"/>
      <w:ind w:left="480"/>
    </w:pPr>
  </w:style>
  <w:style w:type="character" w:styleId="Hyperlink">
    <w:name w:val="Hyperlink"/>
    <w:basedOn w:val="DefaultParagraphFont"/>
    <w:uiPriority w:val="99"/>
    <w:unhideWhenUsed/>
    <w:rsid w:val="00D03C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26</Pages>
  <Words>6362</Words>
  <Characters>36268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Template Laporan Hasil PKL/Magang Fakultas Sains</vt:lpstr>
    </vt:vector>
  </TitlesOfParts>
  <Manager/>
  <Company/>
  <LinksUpToDate>false</LinksUpToDate>
  <CharactersWithSpaces>42545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Laporan Hasil PKL/Magang Fakultas Sains</dc:title>
  <dc:subject>Template laporan hasil PKL/Magang berdasarkan Pedoman PKL/Magang Fakultas Sains 2022</dc:subject>
  <dc:creator>OpenAI</dc:creator>
  <cp:keywords>PKL, Magang, Template Laporan, Fakultas Sains</cp:keywords>
  <dc:description>generated by python-docx</dc:description>
  <cp:lastModifiedBy>Rizky Teguh</cp:lastModifiedBy>
  <cp:revision>10</cp:revision>
  <dcterms:created xsi:type="dcterms:W3CDTF">2026-06-21T15:15:00Z</dcterms:created>
  <dcterms:modified xsi:type="dcterms:W3CDTF">2026-06-25T01:51:00Z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35957421-429b-3e83-b365-49f20f188c69</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18th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(author-date/Harvard)</vt:lpwstr>
  </property>
  <property fmtid="{D5CDD505-2E9C-101B-9397-08002B2CF9AE}" pid="19" name="Mendeley Recent Style Id 7_1">
    <vt:lpwstr>http://www.zotero.org/styles/ieee</vt:lpwstr>
  </property>
  <property fmtid="{D5CDD505-2E9C-101B-9397-08002B2CF9AE}" pid="20" name="Mendeley Recent Style Name 7_1">
    <vt:lpwstr>IEEE Reference Guide version 11.29.2023</vt:lpwstr>
  </property>
  <property fmtid="{D5CDD505-2E9C-101B-9397-08002B2CF9AE}" pid="21" name="Mendeley Recent Style Id 8_1">
    <vt:lpwstr>http://www.zotero.org/styles/modern-language-association</vt:lpwstr>
  </property>
  <property fmtid="{D5CDD505-2E9C-101B-9397-08002B2CF9AE}" pid="22" name="Mendeley Recent Style Name 8_1">
    <vt:lpwstr>MLA Handbook 9th edition (in-text citations)</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