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38A26C" w14:textId="77777777" w:rsidR="006512E0" w:rsidRDefault="00E246F0" w:rsidP="009144C8">
      <w:pPr>
        <w:jc w:val="center"/>
      </w:pPr>
      <w:r>
        <w:rPr>
          <w:b/>
          <w:sz w:val="28"/>
        </w:rPr>
        <w:t>LAPORAN HASIL PELAKSANAAN PKL/MAGANG</w:t>
      </w:r>
    </w:p>
    <w:p w14:paraId="57F6B551" w14:textId="3BCC6CF8" w:rsidR="006512E0" w:rsidRPr="009326C3" w:rsidRDefault="00D21A03" w:rsidP="009326C3">
      <w:pPr>
        <w:jc w:val="center"/>
        <w:rPr>
          <w:bCs/>
          <w:i/>
          <w:iCs/>
          <w:color w:val="DDD9C3" w:themeColor="background2" w:themeShade="E6"/>
        </w:rPr>
      </w:pPr>
      <w:r w:rsidRPr="00D21A03">
        <w:rPr>
          <w:b/>
          <w:sz w:val="28"/>
        </w:rPr>
        <w:t>RANCANG BANGUN SISTEM AKSES RUANGAN BERBASIS RFID DENGAN SOLENOID DOOR LOCK MENGGUNAKAN ARDUINO UNO</w:t>
      </w:r>
    </w:p>
    <w:p w14:paraId="2E96B799" w14:textId="77777777" w:rsidR="006512E0" w:rsidRDefault="00E246F0">
      <w:pPr>
        <w:jc w:val="center"/>
      </w:pPr>
      <w:proofErr w:type="spellStart"/>
      <w:r>
        <w:t>Disusun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memenuhi</w:t>
      </w:r>
      <w:proofErr w:type="spellEnd"/>
      <w:r>
        <w:t xml:space="preserve"> salah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syarat</w:t>
      </w:r>
      <w:proofErr w:type="spellEnd"/>
      <w:r>
        <w:t xml:space="preserve"> </w:t>
      </w:r>
      <w:proofErr w:type="spellStart"/>
      <w:r>
        <w:t>pelaksanaan</w:t>
      </w:r>
      <w:proofErr w:type="spellEnd"/>
      <w:r>
        <w:t xml:space="preserve"> PKL/</w:t>
      </w:r>
      <w:proofErr w:type="spellStart"/>
      <w:r>
        <w:t>Magang</w:t>
      </w:r>
      <w:proofErr w:type="spellEnd"/>
    </w:p>
    <w:p w14:paraId="670E33E2" w14:textId="3C7941B7" w:rsidR="006512E0" w:rsidRDefault="00E246F0">
      <w:pPr>
        <w:jc w:val="center"/>
      </w:pPr>
      <w:r>
        <w:t xml:space="preserve">pada Program Studi </w:t>
      </w:r>
      <w:proofErr w:type="spellStart"/>
      <w:r w:rsidR="009144C8">
        <w:t>Informatika</w:t>
      </w:r>
      <w:proofErr w:type="spellEnd"/>
    </w:p>
    <w:p w14:paraId="4C88205F" w14:textId="77777777" w:rsidR="006512E0" w:rsidRDefault="006512E0"/>
    <w:p w14:paraId="60C00413" w14:textId="31AE2C40" w:rsidR="009326C3" w:rsidRDefault="009326C3">
      <w:r>
        <w:rPr>
          <w:noProof/>
        </w:rPr>
        <w:drawing>
          <wp:anchor distT="0" distB="0" distL="114300" distR="114300" simplePos="0" relativeHeight="251657216" behindDoc="0" locked="0" layoutInCell="1" allowOverlap="1" wp14:anchorId="65B3B92B" wp14:editId="692D92C8">
            <wp:simplePos x="0" y="0"/>
            <wp:positionH relativeFrom="column">
              <wp:posOffset>1302990</wp:posOffset>
            </wp:positionH>
            <wp:positionV relativeFrom="paragraph">
              <wp:posOffset>105853</wp:posOffset>
            </wp:positionV>
            <wp:extent cx="2413590" cy="2867905"/>
            <wp:effectExtent l="0" t="0" r="6350" b="8890"/>
            <wp:wrapNone/>
            <wp:docPr id="7527628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2762818" name="Picture 75276281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13590" cy="2867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F6F68D" w14:textId="6FABECF3" w:rsidR="009326C3" w:rsidRDefault="009326C3"/>
    <w:p w14:paraId="00CC22EC" w14:textId="778764F5" w:rsidR="009326C3" w:rsidRDefault="009326C3"/>
    <w:p w14:paraId="4F07C418" w14:textId="77777777" w:rsidR="009326C3" w:rsidRDefault="009326C3"/>
    <w:p w14:paraId="16191AD3" w14:textId="77777777" w:rsidR="009326C3" w:rsidRDefault="009326C3"/>
    <w:p w14:paraId="1D4EC749" w14:textId="77777777" w:rsidR="006512E0" w:rsidRDefault="006512E0"/>
    <w:p w14:paraId="22FBA306" w14:textId="77777777" w:rsidR="009326C3" w:rsidRDefault="009326C3"/>
    <w:p w14:paraId="5037E8E2" w14:textId="77777777" w:rsidR="009326C3" w:rsidRDefault="009326C3"/>
    <w:p w14:paraId="4563A802" w14:textId="77777777" w:rsidR="009326C3" w:rsidRDefault="009326C3"/>
    <w:p w14:paraId="45F74353" w14:textId="77777777" w:rsidR="009326C3" w:rsidRDefault="009326C3"/>
    <w:p w14:paraId="2F0388BA" w14:textId="77777777" w:rsidR="009326C3" w:rsidRDefault="009326C3"/>
    <w:p w14:paraId="01C7E81B" w14:textId="77777777" w:rsidR="009326C3" w:rsidRDefault="009326C3"/>
    <w:p w14:paraId="2A44F49F" w14:textId="77777777" w:rsidR="009326C3" w:rsidRDefault="009326C3"/>
    <w:p w14:paraId="72400F23" w14:textId="77777777" w:rsidR="006512E0" w:rsidRDefault="00E246F0">
      <w:pPr>
        <w:jc w:val="center"/>
      </w:pPr>
      <w:proofErr w:type="spellStart"/>
      <w:r>
        <w:t>Disusun</w:t>
      </w:r>
      <w:proofErr w:type="spellEnd"/>
      <w:r>
        <w:t xml:space="preserve"> oleh:</w:t>
      </w:r>
    </w:p>
    <w:p w14:paraId="1E91A6D5" w14:textId="407C6783" w:rsidR="006512E0" w:rsidRDefault="00E246F0">
      <w:pPr>
        <w:jc w:val="center"/>
      </w:pPr>
      <w:proofErr w:type="gramStart"/>
      <w:r>
        <w:t>Nama :</w:t>
      </w:r>
      <w:proofErr w:type="gramEnd"/>
      <w:r>
        <w:t xml:space="preserve"> </w:t>
      </w:r>
      <w:r w:rsidR="00D21A03">
        <w:t>Rizky Teguh Nurhilmanny</w:t>
      </w:r>
    </w:p>
    <w:p w14:paraId="54B9E942" w14:textId="3EA97ACA" w:rsidR="006512E0" w:rsidRDefault="00E246F0">
      <w:pPr>
        <w:jc w:val="center"/>
      </w:pPr>
      <w:proofErr w:type="gramStart"/>
      <w:r>
        <w:t>NIM :</w:t>
      </w:r>
      <w:proofErr w:type="gramEnd"/>
      <w:r>
        <w:t xml:space="preserve"> </w:t>
      </w:r>
      <w:r w:rsidR="00D21A03">
        <w:t>2317</w:t>
      </w:r>
      <w:r w:rsidR="00A539CF">
        <w:t>3</w:t>
      </w:r>
      <w:r w:rsidR="00D21A03">
        <w:t>0050</w:t>
      </w:r>
    </w:p>
    <w:p w14:paraId="1D0BEA39" w14:textId="77777777" w:rsidR="006512E0" w:rsidRDefault="006512E0"/>
    <w:p w14:paraId="6D2548B9" w14:textId="77777777" w:rsidR="006512E0" w:rsidRDefault="006512E0"/>
    <w:p w14:paraId="4A63CE01" w14:textId="7140869F" w:rsidR="006512E0" w:rsidRPr="00DC646A" w:rsidRDefault="00E246F0" w:rsidP="00DC646A">
      <w:pPr>
        <w:spacing w:line="276" w:lineRule="auto"/>
        <w:jc w:val="center"/>
        <w:rPr>
          <w:sz w:val="28"/>
          <w:szCs w:val="24"/>
        </w:rPr>
      </w:pPr>
      <w:r w:rsidRPr="00DC646A">
        <w:rPr>
          <w:b/>
          <w:sz w:val="28"/>
          <w:szCs w:val="24"/>
        </w:rPr>
        <w:t xml:space="preserve">PROGRAM STUDI </w:t>
      </w:r>
      <w:r w:rsidR="0007110D" w:rsidRPr="00DC646A">
        <w:rPr>
          <w:b/>
          <w:sz w:val="28"/>
          <w:szCs w:val="24"/>
        </w:rPr>
        <w:t>INFORMATIKA</w:t>
      </w:r>
    </w:p>
    <w:p w14:paraId="71E2CC4F" w14:textId="2AE8B31D" w:rsidR="006512E0" w:rsidRPr="00DC646A" w:rsidRDefault="00E246F0" w:rsidP="00DC646A">
      <w:pPr>
        <w:spacing w:line="276" w:lineRule="auto"/>
        <w:jc w:val="center"/>
        <w:rPr>
          <w:sz w:val="28"/>
          <w:szCs w:val="24"/>
        </w:rPr>
      </w:pPr>
      <w:r w:rsidRPr="00DC646A">
        <w:rPr>
          <w:b/>
          <w:sz w:val="28"/>
          <w:szCs w:val="24"/>
        </w:rPr>
        <w:t>FAKULTAS SAIN</w:t>
      </w:r>
      <w:r w:rsidR="0007110D" w:rsidRPr="00DC646A">
        <w:rPr>
          <w:b/>
          <w:sz w:val="28"/>
          <w:szCs w:val="24"/>
        </w:rPr>
        <w:t>S DAN TEKNOLOGI</w:t>
      </w:r>
    </w:p>
    <w:p w14:paraId="24C4EBA3" w14:textId="77777777" w:rsidR="006512E0" w:rsidRPr="00DC646A" w:rsidRDefault="00E246F0" w:rsidP="00DC646A">
      <w:pPr>
        <w:spacing w:line="276" w:lineRule="auto"/>
        <w:jc w:val="center"/>
        <w:rPr>
          <w:sz w:val="28"/>
          <w:szCs w:val="24"/>
        </w:rPr>
      </w:pPr>
      <w:r w:rsidRPr="00DC646A">
        <w:rPr>
          <w:b/>
          <w:sz w:val="28"/>
          <w:szCs w:val="24"/>
        </w:rPr>
        <w:t>UNIVERSITAS ISLAM NEGERI</w:t>
      </w:r>
    </w:p>
    <w:p w14:paraId="31908649" w14:textId="77777777" w:rsidR="006512E0" w:rsidRPr="00DC646A" w:rsidRDefault="00E246F0" w:rsidP="00DC646A">
      <w:pPr>
        <w:spacing w:line="276" w:lineRule="auto"/>
        <w:jc w:val="center"/>
        <w:rPr>
          <w:sz w:val="28"/>
          <w:szCs w:val="24"/>
        </w:rPr>
      </w:pPr>
      <w:r w:rsidRPr="00DC646A">
        <w:rPr>
          <w:b/>
          <w:sz w:val="28"/>
          <w:szCs w:val="24"/>
        </w:rPr>
        <w:t>SULTAN MAULANA HASANUDDIN BANTEN</w:t>
      </w:r>
    </w:p>
    <w:p w14:paraId="462FFE33" w14:textId="77777777" w:rsidR="00D03C71" w:rsidRDefault="0007110D" w:rsidP="00DC646A">
      <w:pPr>
        <w:spacing w:line="276" w:lineRule="auto"/>
        <w:jc w:val="center"/>
        <w:rPr>
          <w:b/>
          <w:sz w:val="28"/>
          <w:szCs w:val="24"/>
        </w:rPr>
        <w:sectPr w:rsidR="00D03C71" w:rsidSect="00D03C71">
          <w:footerReference w:type="default" r:id="rId9"/>
          <w:pgSz w:w="11906" w:h="16838"/>
          <w:pgMar w:top="2268" w:right="1701" w:bottom="1620" w:left="2268" w:header="850" w:footer="850" w:gutter="0"/>
          <w:pgNumType w:start="1"/>
          <w:cols w:space="720"/>
          <w:titlePg/>
          <w:docGrid w:linePitch="360"/>
        </w:sectPr>
      </w:pPr>
      <w:r w:rsidRPr="00DC646A">
        <w:rPr>
          <w:b/>
          <w:sz w:val="28"/>
          <w:szCs w:val="24"/>
        </w:rPr>
        <w:t>2026</w:t>
      </w:r>
    </w:p>
    <w:p w14:paraId="5EE093E6" w14:textId="0C56F88A" w:rsidR="006512E0" w:rsidRDefault="00E246F0" w:rsidP="00D03C71">
      <w:pPr>
        <w:pStyle w:val="Heading1"/>
      </w:pPr>
      <w:bookmarkStart w:id="0" w:name="_Toc233318686"/>
      <w:r>
        <w:lastRenderedPageBreak/>
        <w:t>HALAMAN PENGESAHAN</w:t>
      </w:r>
      <w:bookmarkEnd w:id="0"/>
    </w:p>
    <w:p w14:paraId="6896CDAC" w14:textId="77777777" w:rsidR="006512E0" w:rsidRDefault="006512E0"/>
    <w:p w14:paraId="7C5D27A2" w14:textId="77777777" w:rsidR="006512E0" w:rsidRDefault="00E246F0">
      <w:pPr>
        <w:ind w:firstLine="567"/>
      </w:pPr>
      <w:proofErr w:type="spellStart"/>
      <w:r>
        <w:t>Laporan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pelaksanaan</w:t>
      </w:r>
      <w:proofErr w:type="spellEnd"/>
      <w:r>
        <w:t xml:space="preserve"> PKL/</w:t>
      </w:r>
      <w:proofErr w:type="spellStart"/>
      <w:r>
        <w:t>Magang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disusun</w:t>
      </w:r>
      <w:proofErr w:type="spellEnd"/>
      <w:r>
        <w:t xml:space="preserve"> oleh:</w:t>
      </w:r>
    </w:p>
    <w:tbl>
      <w:tblPr>
        <w:tblW w:w="8748" w:type="dxa"/>
        <w:tblLook w:val="04A0" w:firstRow="1" w:lastRow="0" w:firstColumn="1" w:lastColumn="0" w:noHBand="0" w:noVBand="1"/>
      </w:tblPr>
      <w:tblGrid>
        <w:gridCol w:w="2358"/>
        <w:gridCol w:w="285"/>
        <w:gridCol w:w="6105"/>
      </w:tblGrid>
      <w:tr w:rsidR="006512E0" w14:paraId="19AD79D5" w14:textId="77777777" w:rsidTr="00D21A03">
        <w:tc>
          <w:tcPr>
            <w:tcW w:w="2358" w:type="dxa"/>
          </w:tcPr>
          <w:p w14:paraId="1CC65E20" w14:textId="77777777" w:rsidR="006512E0" w:rsidRDefault="00E246F0" w:rsidP="0007110D">
            <w:r>
              <w:t>Nama</w:t>
            </w:r>
          </w:p>
        </w:tc>
        <w:tc>
          <w:tcPr>
            <w:tcW w:w="285" w:type="dxa"/>
          </w:tcPr>
          <w:p w14:paraId="0115B73D" w14:textId="77777777" w:rsidR="006512E0" w:rsidRDefault="00E246F0" w:rsidP="0007110D">
            <w:r>
              <w:t>:</w:t>
            </w:r>
          </w:p>
        </w:tc>
        <w:tc>
          <w:tcPr>
            <w:tcW w:w="6105" w:type="dxa"/>
          </w:tcPr>
          <w:p w14:paraId="392348D2" w14:textId="7691BBA1" w:rsidR="006512E0" w:rsidRDefault="00D21A03" w:rsidP="0007110D">
            <w:r w:rsidRPr="00D21A03">
              <w:t>Rizky Teguh Nurhilmanny</w:t>
            </w:r>
          </w:p>
        </w:tc>
      </w:tr>
      <w:tr w:rsidR="006512E0" w14:paraId="2DD0DC30" w14:textId="77777777" w:rsidTr="00D21A03">
        <w:tc>
          <w:tcPr>
            <w:tcW w:w="2358" w:type="dxa"/>
          </w:tcPr>
          <w:p w14:paraId="2F27A1A5" w14:textId="77777777" w:rsidR="006512E0" w:rsidRDefault="00E246F0" w:rsidP="0007110D">
            <w:r>
              <w:t>NIM</w:t>
            </w:r>
          </w:p>
        </w:tc>
        <w:tc>
          <w:tcPr>
            <w:tcW w:w="285" w:type="dxa"/>
          </w:tcPr>
          <w:p w14:paraId="1E70F270" w14:textId="77777777" w:rsidR="006512E0" w:rsidRDefault="00E246F0" w:rsidP="0007110D">
            <w:r>
              <w:t>:</w:t>
            </w:r>
          </w:p>
        </w:tc>
        <w:tc>
          <w:tcPr>
            <w:tcW w:w="6105" w:type="dxa"/>
          </w:tcPr>
          <w:p w14:paraId="6E116EB4" w14:textId="40FB602D" w:rsidR="006512E0" w:rsidRDefault="00D21A03" w:rsidP="0007110D">
            <w:r w:rsidRPr="00D21A03">
              <w:t>2317</w:t>
            </w:r>
            <w:r w:rsidR="0022753C">
              <w:t>3</w:t>
            </w:r>
            <w:r w:rsidRPr="00D21A03">
              <w:t>0050</w:t>
            </w:r>
          </w:p>
        </w:tc>
      </w:tr>
      <w:tr w:rsidR="006512E0" w14:paraId="62942D38" w14:textId="77777777" w:rsidTr="00D21A03">
        <w:tc>
          <w:tcPr>
            <w:tcW w:w="2358" w:type="dxa"/>
          </w:tcPr>
          <w:p w14:paraId="409BED63" w14:textId="77777777" w:rsidR="006512E0" w:rsidRDefault="00E246F0" w:rsidP="0007110D">
            <w:r>
              <w:t>Program Studi</w:t>
            </w:r>
          </w:p>
        </w:tc>
        <w:tc>
          <w:tcPr>
            <w:tcW w:w="285" w:type="dxa"/>
          </w:tcPr>
          <w:p w14:paraId="38EEC189" w14:textId="77777777" w:rsidR="006512E0" w:rsidRDefault="00E246F0" w:rsidP="0007110D">
            <w:r>
              <w:t>:</w:t>
            </w:r>
          </w:p>
        </w:tc>
        <w:tc>
          <w:tcPr>
            <w:tcW w:w="6105" w:type="dxa"/>
          </w:tcPr>
          <w:p w14:paraId="3A83850E" w14:textId="2F3A840A" w:rsidR="006512E0" w:rsidRDefault="0007110D" w:rsidP="0007110D">
            <w:proofErr w:type="spellStart"/>
            <w:r>
              <w:t>Informatika</w:t>
            </w:r>
            <w:proofErr w:type="spellEnd"/>
          </w:p>
        </w:tc>
      </w:tr>
      <w:tr w:rsidR="006512E0" w14:paraId="16753575" w14:textId="77777777" w:rsidTr="00D21A03">
        <w:tc>
          <w:tcPr>
            <w:tcW w:w="2358" w:type="dxa"/>
          </w:tcPr>
          <w:p w14:paraId="6997B3F4" w14:textId="77777777" w:rsidR="006512E0" w:rsidRDefault="00E246F0" w:rsidP="0007110D">
            <w:proofErr w:type="spellStart"/>
            <w:r>
              <w:t>Judul</w:t>
            </w:r>
            <w:proofErr w:type="spellEnd"/>
            <w:r>
              <w:t xml:space="preserve"> PKL/</w:t>
            </w:r>
            <w:proofErr w:type="spellStart"/>
            <w:r>
              <w:t>Magang</w:t>
            </w:r>
            <w:proofErr w:type="spellEnd"/>
          </w:p>
        </w:tc>
        <w:tc>
          <w:tcPr>
            <w:tcW w:w="285" w:type="dxa"/>
          </w:tcPr>
          <w:p w14:paraId="7BDF8615" w14:textId="77777777" w:rsidR="006512E0" w:rsidRDefault="00E246F0" w:rsidP="0007110D">
            <w:r>
              <w:t>:</w:t>
            </w:r>
          </w:p>
        </w:tc>
        <w:tc>
          <w:tcPr>
            <w:tcW w:w="6105" w:type="dxa"/>
          </w:tcPr>
          <w:p w14:paraId="4927C9CA" w14:textId="2D098319" w:rsidR="006512E0" w:rsidRDefault="00D21A03" w:rsidP="0007110D">
            <w:r w:rsidRPr="00D21A03">
              <w:t>RANCANG BANGUN SISTEM AKSES RUANGAN BERBASIS RFID DENGAN SOLENOID DOOR LOCK MENGGUNAKAN ARDUINO UNO</w:t>
            </w:r>
          </w:p>
        </w:tc>
      </w:tr>
      <w:tr w:rsidR="006512E0" w14:paraId="07AB4F1B" w14:textId="77777777" w:rsidTr="00D21A03">
        <w:tc>
          <w:tcPr>
            <w:tcW w:w="2358" w:type="dxa"/>
          </w:tcPr>
          <w:p w14:paraId="299092A3" w14:textId="77777777" w:rsidR="006512E0" w:rsidRDefault="00E246F0" w:rsidP="0007110D">
            <w:proofErr w:type="spellStart"/>
            <w:r>
              <w:t>Tempat</w:t>
            </w:r>
            <w:proofErr w:type="spellEnd"/>
            <w:r>
              <w:t xml:space="preserve"> PKL/</w:t>
            </w:r>
            <w:proofErr w:type="spellStart"/>
            <w:r>
              <w:t>Magang</w:t>
            </w:r>
            <w:proofErr w:type="spellEnd"/>
          </w:p>
        </w:tc>
        <w:tc>
          <w:tcPr>
            <w:tcW w:w="285" w:type="dxa"/>
          </w:tcPr>
          <w:p w14:paraId="2A56357B" w14:textId="77777777" w:rsidR="006512E0" w:rsidRDefault="00E246F0" w:rsidP="0007110D">
            <w:r>
              <w:t>:</w:t>
            </w:r>
          </w:p>
        </w:tc>
        <w:tc>
          <w:tcPr>
            <w:tcW w:w="6105" w:type="dxa"/>
          </w:tcPr>
          <w:p w14:paraId="484E8759" w14:textId="433E9A4A" w:rsidR="006512E0" w:rsidRDefault="00D21A03" w:rsidP="0007110D">
            <w:r>
              <w:t xml:space="preserve">Dinas </w:t>
            </w:r>
            <w:proofErr w:type="spellStart"/>
            <w:r>
              <w:t>Komunikasi</w:t>
            </w:r>
            <w:proofErr w:type="spellEnd"/>
            <w:r>
              <w:t xml:space="preserve"> dan </w:t>
            </w:r>
            <w:proofErr w:type="spellStart"/>
            <w:r>
              <w:t>Informatika</w:t>
            </w:r>
            <w:proofErr w:type="spellEnd"/>
            <w:r>
              <w:t xml:space="preserve"> </w:t>
            </w:r>
            <w:proofErr w:type="spellStart"/>
            <w:r>
              <w:t>Kabupaten</w:t>
            </w:r>
            <w:proofErr w:type="spellEnd"/>
            <w:r>
              <w:t xml:space="preserve"> Tangerang</w:t>
            </w:r>
          </w:p>
        </w:tc>
      </w:tr>
      <w:tr w:rsidR="006512E0" w14:paraId="468E19C6" w14:textId="77777777" w:rsidTr="00D21A03">
        <w:tc>
          <w:tcPr>
            <w:tcW w:w="2358" w:type="dxa"/>
          </w:tcPr>
          <w:p w14:paraId="52067641" w14:textId="77777777" w:rsidR="006512E0" w:rsidRDefault="00E246F0" w:rsidP="0007110D">
            <w:r>
              <w:t xml:space="preserve">Waktu </w:t>
            </w:r>
            <w:proofErr w:type="spellStart"/>
            <w:r>
              <w:t>Pelaksanaan</w:t>
            </w:r>
            <w:proofErr w:type="spellEnd"/>
          </w:p>
        </w:tc>
        <w:tc>
          <w:tcPr>
            <w:tcW w:w="285" w:type="dxa"/>
          </w:tcPr>
          <w:p w14:paraId="5CF38556" w14:textId="77777777" w:rsidR="006512E0" w:rsidRDefault="00E246F0" w:rsidP="0007110D">
            <w:r>
              <w:t>:</w:t>
            </w:r>
          </w:p>
        </w:tc>
        <w:tc>
          <w:tcPr>
            <w:tcW w:w="6105" w:type="dxa"/>
          </w:tcPr>
          <w:p w14:paraId="054F1966" w14:textId="206C1DD8" w:rsidR="006512E0" w:rsidRDefault="008076EA" w:rsidP="0007110D">
            <w:r w:rsidRPr="008076EA">
              <w:t xml:space="preserve">20 </w:t>
            </w:r>
            <w:proofErr w:type="spellStart"/>
            <w:r w:rsidRPr="008076EA">
              <w:t>Februari</w:t>
            </w:r>
            <w:proofErr w:type="spellEnd"/>
            <w:r>
              <w:t xml:space="preserve"> 2026 </w:t>
            </w:r>
            <w:proofErr w:type="spellStart"/>
            <w:r w:rsidRPr="00D21A03">
              <w:t>sampai</w:t>
            </w:r>
            <w:proofErr w:type="spellEnd"/>
            <w:r w:rsidRPr="00D21A03">
              <w:t xml:space="preserve"> </w:t>
            </w:r>
            <w:r>
              <w:t>20 Juli 2026</w:t>
            </w:r>
          </w:p>
        </w:tc>
      </w:tr>
    </w:tbl>
    <w:p w14:paraId="547F91DA" w14:textId="77777777" w:rsidR="006512E0" w:rsidRDefault="006512E0"/>
    <w:p w14:paraId="3D0B38A1" w14:textId="77777777" w:rsidR="006512E0" w:rsidRDefault="00E246F0">
      <w:pPr>
        <w:ind w:firstLine="567"/>
      </w:pPr>
      <w:proofErr w:type="spellStart"/>
      <w:r>
        <w:t>Laporan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diperiksa</w:t>
      </w:r>
      <w:proofErr w:type="spellEnd"/>
      <w:r>
        <w:t xml:space="preserve"> dan </w:t>
      </w:r>
      <w:proofErr w:type="spellStart"/>
      <w:r>
        <w:t>disahkan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laporan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pelaksanaan</w:t>
      </w:r>
      <w:proofErr w:type="spellEnd"/>
      <w:r>
        <w:t xml:space="preserve"> PKL/</w:t>
      </w:r>
      <w:proofErr w:type="spellStart"/>
      <w:r>
        <w:t>Magang</w:t>
      </w:r>
      <w:proofErr w:type="spellEnd"/>
      <w:r>
        <w:t>.</w:t>
      </w:r>
    </w:p>
    <w:p w14:paraId="7288498F" w14:textId="77777777" w:rsidR="006512E0" w:rsidRDefault="006512E0"/>
    <w:p w14:paraId="717AE151" w14:textId="28505D7A" w:rsidR="006512E0" w:rsidRDefault="00D21A03">
      <w:pPr>
        <w:jc w:val="center"/>
      </w:pPr>
      <w:proofErr w:type="spellStart"/>
      <w:r>
        <w:t>Serang</w:t>
      </w:r>
      <w:proofErr w:type="spellEnd"/>
      <w:r>
        <w:t>, 22 Juni 2026</w:t>
      </w:r>
    </w:p>
    <w:p w14:paraId="1222CFB3" w14:textId="77777777" w:rsidR="006512E0" w:rsidRDefault="006512E0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968"/>
        <w:gridCol w:w="3968"/>
      </w:tblGrid>
      <w:tr w:rsidR="006512E0" w14:paraId="25F402D0" w14:textId="77777777">
        <w:trPr>
          <w:jc w:val="center"/>
        </w:trPr>
        <w:tc>
          <w:tcPr>
            <w:tcW w:w="3968" w:type="dxa"/>
          </w:tcPr>
          <w:p w14:paraId="5C86AF76" w14:textId="77777777" w:rsidR="006512E0" w:rsidRDefault="00E246F0">
            <w:pPr>
              <w:jc w:val="center"/>
            </w:pPr>
            <w:r>
              <w:t xml:space="preserve">Dosen </w:t>
            </w:r>
            <w:proofErr w:type="spellStart"/>
            <w:r>
              <w:t>Pembimbing</w:t>
            </w:r>
            <w:proofErr w:type="spellEnd"/>
            <w:r>
              <w:t xml:space="preserve"> PKL/</w:t>
            </w:r>
            <w:proofErr w:type="spellStart"/>
            <w:r>
              <w:t>Magang</w:t>
            </w:r>
            <w:proofErr w:type="spellEnd"/>
            <w:r>
              <w:t>,</w:t>
            </w:r>
          </w:p>
        </w:tc>
        <w:tc>
          <w:tcPr>
            <w:tcW w:w="3968" w:type="dxa"/>
          </w:tcPr>
          <w:p w14:paraId="36062CDE" w14:textId="77777777" w:rsidR="006512E0" w:rsidRDefault="00E246F0">
            <w:pPr>
              <w:jc w:val="center"/>
            </w:pPr>
            <w:proofErr w:type="spellStart"/>
            <w:r>
              <w:t>Pembimbing</w:t>
            </w:r>
            <w:proofErr w:type="spellEnd"/>
            <w:r>
              <w:t xml:space="preserve"> Lapangan,</w:t>
            </w:r>
          </w:p>
        </w:tc>
      </w:tr>
      <w:tr w:rsidR="006512E0" w14:paraId="677767F7" w14:textId="77777777">
        <w:trPr>
          <w:trHeight w:val="1247"/>
          <w:jc w:val="center"/>
        </w:trPr>
        <w:tc>
          <w:tcPr>
            <w:tcW w:w="3968" w:type="dxa"/>
          </w:tcPr>
          <w:p w14:paraId="1D1CA7F4" w14:textId="77777777" w:rsidR="006512E0" w:rsidRDefault="006512E0">
            <w:pPr>
              <w:jc w:val="center"/>
            </w:pPr>
          </w:p>
        </w:tc>
        <w:tc>
          <w:tcPr>
            <w:tcW w:w="3968" w:type="dxa"/>
          </w:tcPr>
          <w:p w14:paraId="6F63EC91" w14:textId="77777777" w:rsidR="006512E0" w:rsidRDefault="006512E0">
            <w:pPr>
              <w:jc w:val="center"/>
            </w:pPr>
          </w:p>
        </w:tc>
      </w:tr>
      <w:tr w:rsidR="006512E0" w14:paraId="2782FDCC" w14:textId="77777777">
        <w:trPr>
          <w:jc w:val="center"/>
        </w:trPr>
        <w:tc>
          <w:tcPr>
            <w:tcW w:w="3968" w:type="dxa"/>
          </w:tcPr>
          <w:p w14:paraId="6ADC6125" w14:textId="06DFCEC0" w:rsidR="006512E0" w:rsidRDefault="00EB05C5">
            <w:pPr>
              <w:jc w:val="center"/>
            </w:pPr>
            <w:r w:rsidRPr="00EB05C5">
              <w:rPr>
                <w:b/>
                <w:bCs/>
              </w:rPr>
              <w:t xml:space="preserve">Reza Syafrizal, </w:t>
            </w:r>
            <w:proofErr w:type="spellStart"/>
            <w:proofErr w:type="gramStart"/>
            <w:r w:rsidRPr="00EB05C5">
              <w:rPr>
                <w:b/>
                <w:bCs/>
              </w:rPr>
              <w:t>M.Kom</w:t>
            </w:r>
            <w:proofErr w:type="spellEnd"/>
            <w:proofErr w:type="gramEnd"/>
            <w:r w:rsidRPr="00EB05C5">
              <w:rPr>
                <w:b/>
                <w:bCs/>
              </w:rPr>
              <w:t>.</w:t>
            </w:r>
          </w:p>
        </w:tc>
        <w:tc>
          <w:tcPr>
            <w:tcW w:w="3968" w:type="dxa"/>
          </w:tcPr>
          <w:p w14:paraId="2387B04B" w14:textId="40FF47C6" w:rsidR="006512E0" w:rsidRDefault="008076EA">
            <w:pPr>
              <w:jc w:val="center"/>
            </w:pPr>
            <w:r w:rsidRPr="008076EA">
              <w:t xml:space="preserve">Budi Kurniawan, </w:t>
            </w:r>
            <w:proofErr w:type="gramStart"/>
            <w:r w:rsidRPr="008076EA">
              <w:t>S</w:t>
            </w:r>
            <w:r>
              <w:t>.</w:t>
            </w:r>
            <w:r w:rsidRPr="008076EA">
              <w:t>T</w:t>
            </w:r>
            <w:proofErr w:type="gramEnd"/>
          </w:p>
        </w:tc>
      </w:tr>
      <w:tr w:rsidR="006512E0" w14:paraId="3F70B5E3" w14:textId="77777777">
        <w:trPr>
          <w:jc w:val="center"/>
        </w:trPr>
        <w:tc>
          <w:tcPr>
            <w:tcW w:w="3968" w:type="dxa"/>
          </w:tcPr>
          <w:p w14:paraId="674F38B3" w14:textId="28DB291E" w:rsidR="006512E0" w:rsidRDefault="00E246F0">
            <w:pPr>
              <w:jc w:val="center"/>
            </w:pPr>
            <w:r>
              <w:t xml:space="preserve">NIP/NIDN. </w:t>
            </w:r>
            <w:r w:rsidR="00EA0E48" w:rsidRPr="00EA0E48">
              <w:t>198503242019031005</w:t>
            </w:r>
          </w:p>
        </w:tc>
        <w:tc>
          <w:tcPr>
            <w:tcW w:w="3968" w:type="dxa"/>
          </w:tcPr>
          <w:p w14:paraId="653F10B4" w14:textId="040D0AB2" w:rsidR="006512E0" w:rsidRDefault="00EB05C5">
            <w:pPr>
              <w:jc w:val="center"/>
            </w:pPr>
            <w:proofErr w:type="spellStart"/>
            <w:r>
              <w:t>Penata</w:t>
            </w:r>
            <w:proofErr w:type="spellEnd"/>
            <w:r>
              <w:t xml:space="preserve"> Kelola </w:t>
            </w:r>
            <w:proofErr w:type="spellStart"/>
            <w:r>
              <w:t>Sistem</w:t>
            </w:r>
            <w:proofErr w:type="spellEnd"/>
            <w:r>
              <w:t xml:space="preserve"> dan </w:t>
            </w:r>
            <w:proofErr w:type="spellStart"/>
            <w:r>
              <w:t>Teknologi</w:t>
            </w:r>
            <w:proofErr w:type="spellEnd"/>
            <w:r>
              <w:t xml:space="preserve"> </w:t>
            </w:r>
            <w:proofErr w:type="spellStart"/>
            <w:r>
              <w:t>Informasi</w:t>
            </w:r>
            <w:proofErr w:type="spellEnd"/>
          </w:p>
        </w:tc>
      </w:tr>
    </w:tbl>
    <w:p w14:paraId="61FE9FE7" w14:textId="77777777" w:rsidR="006512E0" w:rsidRDefault="006512E0"/>
    <w:p w14:paraId="004943FA" w14:textId="77777777" w:rsidR="006512E0" w:rsidRDefault="00E246F0">
      <w:pPr>
        <w:jc w:val="center"/>
      </w:pPr>
      <w:proofErr w:type="spellStart"/>
      <w:r>
        <w:t>Mengetahui</w:t>
      </w:r>
      <w:proofErr w:type="spellEnd"/>
      <w:r>
        <w:t>,</w:t>
      </w:r>
    </w:p>
    <w:p w14:paraId="15C1863F" w14:textId="2CDF958D" w:rsidR="006512E0" w:rsidRDefault="00E246F0">
      <w:pPr>
        <w:jc w:val="center"/>
      </w:pPr>
      <w:proofErr w:type="spellStart"/>
      <w:r>
        <w:t>Ketua</w:t>
      </w:r>
      <w:proofErr w:type="spellEnd"/>
      <w:r>
        <w:t xml:space="preserve"> Program Studi</w:t>
      </w:r>
      <w:r w:rsidR="0007110D">
        <w:t xml:space="preserve"> </w:t>
      </w:r>
      <w:proofErr w:type="spellStart"/>
      <w:r w:rsidR="0007110D">
        <w:t>Informatika</w:t>
      </w:r>
      <w:proofErr w:type="spellEnd"/>
    </w:p>
    <w:p w14:paraId="3C47C9BF" w14:textId="77777777" w:rsidR="006512E0" w:rsidRDefault="006512E0"/>
    <w:p w14:paraId="291388B3" w14:textId="77777777" w:rsidR="006512E0" w:rsidRDefault="006512E0"/>
    <w:p w14:paraId="589F2378" w14:textId="6C20A754" w:rsidR="00C24BC3" w:rsidRPr="00C24BC3" w:rsidRDefault="00EA0E48" w:rsidP="00C24BC3">
      <w:pPr>
        <w:jc w:val="center"/>
        <w:rPr>
          <w:b/>
          <w:bCs/>
        </w:rPr>
      </w:pPr>
      <w:r w:rsidRPr="00EA0E48">
        <w:rPr>
          <w:b/>
          <w:bCs/>
        </w:rPr>
        <w:t>Ahmad Tabrani, M.T.I</w:t>
      </w:r>
    </w:p>
    <w:p w14:paraId="687465B1" w14:textId="400E04C8" w:rsidR="006512E0" w:rsidRDefault="00E246F0" w:rsidP="00D03C71">
      <w:pPr>
        <w:jc w:val="center"/>
      </w:pPr>
      <w:r>
        <w:t xml:space="preserve">NIP/NIDN. </w:t>
      </w:r>
      <w:r w:rsidR="00EA0E48" w:rsidRPr="00EA0E48">
        <w:t>198509172018011002</w:t>
      </w:r>
    </w:p>
    <w:p w14:paraId="546E17BC" w14:textId="77777777" w:rsidR="006512E0" w:rsidRDefault="00E246F0" w:rsidP="00D03C71">
      <w:pPr>
        <w:pStyle w:val="Heading1"/>
      </w:pPr>
      <w:bookmarkStart w:id="1" w:name="_Toc233318687"/>
      <w:r>
        <w:lastRenderedPageBreak/>
        <w:t>KATA PENGANTAR</w:t>
      </w:r>
      <w:bookmarkEnd w:id="1"/>
    </w:p>
    <w:p w14:paraId="1E91585F" w14:textId="77777777" w:rsidR="006512E0" w:rsidRDefault="006512E0"/>
    <w:p w14:paraId="140860B5" w14:textId="77777777" w:rsidR="008076EA" w:rsidRDefault="008076EA" w:rsidP="008076EA">
      <w:pPr>
        <w:ind w:firstLine="567"/>
      </w:pPr>
      <w:r>
        <w:t xml:space="preserve">Puji </w:t>
      </w:r>
      <w:proofErr w:type="spellStart"/>
      <w:r>
        <w:t>syukur</w:t>
      </w:r>
      <w:proofErr w:type="spellEnd"/>
      <w:r>
        <w:t xml:space="preserve"> </w:t>
      </w:r>
      <w:proofErr w:type="spellStart"/>
      <w:r>
        <w:t>penulis</w:t>
      </w:r>
      <w:proofErr w:type="spellEnd"/>
      <w:r>
        <w:t xml:space="preserve"> </w:t>
      </w:r>
      <w:proofErr w:type="spellStart"/>
      <w:r>
        <w:t>panjatkan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hadirat</w:t>
      </w:r>
      <w:proofErr w:type="spellEnd"/>
      <w:r>
        <w:t xml:space="preserve"> Allah SWT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rahmat</w:t>
      </w:r>
      <w:proofErr w:type="spellEnd"/>
      <w:r>
        <w:t xml:space="preserve"> dan </w:t>
      </w:r>
      <w:proofErr w:type="spellStart"/>
      <w:r>
        <w:t>karunia</w:t>
      </w:r>
      <w:proofErr w:type="spellEnd"/>
      <w:r>
        <w:t xml:space="preserve">-Nya, </w:t>
      </w:r>
      <w:proofErr w:type="spellStart"/>
      <w:r>
        <w:t>penulis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menyelesaikan</w:t>
      </w:r>
      <w:proofErr w:type="spellEnd"/>
      <w:r>
        <w:t xml:space="preserve"> </w:t>
      </w:r>
      <w:proofErr w:type="spellStart"/>
      <w:r>
        <w:t>laporan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pelaksanaan</w:t>
      </w:r>
      <w:proofErr w:type="spellEnd"/>
      <w:r>
        <w:t xml:space="preserve"> PKL/</w:t>
      </w:r>
      <w:proofErr w:type="spellStart"/>
      <w:r>
        <w:t>Magang</w:t>
      </w:r>
      <w:proofErr w:type="spellEnd"/>
      <w:r>
        <w:t xml:space="preserve"> yang </w:t>
      </w:r>
      <w:proofErr w:type="spellStart"/>
      <w:r>
        <w:t>berjudul</w:t>
      </w:r>
      <w:proofErr w:type="spellEnd"/>
      <w:r>
        <w:t xml:space="preserve"> "</w:t>
      </w:r>
      <w:proofErr w:type="spellStart"/>
      <w:r>
        <w:t>Rancang</w:t>
      </w:r>
      <w:proofErr w:type="spellEnd"/>
      <w:r>
        <w:t xml:space="preserve"> </w:t>
      </w:r>
      <w:proofErr w:type="spellStart"/>
      <w:r>
        <w:t>Bangun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Akses </w:t>
      </w:r>
      <w:proofErr w:type="spellStart"/>
      <w:r>
        <w:t>Ruangan</w:t>
      </w:r>
      <w:proofErr w:type="spellEnd"/>
      <w:r>
        <w:t xml:space="preserve"> </w:t>
      </w:r>
      <w:proofErr w:type="spellStart"/>
      <w:r>
        <w:t>Berbasis</w:t>
      </w:r>
      <w:proofErr w:type="spellEnd"/>
      <w:r>
        <w:t xml:space="preserve"> RFID </w:t>
      </w:r>
      <w:proofErr w:type="spellStart"/>
      <w:r>
        <w:t>dengan</w:t>
      </w:r>
      <w:proofErr w:type="spellEnd"/>
      <w:r>
        <w:t xml:space="preserve"> Solenoid Door Lock </w:t>
      </w:r>
      <w:proofErr w:type="spellStart"/>
      <w:r>
        <w:t>Menggunakan</w:t>
      </w:r>
      <w:proofErr w:type="spellEnd"/>
      <w:r>
        <w:t xml:space="preserve"> Arduino Uno"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baik</w:t>
      </w:r>
      <w:proofErr w:type="spellEnd"/>
      <w:r>
        <w:t>.</w:t>
      </w:r>
    </w:p>
    <w:p w14:paraId="2072B003" w14:textId="5D2675D9" w:rsidR="008076EA" w:rsidRDefault="008076EA" w:rsidP="008076EA">
      <w:pPr>
        <w:ind w:firstLine="567"/>
      </w:pPr>
      <w:proofErr w:type="spellStart"/>
      <w:r>
        <w:t>Laporan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disusun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salah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bentuk</w:t>
      </w:r>
      <w:proofErr w:type="spellEnd"/>
      <w:r>
        <w:t xml:space="preserve"> </w:t>
      </w:r>
      <w:proofErr w:type="spellStart"/>
      <w:r>
        <w:t>pertanggungjawaban</w:t>
      </w:r>
      <w:proofErr w:type="spellEnd"/>
      <w:r>
        <w:t xml:space="preserve">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PKL/</w:t>
      </w:r>
      <w:proofErr w:type="spellStart"/>
      <w:r>
        <w:t>Magang</w:t>
      </w:r>
      <w:proofErr w:type="spellEnd"/>
      <w:r>
        <w:t xml:space="preserve">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dilaksanakan</w:t>
      </w:r>
      <w:proofErr w:type="spellEnd"/>
      <w:r>
        <w:t xml:space="preserve"> di Dinas </w:t>
      </w:r>
      <w:proofErr w:type="spellStart"/>
      <w:r>
        <w:t>Komunikasi</w:t>
      </w:r>
      <w:proofErr w:type="spellEnd"/>
      <w:r>
        <w:t xml:space="preserve"> dan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Kabupaten</w:t>
      </w:r>
      <w:proofErr w:type="spellEnd"/>
      <w:r>
        <w:t xml:space="preserve"> Tangerang.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, </w:t>
      </w:r>
      <w:proofErr w:type="spellStart"/>
      <w:r>
        <w:t>penulis</w:t>
      </w:r>
      <w:proofErr w:type="spellEnd"/>
      <w:r>
        <w:t xml:space="preserve"> </w:t>
      </w:r>
      <w:proofErr w:type="spellStart"/>
      <w:r>
        <w:t>memperoleh</w:t>
      </w:r>
      <w:proofErr w:type="spellEnd"/>
      <w:r>
        <w:t xml:space="preserve"> </w:t>
      </w:r>
      <w:proofErr w:type="spellStart"/>
      <w:r>
        <w:t>pengalaman</w:t>
      </w:r>
      <w:proofErr w:type="spellEnd"/>
      <w:r>
        <w:t xml:space="preserve">, </w:t>
      </w:r>
      <w:proofErr w:type="spellStart"/>
      <w:r>
        <w:t>pengetahuan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pemahaman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langsung</w:t>
      </w:r>
      <w:proofErr w:type="spellEnd"/>
      <w:r>
        <w:t xml:space="preserve"> </w:t>
      </w:r>
      <w:proofErr w:type="spellStart"/>
      <w:r>
        <w:t>mengenai</w:t>
      </w:r>
      <w:proofErr w:type="spellEnd"/>
      <w:r>
        <w:t xml:space="preserve"> dunia </w:t>
      </w:r>
      <w:proofErr w:type="spellStart"/>
      <w:r>
        <w:t>kerja</w:t>
      </w:r>
      <w:proofErr w:type="spellEnd"/>
      <w:r>
        <w:t xml:space="preserve">, </w:t>
      </w:r>
      <w:proofErr w:type="spellStart"/>
      <w:r>
        <w:t>khususnya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bidang</w:t>
      </w:r>
      <w:proofErr w:type="spellEnd"/>
      <w:r>
        <w:t xml:space="preserve"> </w:t>
      </w:r>
      <w:proofErr w:type="spellStart"/>
      <w:r>
        <w:t>pengembangan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keamanan</w:t>
      </w:r>
      <w:proofErr w:type="spellEnd"/>
      <w:r>
        <w:t xml:space="preserve"> </w:t>
      </w:r>
      <w:proofErr w:type="spellStart"/>
      <w:r>
        <w:t>akses</w:t>
      </w:r>
      <w:proofErr w:type="spellEnd"/>
      <w:r>
        <w:t xml:space="preserve"> </w:t>
      </w:r>
      <w:proofErr w:type="spellStart"/>
      <w:r>
        <w:t>ruangan</w:t>
      </w:r>
      <w:proofErr w:type="spellEnd"/>
      <w:r>
        <w:t xml:space="preserve"> </w:t>
      </w:r>
      <w:proofErr w:type="spellStart"/>
      <w:r>
        <w:t>berbasis</w:t>
      </w:r>
      <w:proofErr w:type="spellEnd"/>
      <w:r>
        <w:t xml:space="preserve"> </w:t>
      </w:r>
      <w:proofErr w:type="spellStart"/>
      <w:r>
        <w:t>teknologi</w:t>
      </w:r>
      <w:proofErr w:type="spellEnd"/>
      <w:r>
        <w:t xml:space="preserve"> RFID dan Arduino.</w:t>
      </w:r>
    </w:p>
    <w:p w14:paraId="6AD715AA" w14:textId="77777777" w:rsidR="008076EA" w:rsidRDefault="008076EA" w:rsidP="008076EA">
      <w:pPr>
        <w:ind w:firstLine="567"/>
      </w:pPr>
      <w:proofErr w:type="spellStart"/>
      <w:r>
        <w:t>Penulis</w:t>
      </w:r>
      <w:proofErr w:type="spellEnd"/>
      <w:r>
        <w:t xml:space="preserve"> </w:t>
      </w:r>
      <w:proofErr w:type="spellStart"/>
      <w:r>
        <w:t>mengucapkan</w:t>
      </w:r>
      <w:proofErr w:type="spellEnd"/>
      <w:r>
        <w:t xml:space="preserve"> </w:t>
      </w:r>
      <w:proofErr w:type="spellStart"/>
      <w:r>
        <w:t>terima</w:t>
      </w:r>
      <w:proofErr w:type="spellEnd"/>
      <w:r>
        <w:t xml:space="preserve"> </w:t>
      </w:r>
      <w:proofErr w:type="spellStart"/>
      <w:r>
        <w:t>kasih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semua</w:t>
      </w:r>
      <w:proofErr w:type="spellEnd"/>
      <w:r>
        <w:t xml:space="preserve"> </w:t>
      </w:r>
      <w:proofErr w:type="spellStart"/>
      <w:r>
        <w:t>pihak</w:t>
      </w:r>
      <w:proofErr w:type="spellEnd"/>
      <w:r>
        <w:t xml:space="preserve">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bantuan</w:t>
      </w:r>
      <w:proofErr w:type="spellEnd"/>
      <w:r>
        <w:t xml:space="preserve">, </w:t>
      </w:r>
      <w:proofErr w:type="spellStart"/>
      <w:r>
        <w:t>bimbingan</w:t>
      </w:r>
      <w:proofErr w:type="spellEnd"/>
      <w:r>
        <w:t xml:space="preserve">, dan </w:t>
      </w:r>
      <w:proofErr w:type="spellStart"/>
      <w:r>
        <w:t>dukungan</w:t>
      </w:r>
      <w:proofErr w:type="spellEnd"/>
      <w:r>
        <w:t xml:space="preserve"> </w:t>
      </w:r>
      <w:proofErr w:type="spellStart"/>
      <w:r>
        <w:t>selama</w:t>
      </w:r>
      <w:proofErr w:type="spellEnd"/>
      <w:r>
        <w:t xml:space="preserve"> </w:t>
      </w:r>
      <w:proofErr w:type="spellStart"/>
      <w:r>
        <w:t>pelaksanaan</w:t>
      </w:r>
      <w:proofErr w:type="spellEnd"/>
      <w:r>
        <w:t xml:space="preserve"> PKL/</w:t>
      </w:r>
      <w:proofErr w:type="spellStart"/>
      <w:r>
        <w:t>Magang</w:t>
      </w:r>
      <w:proofErr w:type="spellEnd"/>
      <w:r>
        <w:t xml:space="preserve"> </w:t>
      </w:r>
      <w:proofErr w:type="spellStart"/>
      <w:r>
        <w:t>hingga</w:t>
      </w:r>
      <w:proofErr w:type="spellEnd"/>
      <w:r>
        <w:t xml:space="preserve"> </w:t>
      </w:r>
      <w:proofErr w:type="spellStart"/>
      <w:r>
        <w:t>penyusunan</w:t>
      </w:r>
      <w:proofErr w:type="spellEnd"/>
      <w:r>
        <w:t xml:space="preserve"> </w:t>
      </w:r>
      <w:proofErr w:type="spellStart"/>
      <w:r>
        <w:t>laporan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, </w:t>
      </w:r>
      <w:proofErr w:type="spellStart"/>
      <w:r>
        <w:t>terutama</w:t>
      </w:r>
      <w:proofErr w:type="spellEnd"/>
      <w:r>
        <w:t xml:space="preserve"> </w:t>
      </w:r>
      <w:proofErr w:type="spellStart"/>
      <w:r>
        <w:t>kepada</w:t>
      </w:r>
      <w:proofErr w:type="spellEnd"/>
      <w:r>
        <w:t>:</w:t>
      </w:r>
    </w:p>
    <w:p w14:paraId="58670BE6" w14:textId="3BDAC8B0" w:rsidR="008076EA" w:rsidRDefault="008076EA" w:rsidP="008076EA">
      <w:pPr>
        <w:ind w:firstLine="567"/>
      </w:pPr>
      <w:r>
        <w:t xml:space="preserve">1. </w:t>
      </w:r>
      <w:r w:rsidR="00EA0E48">
        <w:t>Universitas Islam Negri Sultan Maulana Hasannudin Banten</w:t>
      </w:r>
    </w:p>
    <w:p w14:paraId="04405B30" w14:textId="4EDA0863" w:rsidR="008076EA" w:rsidRDefault="008076EA" w:rsidP="008076EA">
      <w:pPr>
        <w:ind w:firstLine="567"/>
      </w:pPr>
      <w:r>
        <w:t xml:space="preserve">2. </w:t>
      </w:r>
      <w:r w:rsidR="00EB05C5" w:rsidRPr="00EB05C5">
        <w:t xml:space="preserve">Reza Syafrizal, </w:t>
      </w:r>
      <w:proofErr w:type="spellStart"/>
      <w:proofErr w:type="gramStart"/>
      <w:r w:rsidR="00EB05C5" w:rsidRPr="00EB05C5">
        <w:t>M.Kom</w:t>
      </w:r>
      <w:proofErr w:type="spellEnd"/>
      <w:proofErr w:type="gramEnd"/>
      <w:r w:rsidR="00EB05C5" w:rsidRPr="00EB05C5">
        <w:t>.</w:t>
      </w:r>
    </w:p>
    <w:p w14:paraId="33F6F1BE" w14:textId="2D339AD1" w:rsidR="008076EA" w:rsidRDefault="008076EA" w:rsidP="008076EA">
      <w:pPr>
        <w:ind w:firstLine="567"/>
      </w:pPr>
      <w:r>
        <w:t xml:space="preserve">3. </w:t>
      </w:r>
      <w:r w:rsidRPr="008076EA">
        <w:t>Budi Kurniawan, S</w:t>
      </w:r>
      <w:r>
        <w:t>.</w:t>
      </w:r>
      <w:r w:rsidRPr="008076EA">
        <w:t>T</w:t>
      </w:r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Pembimbing</w:t>
      </w:r>
      <w:proofErr w:type="spellEnd"/>
      <w:r>
        <w:t xml:space="preserve"> </w:t>
      </w:r>
      <w:proofErr w:type="spellStart"/>
      <w:r>
        <w:t>Lapangan</w:t>
      </w:r>
      <w:proofErr w:type="spellEnd"/>
    </w:p>
    <w:p w14:paraId="23A4CD6F" w14:textId="11CE3C1D" w:rsidR="008076EA" w:rsidRDefault="008076EA" w:rsidP="008076EA">
      <w:pPr>
        <w:ind w:firstLine="567"/>
      </w:pPr>
      <w:r>
        <w:t xml:space="preserve">4. </w:t>
      </w:r>
      <w:r w:rsidR="00514281">
        <w:t xml:space="preserve">Dinas </w:t>
      </w:r>
      <w:proofErr w:type="spellStart"/>
      <w:r w:rsidR="00514281">
        <w:t>Komunikasi</w:t>
      </w:r>
      <w:proofErr w:type="spellEnd"/>
      <w:r w:rsidR="00514281">
        <w:t xml:space="preserve"> dan </w:t>
      </w:r>
      <w:proofErr w:type="spellStart"/>
      <w:r w:rsidR="00514281">
        <w:t>Informatika</w:t>
      </w:r>
      <w:proofErr w:type="spellEnd"/>
      <w:r w:rsidR="00514281">
        <w:t xml:space="preserve">, </w:t>
      </w:r>
      <w:proofErr w:type="spellStart"/>
      <w:r w:rsidR="00514281">
        <w:t>Kabupaten</w:t>
      </w:r>
      <w:proofErr w:type="spellEnd"/>
      <w:r w:rsidR="00514281">
        <w:t xml:space="preserve"> Tangerang</w:t>
      </w:r>
    </w:p>
    <w:p w14:paraId="0469D2C6" w14:textId="77777777" w:rsidR="008076EA" w:rsidRDefault="008076EA" w:rsidP="008076EA">
      <w:pPr>
        <w:ind w:firstLine="567"/>
      </w:pPr>
      <w:r>
        <w:t xml:space="preserve">5. </w:t>
      </w:r>
      <w:proofErr w:type="spellStart"/>
      <w:r>
        <w:t>Semua</w:t>
      </w:r>
      <w:proofErr w:type="spellEnd"/>
      <w:r>
        <w:t xml:space="preserve"> </w:t>
      </w:r>
      <w:proofErr w:type="spellStart"/>
      <w:r>
        <w:t>pihak</w:t>
      </w:r>
      <w:proofErr w:type="spellEnd"/>
      <w:r>
        <w:t xml:space="preserve">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membantu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pelaksanaan</w:t>
      </w:r>
      <w:proofErr w:type="spellEnd"/>
      <w:r>
        <w:t xml:space="preserve"> PKL/</w:t>
      </w:r>
      <w:proofErr w:type="spellStart"/>
      <w:r>
        <w:t>Magang</w:t>
      </w:r>
      <w:proofErr w:type="spellEnd"/>
      <w:r>
        <w:t>.</w:t>
      </w:r>
    </w:p>
    <w:p w14:paraId="237A5A0D" w14:textId="38AF7D04" w:rsidR="006512E0" w:rsidRDefault="008076EA" w:rsidP="008076EA">
      <w:pPr>
        <w:ind w:firstLine="567"/>
      </w:pPr>
      <w:proofErr w:type="spellStart"/>
      <w:r>
        <w:t>Penulis</w:t>
      </w:r>
      <w:proofErr w:type="spellEnd"/>
      <w:r>
        <w:t xml:space="preserve"> </w:t>
      </w:r>
      <w:proofErr w:type="spellStart"/>
      <w:r>
        <w:t>menyadari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laporan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masih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kekurangan</w:t>
      </w:r>
      <w:proofErr w:type="spellEnd"/>
      <w:r>
        <w:t xml:space="preserve">. Oleh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, </w:t>
      </w:r>
      <w:proofErr w:type="spellStart"/>
      <w:r>
        <w:t>kritik</w:t>
      </w:r>
      <w:proofErr w:type="spellEnd"/>
      <w:r>
        <w:t xml:space="preserve"> dan saran yang </w:t>
      </w:r>
      <w:proofErr w:type="spellStart"/>
      <w:r>
        <w:t>membangun</w:t>
      </w:r>
      <w:proofErr w:type="spellEnd"/>
      <w:r>
        <w:t xml:space="preserve"> sangat </w:t>
      </w:r>
      <w:proofErr w:type="spellStart"/>
      <w:r>
        <w:t>diharapkan</w:t>
      </w:r>
      <w:proofErr w:type="spellEnd"/>
      <w:r>
        <w:t xml:space="preserve"> agar </w:t>
      </w:r>
      <w:proofErr w:type="spellStart"/>
      <w:r>
        <w:t>laporan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baik</w:t>
      </w:r>
      <w:proofErr w:type="spellEnd"/>
      <w:r>
        <w:t xml:space="preserve">. </w:t>
      </w:r>
      <w:proofErr w:type="spellStart"/>
      <w:r>
        <w:t>Semoga</w:t>
      </w:r>
      <w:proofErr w:type="spellEnd"/>
      <w:r>
        <w:t xml:space="preserve"> </w:t>
      </w:r>
      <w:proofErr w:type="spellStart"/>
      <w:r>
        <w:t>laporan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manfaat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pembaca</w:t>
      </w:r>
      <w:proofErr w:type="spellEnd"/>
      <w:r>
        <w:t xml:space="preserve"> dan </w:t>
      </w:r>
      <w:proofErr w:type="spellStart"/>
      <w:r>
        <w:t>pihak-pihak</w:t>
      </w:r>
      <w:proofErr w:type="spellEnd"/>
      <w:r>
        <w:t xml:space="preserve"> yang </w:t>
      </w:r>
      <w:proofErr w:type="spellStart"/>
      <w:r>
        <w:t>membutuhkan</w:t>
      </w:r>
      <w:proofErr w:type="spellEnd"/>
      <w:r>
        <w:t>.</w:t>
      </w:r>
    </w:p>
    <w:p w14:paraId="27DD6DA1" w14:textId="77777777" w:rsidR="006512E0" w:rsidRDefault="006512E0"/>
    <w:p w14:paraId="74C38936" w14:textId="68FF052A" w:rsidR="006512E0" w:rsidRDefault="008076EA">
      <w:pPr>
        <w:jc w:val="right"/>
      </w:pPr>
      <w:proofErr w:type="spellStart"/>
      <w:r>
        <w:t>Serang</w:t>
      </w:r>
      <w:proofErr w:type="spellEnd"/>
      <w:r>
        <w:t>, 22 Juni 2026</w:t>
      </w:r>
    </w:p>
    <w:p w14:paraId="4FB266A9" w14:textId="77777777" w:rsidR="006512E0" w:rsidRDefault="006512E0"/>
    <w:p w14:paraId="0A1950BE" w14:textId="77777777" w:rsidR="006512E0" w:rsidRDefault="006512E0"/>
    <w:p w14:paraId="083B395B" w14:textId="77777777" w:rsidR="006512E0" w:rsidRDefault="00E246F0">
      <w:pPr>
        <w:jc w:val="right"/>
      </w:pPr>
      <w:proofErr w:type="spellStart"/>
      <w:r>
        <w:t>Penulis</w:t>
      </w:r>
      <w:proofErr w:type="spellEnd"/>
    </w:p>
    <w:p w14:paraId="6314119A" w14:textId="6396002C" w:rsidR="006512E0" w:rsidRDefault="00E246F0">
      <w:r>
        <w:br w:type="page"/>
      </w:r>
    </w:p>
    <w:p w14:paraId="13F42DF8" w14:textId="6396002C" w:rsidR="006512E0" w:rsidRDefault="00C24BC3" w:rsidP="00C24BC3">
      <w:pPr>
        <w:pStyle w:val="Heading1"/>
        <w:tabs>
          <w:tab w:val="left" w:pos="2934"/>
          <w:tab w:val="center" w:pos="3968"/>
        </w:tabs>
        <w:jc w:val="left"/>
      </w:pPr>
      <w:bookmarkStart w:id="2" w:name="_Toc233318688"/>
      <w:r>
        <w:lastRenderedPageBreak/>
        <w:tab/>
      </w:r>
      <w:r>
        <w:tab/>
      </w:r>
      <w:r w:rsidR="00E246F0">
        <w:t>DAFTAR ISI</w:t>
      </w:r>
      <w:bookmarkEnd w:id="2"/>
    </w:p>
    <w:sdt>
      <w:sdtPr>
        <w:rPr>
          <w:rFonts w:eastAsia="Times New Roman" w:cstheme="minorBidi"/>
          <w:b w:val="0"/>
          <w:bCs w:val="0"/>
          <w:sz w:val="24"/>
          <w:szCs w:val="22"/>
        </w:rPr>
        <w:id w:val="-1010596567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1A5D022E" w14:textId="5D77612B" w:rsidR="00D03C71" w:rsidRDefault="00D03C71" w:rsidP="00D03C71">
          <w:pPr>
            <w:pStyle w:val="TOCHeading"/>
            <w:jc w:val="both"/>
          </w:pPr>
        </w:p>
        <w:p w14:paraId="4A3F2F4B" w14:textId="413D7A27" w:rsidR="00737587" w:rsidRDefault="00D03C71">
          <w:pPr>
            <w:pStyle w:val="TOC1"/>
            <w:tabs>
              <w:tab w:val="right" w:leader="dot" w:pos="7927"/>
            </w:tabs>
            <w:rPr>
              <w:rFonts w:asciiTheme="minorHAnsi" w:eastAsiaTheme="minorEastAsia" w:hAnsiTheme="minorHAnsi"/>
              <w:noProof/>
              <w:kern w:val="2"/>
              <w:szCs w:val="24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33318686" w:history="1">
            <w:r w:rsidR="00737587" w:rsidRPr="008838CD">
              <w:rPr>
                <w:rStyle w:val="Hyperlink"/>
                <w:noProof/>
              </w:rPr>
              <w:t>HALAMAN PENGESAHAN</w:t>
            </w:r>
            <w:r w:rsidR="00737587">
              <w:rPr>
                <w:noProof/>
                <w:webHidden/>
              </w:rPr>
              <w:tab/>
            </w:r>
            <w:r w:rsidR="00737587">
              <w:rPr>
                <w:noProof/>
                <w:webHidden/>
              </w:rPr>
              <w:fldChar w:fldCharType="begin"/>
            </w:r>
            <w:r w:rsidR="00737587">
              <w:rPr>
                <w:noProof/>
                <w:webHidden/>
              </w:rPr>
              <w:instrText xml:space="preserve"> PAGEREF _Toc233318686 \h </w:instrText>
            </w:r>
            <w:r w:rsidR="00737587">
              <w:rPr>
                <w:noProof/>
                <w:webHidden/>
              </w:rPr>
            </w:r>
            <w:r w:rsidR="00737587">
              <w:rPr>
                <w:noProof/>
                <w:webHidden/>
              </w:rPr>
              <w:fldChar w:fldCharType="separate"/>
            </w:r>
            <w:r w:rsidR="00737587">
              <w:rPr>
                <w:noProof/>
                <w:webHidden/>
              </w:rPr>
              <w:t>i</w:t>
            </w:r>
            <w:r w:rsidR="00737587">
              <w:rPr>
                <w:noProof/>
                <w:webHidden/>
              </w:rPr>
              <w:fldChar w:fldCharType="end"/>
            </w:r>
          </w:hyperlink>
        </w:p>
        <w:p w14:paraId="75063A31" w14:textId="598C330B" w:rsidR="00737587" w:rsidRDefault="00737587">
          <w:pPr>
            <w:pStyle w:val="TOC1"/>
            <w:tabs>
              <w:tab w:val="right" w:leader="dot" w:pos="7927"/>
            </w:tabs>
            <w:rPr>
              <w:rFonts w:asciiTheme="minorHAnsi" w:eastAsiaTheme="minorEastAsia" w:hAnsiTheme="minorHAnsi"/>
              <w:noProof/>
              <w:kern w:val="2"/>
              <w:szCs w:val="24"/>
              <w14:ligatures w14:val="standardContextual"/>
            </w:rPr>
          </w:pPr>
          <w:hyperlink w:anchor="_Toc233318687" w:history="1">
            <w:r w:rsidRPr="008838CD">
              <w:rPr>
                <w:rStyle w:val="Hyperlink"/>
                <w:noProof/>
              </w:rPr>
              <w:t>KATA PENGANTAR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_Toc233318687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ii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AF363DD" w14:textId="770E2E7E" w:rsidR="00737587" w:rsidRDefault="00737587">
          <w:pPr>
            <w:pStyle w:val="TOC1"/>
            <w:tabs>
              <w:tab w:val="right" w:leader="dot" w:pos="7927"/>
            </w:tabs>
            <w:rPr>
              <w:rFonts w:asciiTheme="minorHAnsi" w:eastAsiaTheme="minorEastAsia" w:hAnsiTheme="minorHAnsi"/>
              <w:noProof/>
              <w:kern w:val="2"/>
              <w:szCs w:val="24"/>
              <w14:ligatures w14:val="standardContextual"/>
            </w:rPr>
          </w:pPr>
          <w:hyperlink w:anchor="_Toc233318688" w:history="1">
            <w:r w:rsidRPr="008838CD">
              <w:rPr>
                <w:rStyle w:val="Hyperlink"/>
                <w:noProof/>
              </w:rPr>
              <w:t>DAFTAR ISI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_Toc233318688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iv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64AC4B7" w14:textId="752E2499" w:rsidR="00737587" w:rsidRDefault="00737587">
          <w:pPr>
            <w:pStyle w:val="TOC1"/>
            <w:tabs>
              <w:tab w:val="right" w:leader="dot" w:pos="7927"/>
            </w:tabs>
            <w:rPr>
              <w:rFonts w:asciiTheme="minorHAnsi" w:eastAsiaTheme="minorEastAsia" w:hAnsiTheme="minorHAnsi"/>
              <w:noProof/>
              <w:kern w:val="2"/>
              <w:szCs w:val="24"/>
              <w14:ligatures w14:val="standardContextual"/>
            </w:rPr>
          </w:pPr>
          <w:hyperlink w:anchor="_Toc233318689" w:history="1">
            <w:r w:rsidRPr="008838CD">
              <w:rPr>
                <w:rStyle w:val="Hyperlink"/>
                <w:noProof/>
              </w:rPr>
              <w:t>RINGKASAN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_Toc233318689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69797E" w14:textId="3A624BB3" w:rsidR="00737587" w:rsidRDefault="00737587">
          <w:pPr>
            <w:pStyle w:val="TOC1"/>
            <w:tabs>
              <w:tab w:val="right" w:leader="dot" w:pos="7927"/>
            </w:tabs>
            <w:rPr>
              <w:rFonts w:asciiTheme="minorHAnsi" w:eastAsiaTheme="minorEastAsia" w:hAnsiTheme="minorHAnsi"/>
              <w:noProof/>
              <w:kern w:val="2"/>
              <w:szCs w:val="24"/>
              <w14:ligatures w14:val="standardContextual"/>
            </w:rPr>
          </w:pPr>
          <w:hyperlink w:anchor="_Toc233318690" w:history="1">
            <w:r w:rsidRPr="008838CD">
              <w:rPr>
                <w:rStyle w:val="Hyperlink"/>
                <w:noProof/>
              </w:rPr>
              <w:t>BAB I PENDAHULUAN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_Toc233318690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266CEE3" w14:textId="3683B9A9" w:rsidR="00737587" w:rsidRDefault="00737587">
          <w:pPr>
            <w:pStyle w:val="TOC2"/>
            <w:tabs>
              <w:tab w:val="right" w:leader="dot" w:pos="7927"/>
            </w:tabs>
            <w:rPr>
              <w:rFonts w:asciiTheme="minorHAnsi" w:eastAsiaTheme="minorEastAsia" w:hAnsiTheme="minorHAnsi"/>
              <w:noProof/>
              <w:kern w:val="2"/>
              <w:szCs w:val="24"/>
              <w14:ligatures w14:val="standardContextual"/>
            </w:rPr>
          </w:pPr>
          <w:hyperlink w:anchor="_Toc233318691" w:history="1">
            <w:r w:rsidRPr="008838CD">
              <w:rPr>
                <w:rStyle w:val="Hyperlink"/>
                <w:noProof/>
              </w:rPr>
              <w:t>1.1 Latar Belakang Masalah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_Toc233318691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D1B9489" w14:textId="37A33DF6" w:rsidR="00737587" w:rsidRDefault="00737587">
          <w:pPr>
            <w:pStyle w:val="TOC2"/>
            <w:tabs>
              <w:tab w:val="right" w:leader="dot" w:pos="7927"/>
            </w:tabs>
            <w:rPr>
              <w:rFonts w:asciiTheme="minorHAnsi" w:eastAsiaTheme="minorEastAsia" w:hAnsiTheme="minorHAnsi"/>
              <w:noProof/>
              <w:kern w:val="2"/>
              <w:szCs w:val="24"/>
              <w14:ligatures w14:val="standardContextual"/>
            </w:rPr>
          </w:pPr>
          <w:hyperlink w:anchor="_Toc233318692" w:history="1">
            <w:r w:rsidRPr="008838CD">
              <w:rPr>
                <w:rStyle w:val="Hyperlink"/>
                <w:noProof/>
              </w:rPr>
              <w:t>1.2 Rumusan Masalah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_Toc233318692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61E1CD8" w14:textId="103AC8B1" w:rsidR="00737587" w:rsidRDefault="00737587">
          <w:pPr>
            <w:pStyle w:val="TOC2"/>
            <w:tabs>
              <w:tab w:val="right" w:leader="dot" w:pos="7927"/>
            </w:tabs>
            <w:rPr>
              <w:rFonts w:asciiTheme="minorHAnsi" w:eastAsiaTheme="minorEastAsia" w:hAnsiTheme="minorHAnsi"/>
              <w:noProof/>
              <w:kern w:val="2"/>
              <w:szCs w:val="24"/>
              <w14:ligatures w14:val="standardContextual"/>
            </w:rPr>
          </w:pPr>
          <w:hyperlink w:anchor="_Toc233318693" w:history="1">
            <w:r w:rsidRPr="008838CD">
              <w:rPr>
                <w:rStyle w:val="Hyperlink"/>
                <w:noProof/>
              </w:rPr>
              <w:t>1.3 Tujuan PKL/Magang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_Toc233318693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45697B" w14:textId="28BA896E" w:rsidR="00737587" w:rsidRDefault="00737587">
          <w:pPr>
            <w:pStyle w:val="TOC3"/>
            <w:tabs>
              <w:tab w:val="right" w:leader="dot" w:pos="7927"/>
            </w:tabs>
            <w:rPr>
              <w:rFonts w:asciiTheme="minorHAnsi" w:eastAsiaTheme="minorEastAsia" w:hAnsiTheme="minorHAnsi"/>
              <w:noProof/>
              <w:kern w:val="2"/>
              <w:szCs w:val="24"/>
              <w14:ligatures w14:val="standardContextual"/>
            </w:rPr>
          </w:pPr>
          <w:hyperlink w:anchor="_Toc233318694" w:history="1">
            <w:r w:rsidRPr="008838CD">
              <w:rPr>
                <w:rStyle w:val="Hyperlink"/>
                <w:noProof/>
              </w:rPr>
              <w:t>1.3.1 Tujuan Umum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_Toc233318694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DEC5372" w14:textId="34D02164" w:rsidR="00737587" w:rsidRDefault="00737587">
          <w:pPr>
            <w:pStyle w:val="TOC3"/>
            <w:tabs>
              <w:tab w:val="right" w:leader="dot" w:pos="7927"/>
            </w:tabs>
            <w:rPr>
              <w:rFonts w:asciiTheme="minorHAnsi" w:eastAsiaTheme="minorEastAsia" w:hAnsiTheme="minorHAnsi"/>
              <w:noProof/>
              <w:kern w:val="2"/>
              <w:szCs w:val="24"/>
              <w14:ligatures w14:val="standardContextual"/>
            </w:rPr>
          </w:pPr>
          <w:hyperlink w:anchor="_Toc233318695" w:history="1">
            <w:r w:rsidRPr="008838CD">
              <w:rPr>
                <w:rStyle w:val="Hyperlink"/>
                <w:noProof/>
              </w:rPr>
              <w:t>1.3.2 Tujuan Khusus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_Toc233318695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4A2C5B" w14:textId="544DAF35" w:rsidR="00737587" w:rsidRDefault="00737587">
          <w:pPr>
            <w:pStyle w:val="TOC2"/>
            <w:tabs>
              <w:tab w:val="right" w:leader="dot" w:pos="7927"/>
            </w:tabs>
            <w:rPr>
              <w:rFonts w:asciiTheme="minorHAnsi" w:eastAsiaTheme="minorEastAsia" w:hAnsiTheme="minorHAnsi"/>
              <w:noProof/>
              <w:kern w:val="2"/>
              <w:szCs w:val="24"/>
              <w14:ligatures w14:val="standardContextual"/>
            </w:rPr>
          </w:pPr>
          <w:hyperlink w:anchor="_Toc233318696" w:history="1">
            <w:r w:rsidRPr="008838CD">
              <w:rPr>
                <w:rStyle w:val="Hyperlink"/>
                <w:noProof/>
              </w:rPr>
              <w:t>1.4 Manfaat PKL/Magang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_Toc233318696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E948749" w14:textId="24590BBD" w:rsidR="00737587" w:rsidRDefault="00737587">
          <w:pPr>
            <w:pStyle w:val="TOC3"/>
            <w:tabs>
              <w:tab w:val="right" w:leader="dot" w:pos="7927"/>
            </w:tabs>
            <w:rPr>
              <w:rFonts w:asciiTheme="minorHAnsi" w:eastAsiaTheme="minorEastAsia" w:hAnsiTheme="minorHAnsi"/>
              <w:noProof/>
              <w:kern w:val="2"/>
              <w:szCs w:val="24"/>
              <w14:ligatures w14:val="standardContextual"/>
            </w:rPr>
          </w:pPr>
          <w:hyperlink w:anchor="_Toc233318697" w:history="1">
            <w:r w:rsidRPr="008838CD">
              <w:rPr>
                <w:rStyle w:val="Hyperlink"/>
                <w:noProof/>
              </w:rPr>
              <w:t>1.4.1 Manfaat Teoritis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_Toc233318697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316C879" w14:textId="0C98195F" w:rsidR="00737587" w:rsidRDefault="00737587">
          <w:pPr>
            <w:pStyle w:val="TOC3"/>
            <w:tabs>
              <w:tab w:val="right" w:leader="dot" w:pos="7927"/>
            </w:tabs>
            <w:rPr>
              <w:rFonts w:asciiTheme="minorHAnsi" w:eastAsiaTheme="minorEastAsia" w:hAnsiTheme="minorHAnsi"/>
              <w:noProof/>
              <w:kern w:val="2"/>
              <w:szCs w:val="24"/>
              <w14:ligatures w14:val="standardContextual"/>
            </w:rPr>
          </w:pPr>
          <w:hyperlink w:anchor="_Toc233318698" w:history="1">
            <w:r w:rsidRPr="008838CD">
              <w:rPr>
                <w:rStyle w:val="Hyperlink"/>
                <w:noProof/>
              </w:rPr>
              <w:t>1.4.2 Manfaat Praktis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_Toc233318698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C159256" w14:textId="4A3919DB" w:rsidR="00737587" w:rsidRDefault="00737587">
          <w:pPr>
            <w:pStyle w:val="TOC1"/>
            <w:tabs>
              <w:tab w:val="right" w:leader="dot" w:pos="7927"/>
            </w:tabs>
            <w:rPr>
              <w:rFonts w:asciiTheme="minorHAnsi" w:eastAsiaTheme="minorEastAsia" w:hAnsiTheme="minorHAnsi"/>
              <w:noProof/>
              <w:kern w:val="2"/>
              <w:szCs w:val="24"/>
              <w14:ligatures w14:val="standardContextual"/>
            </w:rPr>
          </w:pPr>
          <w:hyperlink w:anchor="_Toc233318699" w:history="1">
            <w:r w:rsidRPr="008838CD">
              <w:rPr>
                <w:rStyle w:val="Hyperlink"/>
                <w:noProof/>
              </w:rPr>
              <w:t>BAB II KAJIAN PUSTAKA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_Toc233318699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29BD8EB" w14:textId="57089E9B" w:rsidR="00737587" w:rsidRDefault="00737587">
          <w:pPr>
            <w:pStyle w:val="TOC2"/>
            <w:tabs>
              <w:tab w:val="right" w:leader="dot" w:pos="7927"/>
            </w:tabs>
            <w:rPr>
              <w:rFonts w:asciiTheme="minorHAnsi" w:eastAsiaTheme="minorEastAsia" w:hAnsiTheme="minorHAnsi"/>
              <w:noProof/>
              <w:kern w:val="2"/>
              <w:szCs w:val="24"/>
              <w14:ligatures w14:val="standardContextual"/>
            </w:rPr>
          </w:pPr>
          <w:hyperlink w:anchor="_Toc233318700" w:history="1">
            <w:r w:rsidRPr="008838CD">
              <w:rPr>
                <w:rStyle w:val="Hyperlink"/>
                <w:noProof/>
              </w:rPr>
              <w:t>2.1 Kajian Pustaka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_Toc233318700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FDD6398" w14:textId="67C64782" w:rsidR="00737587" w:rsidRDefault="00737587">
          <w:pPr>
            <w:pStyle w:val="TOC3"/>
            <w:tabs>
              <w:tab w:val="right" w:leader="dot" w:pos="7927"/>
            </w:tabs>
            <w:rPr>
              <w:rFonts w:asciiTheme="minorHAnsi" w:eastAsiaTheme="minorEastAsia" w:hAnsiTheme="minorHAnsi"/>
              <w:noProof/>
              <w:kern w:val="2"/>
              <w:szCs w:val="24"/>
              <w14:ligatures w14:val="standardContextual"/>
            </w:rPr>
          </w:pPr>
          <w:hyperlink w:anchor="_Toc233318701" w:history="1">
            <w:r w:rsidRPr="008838CD">
              <w:rPr>
                <w:rStyle w:val="Hyperlink"/>
                <w:noProof/>
              </w:rPr>
              <w:t>2.1.1 Pengertian Radio Frequency Identification (RFID)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_Toc233318701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B42AF35" w14:textId="1ABE2FB5" w:rsidR="00737587" w:rsidRDefault="00737587">
          <w:pPr>
            <w:pStyle w:val="TOC3"/>
            <w:tabs>
              <w:tab w:val="right" w:leader="dot" w:pos="7927"/>
            </w:tabs>
            <w:rPr>
              <w:rFonts w:asciiTheme="minorHAnsi" w:eastAsiaTheme="minorEastAsia" w:hAnsiTheme="minorHAnsi"/>
              <w:noProof/>
              <w:kern w:val="2"/>
              <w:szCs w:val="24"/>
              <w14:ligatures w14:val="standardContextual"/>
            </w:rPr>
          </w:pPr>
          <w:hyperlink w:anchor="_Toc233318702" w:history="1">
            <w:r w:rsidRPr="008838CD">
              <w:rPr>
                <w:rStyle w:val="Hyperlink"/>
                <w:noProof/>
              </w:rPr>
              <w:t>2.1.2 Arduino Uno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_Toc233318702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8488128" w14:textId="5DD3755A" w:rsidR="00737587" w:rsidRDefault="00737587">
          <w:pPr>
            <w:pStyle w:val="TOC3"/>
            <w:tabs>
              <w:tab w:val="right" w:leader="dot" w:pos="7927"/>
            </w:tabs>
            <w:rPr>
              <w:rFonts w:asciiTheme="minorHAnsi" w:eastAsiaTheme="minorEastAsia" w:hAnsiTheme="minorHAnsi"/>
              <w:noProof/>
              <w:kern w:val="2"/>
              <w:szCs w:val="24"/>
              <w14:ligatures w14:val="standardContextual"/>
            </w:rPr>
          </w:pPr>
          <w:hyperlink w:anchor="_Toc233318703" w:history="1">
            <w:r w:rsidRPr="008838CD">
              <w:rPr>
                <w:rStyle w:val="Hyperlink"/>
                <w:noProof/>
              </w:rPr>
              <w:t>2.1.3 Solenoid Door Lock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_Toc233318703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08FD3F2" w14:textId="6F9697AC" w:rsidR="00737587" w:rsidRDefault="00737587">
          <w:pPr>
            <w:pStyle w:val="TOC3"/>
            <w:tabs>
              <w:tab w:val="right" w:leader="dot" w:pos="7927"/>
            </w:tabs>
            <w:rPr>
              <w:rFonts w:asciiTheme="minorHAnsi" w:eastAsiaTheme="minorEastAsia" w:hAnsiTheme="minorHAnsi"/>
              <w:noProof/>
              <w:kern w:val="2"/>
              <w:szCs w:val="24"/>
              <w14:ligatures w14:val="standardContextual"/>
            </w:rPr>
          </w:pPr>
          <w:hyperlink w:anchor="_Toc233318704" w:history="1">
            <w:r w:rsidRPr="008838CD">
              <w:rPr>
                <w:rStyle w:val="Hyperlink"/>
                <w:noProof/>
              </w:rPr>
              <w:t>2.1.4 Modul RFID RC522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_Toc233318704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8C29A7E" w14:textId="2B78A435" w:rsidR="00737587" w:rsidRDefault="00737587">
          <w:pPr>
            <w:pStyle w:val="TOC2"/>
            <w:tabs>
              <w:tab w:val="right" w:leader="dot" w:pos="7927"/>
            </w:tabs>
            <w:rPr>
              <w:rFonts w:asciiTheme="minorHAnsi" w:eastAsiaTheme="minorEastAsia" w:hAnsiTheme="minorHAnsi"/>
              <w:noProof/>
              <w:kern w:val="2"/>
              <w:szCs w:val="24"/>
              <w14:ligatures w14:val="standardContextual"/>
            </w:rPr>
          </w:pPr>
          <w:hyperlink w:anchor="_Toc233318705" w:history="1">
            <w:r w:rsidRPr="008838CD">
              <w:rPr>
                <w:rStyle w:val="Hyperlink"/>
                <w:noProof/>
              </w:rPr>
              <w:t>2.2 Kerangka Pikir Teoritis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_Toc233318705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CADBAB9" w14:textId="1625720D" w:rsidR="00737587" w:rsidRDefault="00737587">
          <w:pPr>
            <w:pStyle w:val="TOC1"/>
            <w:tabs>
              <w:tab w:val="right" w:leader="dot" w:pos="7927"/>
            </w:tabs>
            <w:rPr>
              <w:rFonts w:asciiTheme="minorHAnsi" w:eastAsiaTheme="minorEastAsia" w:hAnsiTheme="minorHAnsi"/>
              <w:noProof/>
              <w:kern w:val="2"/>
              <w:szCs w:val="24"/>
              <w14:ligatures w14:val="standardContextual"/>
            </w:rPr>
          </w:pPr>
          <w:hyperlink w:anchor="_Toc233318706" w:history="1">
            <w:r w:rsidRPr="008838CD">
              <w:rPr>
                <w:rStyle w:val="Hyperlink"/>
                <w:noProof/>
              </w:rPr>
              <w:t>BAB III METODE PKL/MAGANG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_Toc233318706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FE13B3A" w14:textId="31C68FC5" w:rsidR="00737587" w:rsidRDefault="00737587">
          <w:pPr>
            <w:pStyle w:val="TOC2"/>
            <w:tabs>
              <w:tab w:val="right" w:leader="dot" w:pos="7927"/>
            </w:tabs>
            <w:rPr>
              <w:rFonts w:asciiTheme="minorHAnsi" w:eastAsiaTheme="minorEastAsia" w:hAnsiTheme="minorHAnsi"/>
              <w:noProof/>
              <w:kern w:val="2"/>
              <w:szCs w:val="24"/>
              <w14:ligatures w14:val="standardContextual"/>
            </w:rPr>
          </w:pPr>
          <w:hyperlink w:anchor="_Toc233318707" w:history="1">
            <w:r w:rsidRPr="008838CD">
              <w:rPr>
                <w:rStyle w:val="Hyperlink"/>
                <w:noProof/>
              </w:rPr>
              <w:t>3.1 Lokasi PKL/Magang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_Toc233318707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A9E8C0" w14:textId="20B83598" w:rsidR="00737587" w:rsidRDefault="00737587">
          <w:pPr>
            <w:pStyle w:val="TOC2"/>
            <w:tabs>
              <w:tab w:val="right" w:leader="dot" w:pos="7927"/>
            </w:tabs>
            <w:rPr>
              <w:rFonts w:asciiTheme="minorHAnsi" w:eastAsiaTheme="minorEastAsia" w:hAnsiTheme="minorHAnsi"/>
              <w:noProof/>
              <w:kern w:val="2"/>
              <w:szCs w:val="24"/>
              <w14:ligatures w14:val="standardContextual"/>
            </w:rPr>
          </w:pPr>
          <w:hyperlink w:anchor="_Toc233318708" w:history="1">
            <w:r w:rsidRPr="008838CD">
              <w:rPr>
                <w:rStyle w:val="Hyperlink"/>
                <w:noProof/>
              </w:rPr>
              <w:t>3.2 Desain Pelaksanaan PKL/Magang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_Toc233318708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52EEEE" w14:textId="785C1124" w:rsidR="00737587" w:rsidRDefault="00737587">
          <w:pPr>
            <w:pStyle w:val="TOC2"/>
            <w:tabs>
              <w:tab w:val="right" w:leader="dot" w:pos="7927"/>
            </w:tabs>
            <w:rPr>
              <w:rFonts w:asciiTheme="minorHAnsi" w:eastAsiaTheme="minorEastAsia" w:hAnsiTheme="minorHAnsi"/>
              <w:noProof/>
              <w:kern w:val="2"/>
              <w:szCs w:val="24"/>
              <w14:ligatures w14:val="standardContextual"/>
            </w:rPr>
          </w:pPr>
          <w:hyperlink w:anchor="_Toc233318709" w:history="1">
            <w:r w:rsidRPr="008838CD">
              <w:rPr>
                <w:rStyle w:val="Hyperlink"/>
                <w:noProof/>
              </w:rPr>
              <w:t>3.3 Penentuan Objek PKL/Magang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_Toc233318709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3A510DA" w14:textId="5122425B" w:rsidR="00737587" w:rsidRDefault="00737587">
          <w:pPr>
            <w:pStyle w:val="TOC2"/>
            <w:tabs>
              <w:tab w:val="right" w:leader="dot" w:pos="7927"/>
            </w:tabs>
            <w:rPr>
              <w:rFonts w:asciiTheme="minorHAnsi" w:eastAsiaTheme="minorEastAsia" w:hAnsiTheme="minorHAnsi"/>
              <w:noProof/>
              <w:kern w:val="2"/>
              <w:szCs w:val="24"/>
              <w14:ligatures w14:val="standardContextual"/>
            </w:rPr>
          </w:pPr>
          <w:hyperlink w:anchor="_Toc233318710" w:history="1">
            <w:r w:rsidRPr="008838CD">
              <w:rPr>
                <w:rStyle w:val="Hyperlink"/>
                <w:noProof/>
              </w:rPr>
              <w:t>3.4 Metode Pengumpulan Data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_Toc233318710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E8466B8" w14:textId="1DB6B429" w:rsidR="00737587" w:rsidRDefault="00737587">
          <w:pPr>
            <w:pStyle w:val="TOC2"/>
            <w:tabs>
              <w:tab w:val="right" w:leader="dot" w:pos="7927"/>
            </w:tabs>
            <w:rPr>
              <w:rFonts w:asciiTheme="minorHAnsi" w:eastAsiaTheme="minorEastAsia" w:hAnsiTheme="minorHAnsi"/>
              <w:noProof/>
              <w:kern w:val="2"/>
              <w:szCs w:val="24"/>
              <w14:ligatures w14:val="standardContextual"/>
            </w:rPr>
          </w:pPr>
          <w:hyperlink w:anchor="_Toc233318711" w:history="1">
            <w:r w:rsidRPr="008838CD">
              <w:rPr>
                <w:rStyle w:val="Hyperlink"/>
                <w:noProof/>
              </w:rPr>
              <w:t>3.5 Instrumen PKL/Magang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_Toc233318711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8656D7F" w14:textId="448DE9D1" w:rsidR="00737587" w:rsidRDefault="00737587">
          <w:pPr>
            <w:pStyle w:val="TOC2"/>
            <w:tabs>
              <w:tab w:val="right" w:leader="dot" w:pos="7927"/>
            </w:tabs>
            <w:rPr>
              <w:rFonts w:asciiTheme="minorHAnsi" w:eastAsiaTheme="minorEastAsia" w:hAnsiTheme="minorHAnsi"/>
              <w:noProof/>
              <w:kern w:val="2"/>
              <w:szCs w:val="24"/>
              <w14:ligatures w14:val="standardContextual"/>
            </w:rPr>
          </w:pPr>
          <w:hyperlink w:anchor="_Toc233318712" w:history="1">
            <w:r w:rsidRPr="008838CD">
              <w:rPr>
                <w:rStyle w:val="Hyperlink"/>
                <w:noProof/>
              </w:rPr>
              <w:t>3.6 Teknik Analisis Data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_Toc233318712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6267402" w14:textId="76F4CD4A" w:rsidR="00737587" w:rsidRDefault="00737587">
          <w:pPr>
            <w:pStyle w:val="TOC1"/>
            <w:tabs>
              <w:tab w:val="right" w:leader="dot" w:pos="7927"/>
            </w:tabs>
            <w:rPr>
              <w:rFonts w:asciiTheme="minorHAnsi" w:eastAsiaTheme="minorEastAsia" w:hAnsiTheme="minorHAnsi"/>
              <w:noProof/>
              <w:kern w:val="2"/>
              <w:szCs w:val="24"/>
              <w14:ligatures w14:val="standardContextual"/>
            </w:rPr>
          </w:pPr>
          <w:hyperlink w:anchor="_Toc233318713" w:history="1">
            <w:r w:rsidRPr="008838CD">
              <w:rPr>
                <w:rStyle w:val="Hyperlink"/>
                <w:noProof/>
              </w:rPr>
              <w:t>BAB IV HASIL PKL/MAGANG DAN PEMBAHASAN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_Toc233318713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C3D4685" w14:textId="16C35C0A" w:rsidR="00737587" w:rsidRDefault="00737587">
          <w:pPr>
            <w:pStyle w:val="TOC2"/>
            <w:tabs>
              <w:tab w:val="right" w:leader="dot" w:pos="7927"/>
            </w:tabs>
            <w:rPr>
              <w:rFonts w:asciiTheme="minorHAnsi" w:eastAsiaTheme="minorEastAsia" w:hAnsiTheme="minorHAnsi"/>
              <w:noProof/>
              <w:kern w:val="2"/>
              <w:szCs w:val="24"/>
              <w14:ligatures w14:val="standardContextual"/>
            </w:rPr>
          </w:pPr>
          <w:hyperlink w:anchor="_Toc233318714" w:history="1">
            <w:r w:rsidRPr="008838CD">
              <w:rPr>
                <w:rStyle w:val="Hyperlink"/>
                <w:noProof/>
              </w:rPr>
              <w:t>4.1 Deskripsi Kegiatan PKL/Magang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_Toc233318714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5C73554" w14:textId="4CB57D54" w:rsidR="00737587" w:rsidRDefault="00737587">
          <w:pPr>
            <w:pStyle w:val="TOC2"/>
            <w:tabs>
              <w:tab w:val="right" w:leader="dot" w:pos="7927"/>
            </w:tabs>
            <w:rPr>
              <w:rFonts w:asciiTheme="minorHAnsi" w:eastAsiaTheme="minorEastAsia" w:hAnsiTheme="minorHAnsi"/>
              <w:noProof/>
              <w:kern w:val="2"/>
              <w:szCs w:val="24"/>
              <w14:ligatures w14:val="standardContextual"/>
            </w:rPr>
          </w:pPr>
          <w:hyperlink w:anchor="_Toc233318715" w:history="1">
            <w:r w:rsidRPr="008838CD">
              <w:rPr>
                <w:rStyle w:val="Hyperlink"/>
                <w:noProof/>
              </w:rPr>
              <w:t>4.2 Permasalahan yang Ditemukan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_Toc233318715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655CFA1" w14:textId="37A8C83C" w:rsidR="00737587" w:rsidRDefault="00737587">
          <w:pPr>
            <w:pStyle w:val="TOC2"/>
            <w:tabs>
              <w:tab w:val="right" w:leader="dot" w:pos="7927"/>
            </w:tabs>
            <w:rPr>
              <w:rFonts w:asciiTheme="minorHAnsi" w:eastAsiaTheme="minorEastAsia" w:hAnsiTheme="minorHAnsi"/>
              <w:noProof/>
              <w:kern w:val="2"/>
              <w:szCs w:val="24"/>
              <w14:ligatures w14:val="standardContextual"/>
            </w:rPr>
          </w:pPr>
          <w:hyperlink w:anchor="_Toc233318716" w:history="1">
            <w:r w:rsidRPr="008838CD">
              <w:rPr>
                <w:rStyle w:val="Hyperlink"/>
                <w:noProof/>
              </w:rPr>
              <w:t>4.3 Metode Penyelesaian Masalah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_Toc233318716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50B0D7C" w14:textId="381FB6E5" w:rsidR="00737587" w:rsidRDefault="00737587">
          <w:pPr>
            <w:pStyle w:val="TOC2"/>
            <w:tabs>
              <w:tab w:val="right" w:leader="dot" w:pos="7927"/>
            </w:tabs>
            <w:rPr>
              <w:rFonts w:asciiTheme="minorHAnsi" w:eastAsiaTheme="minorEastAsia" w:hAnsiTheme="minorHAnsi"/>
              <w:noProof/>
              <w:kern w:val="2"/>
              <w:szCs w:val="24"/>
              <w14:ligatures w14:val="standardContextual"/>
            </w:rPr>
          </w:pPr>
          <w:hyperlink w:anchor="_Toc233318717" w:history="1">
            <w:r w:rsidRPr="008838CD">
              <w:rPr>
                <w:rStyle w:val="Hyperlink"/>
                <w:noProof/>
              </w:rPr>
              <w:t>Hasil Pelaksanaan PKL/Magang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_Toc233318717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111826" w14:textId="3F04B305" w:rsidR="00737587" w:rsidRDefault="00737587">
          <w:pPr>
            <w:pStyle w:val="TOC2"/>
            <w:tabs>
              <w:tab w:val="right" w:leader="dot" w:pos="7927"/>
            </w:tabs>
            <w:rPr>
              <w:rFonts w:asciiTheme="minorHAnsi" w:eastAsiaTheme="minorEastAsia" w:hAnsiTheme="minorHAnsi"/>
              <w:noProof/>
              <w:kern w:val="2"/>
              <w:szCs w:val="24"/>
              <w14:ligatures w14:val="standardContextual"/>
            </w:rPr>
          </w:pPr>
          <w:hyperlink w:anchor="_Toc233318718" w:history="1">
            <w:r w:rsidRPr="008838CD">
              <w:rPr>
                <w:rStyle w:val="Hyperlink"/>
                <w:noProof/>
              </w:rPr>
              <w:t>4.5 Pembahasan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_Toc233318718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ED85C4C" w14:textId="72AA09F4" w:rsidR="00737587" w:rsidRDefault="00737587">
          <w:pPr>
            <w:pStyle w:val="TOC2"/>
            <w:tabs>
              <w:tab w:val="right" w:leader="dot" w:pos="7927"/>
            </w:tabs>
            <w:rPr>
              <w:rFonts w:asciiTheme="minorHAnsi" w:eastAsiaTheme="minorEastAsia" w:hAnsiTheme="minorHAnsi"/>
              <w:noProof/>
              <w:kern w:val="2"/>
              <w:szCs w:val="24"/>
              <w14:ligatures w14:val="standardContextual"/>
            </w:rPr>
          </w:pPr>
          <w:hyperlink w:anchor="_Toc233318719" w:history="1">
            <w:r w:rsidRPr="008838CD">
              <w:rPr>
                <w:rStyle w:val="Hyperlink"/>
                <w:noProof/>
              </w:rPr>
              <w:t>4.6 Pelajaran yang Diperoleh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_Toc233318719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D599811" w14:textId="1AE05D65" w:rsidR="00737587" w:rsidRDefault="00737587">
          <w:pPr>
            <w:pStyle w:val="TOC1"/>
            <w:tabs>
              <w:tab w:val="right" w:leader="dot" w:pos="7927"/>
            </w:tabs>
            <w:rPr>
              <w:rFonts w:asciiTheme="minorHAnsi" w:eastAsiaTheme="minorEastAsia" w:hAnsiTheme="minorHAnsi"/>
              <w:noProof/>
              <w:kern w:val="2"/>
              <w:szCs w:val="24"/>
              <w14:ligatures w14:val="standardContextual"/>
            </w:rPr>
          </w:pPr>
          <w:hyperlink w:anchor="_Toc233318720" w:history="1">
            <w:r w:rsidRPr="008838CD">
              <w:rPr>
                <w:rStyle w:val="Hyperlink"/>
                <w:noProof/>
              </w:rPr>
              <w:t>BAB V KESIMPULAN DAN SARAN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_Toc233318720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12B9074" w14:textId="37AC35D8" w:rsidR="00737587" w:rsidRDefault="00737587">
          <w:pPr>
            <w:pStyle w:val="TOC2"/>
            <w:tabs>
              <w:tab w:val="right" w:leader="dot" w:pos="7927"/>
            </w:tabs>
            <w:rPr>
              <w:rFonts w:asciiTheme="minorHAnsi" w:eastAsiaTheme="minorEastAsia" w:hAnsiTheme="minorHAnsi"/>
              <w:noProof/>
              <w:kern w:val="2"/>
              <w:szCs w:val="24"/>
              <w14:ligatures w14:val="standardContextual"/>
            </w:rPr>
          </w:pPr>
          <w:hyperlink w:anchor="_Toc233318721" w:history="1">
            <w:r w:rsidRPr="008838CD">
              <w:rPr>
                <w:rStyle w:val="Hyperlink"/>
                <w:noProof/>
              </w:rPr>
              <w:t>5.1 Kesimpulan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_Toc233318721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F518888" w14:textId="143288A0" w:rsidR="00737587" w:rsidRDefault="00737587">
          <w:pPr>
            <w:pStyle w:val="TOC2"/>
            <w:tabs>
              <w:tab w:val="right" w:leader="dot" w:pos="7927"/>
            </w:tabs>
            <w:rPr>
              <w:rFonts w:asciiTheme="minorHAnsi" w:eastAsiaTheme="minorEastAsia" w:hAnsiTheme="minorHAnsi"/>
              <w:noProof/>
              <w:kern w:val="2"/>
              <w:szCs w:val="24"/>
              <w14:ligatures w14:val="standardContextual"/>
            </w:rPr>
          </w:pPr>
          <w:hyperlink w:anchor="_Toc233318722" w:history="1">
            <w:r w:rsidRPr="008838CD">
              <w:rPr>
                <w:rStyle w:val="Hyperlink"/>
                <w:noProof/>
              </w:rPr>
              <w:t>5.2 Keterbatasan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_Toc233318722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5EFB3CE" w14:textId="0D251082" w:rsidR="00737587" w:rsidRDefault="00737587">
          <w:pPr>
            <w:pStyle w:val="TOC2"/>
            <w:tabs>
              <w:tab w:val="right" w:leader="dot" w:pos="7927"/>
            </w:tabs>
            <w:rPr>
              <w:rFonts w:asciiTheme="minorHAnsi" w:eastAsiaTheme="minorEastAsia" w:hAnsiTheme="minorHAnsi"/>
              <w:noProof/>
              <w:kern w:val="2"/>
              <w:szCs w:val="24"/>
              <w14:ligatures w14:val="standardContextual"/>
            </w:rPr>
          </w:pPr>
          <w:hyperlink w:anchor="_Toc233318723" w:history="1">
            <w:r w:rsidRPr="008838CD">
              <w:rPr>
                <w:rStyle w:val="Hyperlink"/>
                <w:noProof/>
              </w:rPr>
              <w:t>5.3 Implikasi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_Toc233318723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7D1BCF9" w14:textId="59686A27" w:rsidR="00737587" w:rsidRDefault="00737587">
          <w:pPr>
            <w:pStyle w:val="TOC2"/>
            <w:tabs>
              <w:tab w:val="right" w:leader="dot" w:pos="7927"/>
            </w:tabs>
            <w:rPr>
              <w:rFonts w:asciiTheme="minorHAnsi" w:eastAsiaTheme="minorEastAsia" w:hAnsiTheme="minorHAnsi"/>
              <w:noProof/>
              <w:kern w:val="2"/>
              <w:szCs w:val="24"/>
              <w14:ligatures w14:val="standardContextual"/>
            </w:rPr>
          </w:pPr>
          <w:hyperlink w:anchor="_Toc233318724" w:history="1">
            <w:r w:rsidRPr="008838CD">
              <w:rPr>
                <w:rStyle w:val="Hyperlink"/>
                <w:noProof/>
              </w:rPr>
              <w:t>5.4 Saran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_Toc233318724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44BA62D" w14:textId="15840DC8" w:rsidR="00737587" w:rsidRDefault="00737587">
          <w:pPr>
            <w:pStyle w:val="TOC1"/>
            <w:tabs>
              <w:tab w:val="right" w:leader="dot" w:pos="7927"/>
            </w:tabs>
            <w:rPr>
              <w:rFonts w:asciiTheme="minorHAnsi" w:eastAsiaTheme="minorEastAsia" w:hAnsiTheme="minorHAnsi"/>
              <w:noProof/>
              <w:kern w:val="2"/>
              <w:szCs w:val="24"/>
              <w14:ligatures w14:val="standardContextual"/>
            </w:rPr>
          </w:pPr>
          <w:hyperlink w:anchor="_Toc233318725" w:history="1">
            <w:r w:rsidRPr="008838CD">
              <w:rPr>
                <w:rStyle w:val="Hyperlink"/>
                <w:noProof/>
              </w:rPr>
              <w:t>DAFTAR PUSTAKA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_Toc233318725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532E0CB" w14:textId="66EB3DCB" w:rsidR="00737587" w:rsidRDefault="00737587">
          <w:pPr>
            <w:pStyle w:val="TOC1"/>
            <w:tabs>
              <w:tab w:val="right" w:leader="dot" w:pos="7927"/>
            </w:tabs>
            <w:rPr>
              <w:rFonts w:asciiTheme="minorHAnsi" w:eastAsiaTheme="minorEastAsia" w:hAnsiTheme="minorHAnsi"/>
              <w:noProof/>
              <w:kern w:val="2"/>
              <w:szCs w:val="24"/>
              <w14:ligatures w14:val="standardContextual"/>
            </w:rPr>
          </w:pPr>
          <w:hyperlink w:anchor="_Toc233318726" w:history="1">
            <w:r w:rsidRPr="008838CD">
              <w:rPr>
                <w:rStyle w:val="Hyperlink"/>
                <w:noProof/>
              </w:rPr>
              <w:t>LAMPIRAN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_Toc233318726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D295B1A" w14:textId="2BE69A6C" w:rsidR="00D03C71" w:rsidRDefault="00D03C71">
          <w:r>
            <w:rPr>
              <w:b/>
              <w:bCs/>
              <w:noProof/>
            </w:rPr>
            <w:fldChar w:fldCharType="end"/>
          </w:r>
        </w:p>
      </w:sdtContent>
    </w:sdt>
    <w:p w14:paraId="19944196" w14:textId="77777777" w:rsidR="006512E0" w:rsidRDefault="006512E0"/>
    <w:p w14:paraId="551206FB" w14:textId="77777777" w:rsidR="00D03C71" w:rsidRDefault="00D03C71"/>
    <w:p w14:paraId="0D2BCE28" w14:textId="77777777" w:rsidR="00D03C71" w:rsidRDefault="00D03C71"/>
    <w:p w14:paraId="64909711" w14:textId="77777777" w:rsidR="00D03C71" w:rsidRDefault="00D03C71">
      <w:pPr>
        <w:sectPr w:rsidR="00D03C71" w:rsidSect="008C541B">
          <w:pgSz w:w="11906" w:h="16838"/>
          <w:pgMar w:top="1440" w:right="1440" w:bottom="1440" w:left="1440" w:header="850" w:footer="850" w:gutter="0"/>
          <w:pgNumType w:fmt="lowerRoman" w:start="1"/>
          <w:cols w:space="720"/>
          <w:docGrid w:linePitch="360"/>
        </w:sectPr>
      </w:pPr>
    </w:p>
    <w:p w14:paraId="5F378FAE" w14:textId="187FF478" w:rsidR="006512E0" w:rsidRDefault="00E246F0" w:rsidP="00D03C71">
      <w:pPr>
        <w:pStyle w:val="Heading1"/>
      </w:pPr>
      <w:bookmarkStart w:id="3" w:name="_Toc233318689"/>
      <w:r>
        <w:lastRenderedPageBreak/>
        <w:t>RINGKASAN</w:t>
      </w:r>
      <w:bookmarkEnd w:id="3"/>
    </w:p>
    <w:p w14:paraId="6CE94F61" w14:textId="5E9EA5E1" w:rsidR="008076EA" w:rsidRPr="008076EA" w:rsidRDefault="008076EA" w:rsidP="008076EA">
      <w:pPr>
        <w:pStyle w:val="BabTitle"/>
        <w:ind w:firstLine="720"/>
        <w:jc w:val="both"/>
        <w:rPr>
          <w:b w:val="0"/>
          <w:i/>
          <w:color w:val="595959"/>
        </w:rPr>
      </w:pPr>
      <w:proofErr w:type="spellStart"/>
      <w:r w:rsidRPr="008076EA">
        <w:rPr>
          <w:b w:val="0"/>
          <w:i/>
          <w:color w:val="595959"/>
        </w:rPr>
        <w:t>Pelaksanaan</w:t>
      </w:r>
      <w:proofErr w:type="spellEnd"/>
      <w:r w:rsidRPr="008076EA">
        <w:rPr>
          <w:b w:val="0"/>
          <w:i/>
          <w:color w:val="595959"/>
        </w:rPr>
        <w:t xml:space="preserve"> PKL/</w:t>
      </w:r>
      <w:proofErr w:type="spellStart"/>
      <w:r w:rsidRPr="008076EA">
        <w:rPr>
          <w:b w:val="0"/>
          <w:i/>
          <w:color w:val="595959"/>
        </w:rPr>
        <w:t>Magang</w:t>
      </w:r>
      <w:proofErr w:type="spellEnd"/>
      <w:r w:rsidRPr="008076EA">
        <w:rPr>
          <w:b w:val="0"/>
          <w:i/>
          <w:color w:val="595959"/>
        </w:rPr>
        <w:t xml:space="preserve"> </w:t>
      </w:r>
      <w:proofErr w:type="spellStart"/>
      <w:r w:rsidRPr="008076EA">
        <w:rPr>
          <w:b w:val="0"/>
          <w:i/>
          <w:color w:val="595959"/>
        </w:rPr>
        <w:t>dilakukan</w:t>
      </w:r>
      <w:proofErr w:type="spellEnd"/>
      <w:r w:rsidRPr="008076EA">
        <w:rPr>
          <w:b w:val="0"/>
          <w:i/>
          <w:color w:val="595959"/>
        </w:rPr>
        <w:t xml:space="preserve"> di </w:t>
      </w:r>
      <w:r>
        <w:rPr>
          <w:b w:val="0"/>
          <w:i/>
          <w:color w:val="595959"/>
        </w:rPr>
        <w:t xml:space="preserve">Dinas </w:t>
      </w:r>
      <w:proofErr w:type="spellStart"/>
      <w:r>
        <w:rPr>
          <w:b w:val="0"/>
          <w:i/>
          <w:color w:val="595959"/>
        </w:rPr>
        <w:t>Komunikasi</w:t>
      </w:r>
      <w:proofErr w:type="spellEnd"/>
      <w:r>
        <w:rPr>
          <w:b w:val="0"/>
          <w:i/>
          <w:color w:val="595959"/>
        </w:rPr>
        <w:t xml:space="preserve"> dan </w:t>
      </w:r>
      <w:proofErr w:type="spellStart"/>
      <w:r>
        <w:rPr>
          <w:b w:val="0"/>
          <w:i/>
          <w:color w:val="595959"/>
        </w:rPr>
        <w:t>Informatika</w:t>
      </w:r>
      <w:proofErr w:type="spellEnd"/>
      <w:r>
        <w:rPr>
          <w:b w:val="0"/>
          <w:i/>
          <w:color w:val="595959"/>
        </w:rPr>
        <w:t xml:space="preserve"> </w:t>
      </w:r>
      <w:proofErr w:type="spellStart"/>
      <w:r>
        <w:rPr>
          <w:b w:val="0"/>
          <w:i/>
          <w:color w:val="595959"/>
        </w:rPr>
        <w:t>Kabupaten</w:t>
      </w:r>
      <w:proofErr w:type="spellEnd"/>
      <w:r>
        <w:rPr>
          <w:b w:val="0"/>
          <w:i/>
          <w:color w:val="595959"/>
        </w:rPr>
        <w:t xml:space="preserve"> Tangerang</w:t>
      </w:r>
      <w:r w:rsidRPr="008076EA">
        <w:rPr>
          <w:b w:val="0"/>
          <w:i/>
          <w:color w:val="595959"/>
        </w:rPr>
        <w:t xml:space="preserve"> yang </w:t>
      </w:r>
      <w:proofErr w:type="spellStart"/>
      <w:r w:rsidRPr="008076EA">
        <w:rPr>
          <w:b w:val="0"/>
          <w:i/>
          <w:color w:val="595959"/>
        </w:rPr>
        <w:t>merupakan</w:t>
      </w:r>
      <w:proofErr w:type="spellEnd"/>
      <w:r w:rsidRPr="008076EA">
        <w:rPr>
          <w:b w:val="0"/>
          <w:i/>
          <w:color w:val="595959"/>
        </w:rPr>
        <w:t xml:space="preserve"> </w:t>
      </w:r>
      <w:proofErr w:type="spellStart"/>
      <w:r w:rsidRPr="008076EA">
        <w:rPr>
          <w:b w:val="0"/>
          <w:i/>
          <w:color w:val="595959"/>
        </w:rPr>
        <w:t>instansi</w:t>
      </w:r>
      <w:proofErr w:type="spellEnd"/>
      <w:r w:rsidRPr="008076EA">
        <w:rPr>
          <w:b w:val="0"/>
          <w:i/>
          <w:color w:val="595959"/>
        </w:rPr>
        <w:t xml:space="preserve"> </w:t>
      </w:r>
      <w:proofErr w:type="spellStart"/>
      <w:r w:rsidRPr="008076EA">
        <w:rPr>
          <w:b w:val="0"/>
          <w:i/>
          <w:color w:val="595959"/>
        </w:rPr>
        <w:t>pemerintah</w:t>
      </w:r>
      <w:proofErr w:type="spellEnd"/>
      <w:r w:rsidRPr="008076EA">
        <w:rPr>
          <w:b w:val="0"/>
          <w:i/>
          <w:color w:val="595959"/>
        </w:rPr>
        <w:t xml:space="preserve"> </w:t>
      </w:r>
      <w:proofErr w:type="spellStart"/>
      <w:r w:rsidRPr="008076EA">
        <w:rPr>
          <w:b w:val="0"/>
          <w:i/>
          <w:color w:val="595959"/>
        </w:rPr>
        <w:t>daerah</w:t>
      </w:r>
      <w:proofErr w:type="spellEnd"/>
      <w:r w:rsidRPr="008076EA">
        <w:rPr>
          <w:b w:val="0"/>
          <w:i/>
          <w:color w:val="595959"/>
        </w:rPr>
        <w:t xml:space="preserve"> </w:t>
      </w:r>
      <w:proofErr w:type="spellStart"/>
      <w:r w:rsidRPr="008076EA">
        <w:rPr>
          <w:b w:val="0"/>
          <w:i/>
          <w:color w:val="595959"/>
        </w:rPr>
        <w:t>Kabupaten</w:t>
      </w:r>
      <w:proofErr w:type="spellEnd"/>
      <w:r w:rsidRPr="008076EA">
        <w:rPr>
          <w:b w:val="0"/>
          <w:i/>
          <w:color w:val="595959"/>
        </w:rPr>
        <w:t xml:space="preserve"> Tangerang. </w:t>
      </w:r>
      <w:proofErr w:type="spellStart"/>
      <w:r w:rsidRPr="008076EA">
        <w:rPr>
          <w:b w:val="0"/>
          <w:i/>
          <w:color w:val="595959"/>
        </w:rPr>
        <w:t>Selama</w:t>
      </w:r>
      <w:proofErr w:type="spellEnd"/>
      <w:r w:rsidRPr="008076EA">
        <w:rPr>
          <w:b w:val="0"/>
          <w:i/>
          <w:color w:val="595959"/>
        </w:rPr>
        <w:t xml:space="preserve"> dua </w:t>
      </w:r>
      <w:proofErr w:type="spellStart"/>
      <w:r w:rsidRPr="008076EA">
        <w:rPr>
          <w:b w:val="0"/>
          <w:i/>
          <w:color w:val="595959"/>
        </w:rPr>
        <w:t>bulan</w:t>
      </w:r>
      <w:proofErr w:type="spellEnd"/>
      <w:r w:rsidRPr="008076EA">
        <w:rPr>
          <w:b w:val="0"/>
          <w:i/>
          <w:color w:val="595959"/>
        </w:rPr>
        <w:t xml:space="preserve"> </w:t>
      </w:r>
      <w:proofErr w:type="spellStart"/>
      <w:r w:rsidRPr="008076EA">
        <w:rPr>
          <w:b w:val="0"/>
          <w:i/>
          <w:color w:val="595959"/>
        </w:rPr>
        <w:t>pertama</w:t>
      </w:r>
      <w:proofErr w:type="spellEnd"/>
      <w:r w:rsidRPr="008076EA">
        <w:rPr>
          <w:b w:val="0"/>
          <w:i/>
          <w:color w:val="595959"/>
        </w:rPr>
        <w:t xml:space="preserve">, </w:t>
      </w:r>
      <w:proofErr w:type="spellStart"/>
      <w:r w:rsidRPr="008076EA">
        <w:rPr>
          <w:b w:val="0"/>
          <w:i/>
          <w:color w:val="595959"/>
        </w:rPr>
        <w:t>penulis</w:t>
      </w:r>
      <w:proofErr w:type="spellEnd"/>
      <w:r w:rsidRPr="008076EA">
        <w:rPr>
          <w:b w:val="0"/>
          <w:i/>
          <w:color w:val="595959"/>
        </w:rPr>
        <w:t xml:space="preserve"> </w:t>
      </w:r>
      <w:proofErr w:type="spellStart"/>
      <w:r w:rsidRPr="008076EA">
        <w:rPr>
          <w:b w:val="0"/>
          <w:i/>
          <w:color w:val="595959"/>
        </w:rPr>
        <w:t>melaksanakan</w:t>
      </w:r>
      <w:proofErr w:type="spellEnd"/>
      <w:r w:rsidRPr="008076EA">
        <w:rPr>
          <w:b w:val="0"/>
          <w:i/>
          <w:color w:val="595959"/>
        </w:rPr>
        <w:t xml:space="preserve"> </w:t>
      </w:r>
      <w:proofErr w:type="spellStart"/>
      <w:r w:rsidRPr="008076EA">
        <w:rPr>
          <w:b w:val="0"/>
          <w:i/>
          <w:color w:val="595959"/>
        </w:rPr>
        <w:t>berbagai</w:t>
      </w:r>
      <w:proofErr w:type="spellEnd"/>
      <w:r w:rsidRPr="008076EA">
        <w:rPr>
          <w:b w:val="0"/>
          <w:i/>
          <w:color w:val="595959"/>
        </w:rPr>
        <w:t xml:space="preserve"> </w:t>
      </w:r>
      <w:proofErr w:type="spellStart"/>
      <w:r w:rsidRPr="008076EA">
        <w:rPr>
          <w:b w:val="0"/>
          <w:i/>
          <w:color w:val="595959"/>
        </w:rPr>
        <w:t>kegiatan</w:t>
      </w:r>
      <w:proofErr w:type="spellEnd"/>
      <w:r w:rsidRPr="008076EA">
        <w:rPr>
          <w:b w:val="0"/>
          <w:i/>
          <w:color w:val="595959"/>
        </w:rPr>
        <w:t xml:space="preserve"> </w:t>
      </w:r>
      <w:proofErr w:type="spellStart"/>
      <w:r w:rsidRPr="008076EA">
        <w:rPr>
          <w:b w:val="0"/>
          <w:i/>
          <w:color w:val="595959"/>
        </w:rPr>
        <w:t>liputan</w:t>
      </w:r>
      <w:proofErr w:type="spellEnd"/>
      <w:r w:rsidRPr="008076EA">
        <w:rPr>
          <w:b w:val="0"/>
          <w:i/>
          <w:color w:val="595959"/>
        </w:rPr>
        <w:t xml:space="preserve"> dan </w:t>
      </w:r>
      <w:proofErr w:type="spellStart"/>
      <w:r w:rsidRPr="008076EA">
        <w:rPr>
          <w:b w:val="0"/>
          <w:i/>
          <w:color w:val="595959"/>
        </w:rPr>
        <w:t>dokumentasi</w:t>
      </w:r>
      <w:proofErr w:type="spellEnd"/>
      <w:r w:rsidRPr="008076EA">
        <w:rPr>
          <w:b w:val="0"/>
          <w:i/>
          <w:color w:val="595959"/>
        </w:rPr>
        <w:t xml:space="preserve"> </w:t>
      </w:r>
      <w:proofErr w:type="spellStart"/>
      <w:r w:rsidRPr="008076EA">
        <w:rPr>
          <w:b w:val="0"/>
          <w:i/>
          <w:color w:val="595959"/>
        </w:rPr>
        <w:t>kegiatan</w:t>
      </w:r>
      <w:proofErr w:type="spellEnd"/>
      <w:r w:rsidRPr="008076EA">
        <w:rPr>
          <w:b w:val="0"/>
          <w:i/>
          <w:color w:val="595959"/>
        </w:rPr>
        <w:t xml:space="preserve"> </w:t>
      </w:r>
      <w:proofErr w:type="spellStart"/>
      <w:r w:rsidRPr="008076EA">
        <w:rPr>
          <w:b w:val="0"/>
          <w:i/>
          <w:color w:val="595959"/>
        </w:rPr>
        <w:t>pemerintahan</w:t>
      </w:r>
      <w:proofErr w:type="spellEnd"/>
      <w:r w:rsidRPr="008076EA">
        <w:rPr>
          <w:b w:val="0"/>
          <w:i/>
          <w:color w:val="595959"/>
        </w:rPr>
        <w:t xml:space="preserve">. </w:t>
      </w:r>
      <w:proofErr w:type="spellStart"/>
      <w:r w:rsidRPr="008076EA">
        <w:rPr>
          <w:b w:val="0"/>
          <w:i/>
          <w:color w:val="595959"/>
        </w:rPr>
        <w:t>Namun</w:t>
      </w:r>
      <w:proofErr w:type="spellEnd"/>
      <w:r w:rsidRPr="008076EA">
        <w:rPr>
          <w:b w:val="0"/>
          <w:i/>
          <w:color w:val="595959"/>
        </w:rPr>
        <w:t xml:space="preserve">, pada </w:t>
      </w:r>
      <w:proofErr w:type="spellStart"/>
      <w:r w:rsidRPr="008076EA">
        <w:rPr>
          <w:b w:val="0"/>
          <w:i/>
          <w:color w:val="595959"/>
        </w:rPr>
        <w:t>tahap</w:t>
      </w:r>
      <w:proofErr w:type="spellEnd"/>
      <w:r w:rsidRPr="008076EA">
        <w:rPr>
          <w:b w:val="0"/>
          <w:i/>
          <w:color w:val="595959"/>
        </w:rPr>
        <w:t xml:space="preserve"> </w:t>
      </w:r>
      <w:proofErr w:type="spellStart"/>
      <w:r w:rsidRPr="008076EA">
        <w:rPr>
          <w:b w:val="0"/>
          <w:i/>
          <w:color w:val="595959"/>
        </w:rPr>
        <w:t>selanjutnya</w:t>
      </w:r>
      <w:proofErr w:type="spellEnd"/>
      <w:r w:rsidRPr="008076EA">
        <w:rPr>
          <w:b w:val="0"/>
          <w:i/>
          <w:color w:val="595959"/>
        </w:rPr>
        <w:t xml:space="preserve">, </w:t>
      </w:r>
      <w:proofErr w:type="spellStart"/>
      <w:r w:rsidRPr="008076EA">
        <w:rPr>
          <w:b w:val="0"/>
          <w:i/>
          <w:color w:val="595959"/>
        </w:rPr>
        <w:t>penulis</w:t>
      </w:r>
      <w:proofErr w:type="spellEnd"/>
      <w:r w:rsidRPr="008076EA">
        <w:rPr>
          <w:b w:val="0"/>
          <w:i/>
          <w:color w:val="595959"/>
        </w:rPr>
        <w:t xml:space="preserve"> </w:t>
      </w:r>
      <w:proofErr w:type="spellStart"/>
      <w:r w:rsidRPr="008076EA">
        <w:rPr>
          <w:b w:val="0"/>
          <w:i/>
          <w:color w:val="595959"/>
        </w:rPr>
        <w:t>ditugaskan</w:t>
      </w:r>
      <w:proofErr w:type="spellEnd"/>
      <w:r w:rsidRPr="008076EA">
        <w:rPr>
          <w:b w:val="0"/>
          <w:i/>
          <w:color w:val="595959"/>
        </w:rPr>
        <w:t xml:space="preserve"> </w:t>
      </w:r>
      <w:proofErr w:type="spellStart"/>
      <w:r w:rsidRPr="008076EA">
        <w:rPr>
          <w:b w:val="0"/>
          <w:i/>
          <w:color w:val="595959"/>
        </w:rPr>
        <w:t>untuk</w:t>
      </w:r>
      <w:proofErr w:type="spellEnd"/>
      <w:r w:rsidRPr="008076EA">
        <w:rPr>
          <w:b w:val="0"/>
          <w:i/>
          <w:color w:val="595959"/>
        </w:rPr>
        <w:t xml:space="preserve"> </w:t>
      </w:r>
      <w:proofErr w:type="spellStart"/>
      <w:r w:rsidRPr="008076EA">
        <w:rPr>
          <w:b w:val="0"/>
          <w:i/>
          <w:color w:val="595959"/>
        </w:rPr>
        <w:t>merancang</w:t>
      </w:r>
      <w:proofErr w:type="spellEnd"/>
      <w:r w:rsidRPr="008076EA">
        <w:rPr>
          <w:b w:val="0"/>
          <w:i/>
          <w:color w:val="595959"/>
        </w:rPr>
        <w:t xml:space="preserve"> dan </w:t>
      </w:r>
      <w:proofErr w:type="spellStart"/>
      <w:r w:rsidRPr="008076EA">
        <w:rPr>
          <w:b w:val="0"/>
          <w:i/>
          <w:color w:val="595959"/>
        </w:rPr>
        <w:t>membangun</w:t>
      </w:r>
      <w:proofErr w:type="spellEnd"/>
      <w:r w:rsidRPr="008076EA">
        <w:rPr>
          <w:b w:val="0"/>
          <w:i/>
          <w:color w:val="595959"/>
        </w:rPr>
        <w:t xml:space="preserve"> </w:t>
      </w:r>
      <w:proofErr w:type="spellStart"/>
      <w:r w:rsidRPr="008076EA">
        <w:rPr>
          <w:b w:val="0"/>
          <w:i/>
          <w:color w:val="595959"/>
        </w:rPr>
        <w:t>sistem</w:t>
      </w:r>
      <w:proofErr w:type="spellEnd"/>
      <w:r w:rsidRPr="008076EA">
        <w:rPr>
          <w:b w:val="0"/>
          <w:i/>
          <w:color w:val="595959"/>
        </w:rPr>
        <w:t xml:space="preserve"> </w:t>
      </w:r>
      <w:proofErr w:type="spellStart"/>
      <w:r w:rsidRPr="008076EA">
        <w:rPr>
          <w:b w:val="0"/>
          <w:i/>
          <w:color w:val="595959"/>
        </w:rPr>
        <w:t>keamanan</w:t>
      </w:r>
      <w:proofErr w:type="spellEnd"/>
      <w:r w:rsidRPr="008076EA">
        <w:rPr>
          <w:b w:val="0"/>
          <w:i/>
          <w:color w:val="595959"/>
        </w:rPr>
        <w:t xml:space="preserve"> </w:t>
      </w:r>
      <w:proofErr w:type="spellStart"/>
      <w:r w:rsidRPr="008076EA">
        <w:rPr>
          <w:b w:val="0"/>
          <w:i/>
          <w:color w:val="595959"/>
        </w:rPr>
        <w:t>akses</w:t>
      </w:r>
      <w:proofErr w:type="spellEnd"/>
      <w:r w:rsidRPr="008076EA">
        <w:rPr>
          <w:b w:val="0"/>
          <w:i/>
          <w:color w:val="595959"/>
        </w:rPr>
        <w:t xml:space="preserve"> </w:t>
      </w:r>
      <w:proofErr w:type="spellStart"/>
      <w:r w:rsidRPr="008076EA">
        <w:rPr>
          <w:b w:val="0"/>
          <w:i/>
          <w:color w:val="595959"/>
        </w:rPr>
        <w:t>ruangan</w:t>
      </w:r>
      <w:proofErr w:type="spellEnd"/>
      <w:r w:rsidRPr="008076EA">
        <w:rPr>
          <w:b w:val="0"/>
          <w:i/>
          <w:color w:val="595959"/>
        </w:rPr>
        <w:t xml:space="preserve"> </w:t>
      </w:r>
      <w:proofErr w:type="spellStart"/>
      <w:r w:rsidRPr="008076EA">
        <w:rPr>
          <w:b w:val="0"/>
          <w:i/>
          <w:color w:val="595959"/>
        </w:rPr>
        <w:t>berbasis</w:t>
      </w:r>
      <w:proofErr w:type="spellEnd"/>
      <w:r w:rsidRPr="008076EA">
        <w:rPr>
          <w:b w:val="0"/>
          <w:i/>
          <w:color w:val="595959"/>
        </w:rPr>
        <w:t xml:space="preserve"> RFID </w:t>
      </w:r>
      <w:proofErr w:type="spellStart"/>
      <w:r w:rsidRPr="008076EA">
        <w:rPr>
          <w:b w:val="0"/>
          <w:i/>
          <w:color w:val="595959"/>
        </w:rPr>
        <w:t>dengan</w:t>
      </w:r>
      <w:proofErr w:type="spellEnd"/>
      <w:r w:rsidRPr="008076EA">
        <w:rPr>
          <w:b w:val="0"/>
          <w:i/>
          <w:color w:val="595959"/>
        </w:rPr>
        <w:t xml:space="preserve"> solenoid door lock </w:t>
      </w:r>
      <w:proofErr w:type="spellStart"/>
      <w:r w:rsidRPr="008076EA">
        <w:rPr>
          <w:b w:val="0"/>
          <w:i/>
          <w:color w:val="595959"/>
        </w:rPr>
        <w:t>menggunakan</w:t>
      </w:r>
      <w:proofErr w:type="spellEnd"/>
      <w:r w:rsidRPr="008076EA">
        <w:rPr>
          <w:b w:val="0"/>
          <w:i/>
          <w:color w:val="595959"/>
        </w:rPr>
        <w:t xml:space="preserve"> Arduino Uno. </w:t>
      </w:r>
    </w:p>
    <w:p w14:paraId="4D973446" w14:textId="6CCCA489" w:rsidR="008076EA" w:rsidRPr="008076EA" w:rsidRDefault="008076EA" w:rsidP="008076EA">
      <w:pPr>
        <w:pStyle w:val="BabTitle"/>
        <w:ind w:firstLine="720"/>
        <w:jc w:val="both"/>
        <w:rPr>
          <w:b w:val="0"/>
          <w:i/>
          <w:color w:val="595959"/>
        </w:rPr>
      </w:pPr>
      <w:r w:rsidRPr="008076EA">
        <w:rPr>
          <w:b w:val="0"/>
          <w:i/>
          <w:color w:val="595959"/>
        </w:rPr>
        <w:t xml:space="preserve">Metode </w:t>
      </w:r>
      <w:proofErr w:type="spellStart"/>
      <w:r w:rsidRPr="008076EA">
        <w:rPr>
          <w:b w:val="0"/>
          <w:i/>
          <w:color w:val="595959"/>
        </w:rPr>
        <w:t>pelaksanaan</w:t>
      </w:r>
      <w:proofErr w:type="spellEnd"/>
      <w:r w:rsidRPr="008076EA">
        <w:rPr>
          <w:b w:val="0"/>
          <w:i/>
          <w:color w:val="595959"/>
        </w:rPr>
        <w:t xml:space="preserve"> PKL/</w:t>
      </w:r>
      <w:proofErr w:type="spellStart"/>
      <w:r w:rsidRPr="008076EA">
        <w:rPr>
          <w:b w:val="0"/>
          <w:i/>
          <w:color w:val="595959"/>
        </w:rPr>
        <w:t>Magang</w:t>
      </w:r>
      <w:proofErr w:type="spellEnd"/>
      <w:r w:rsidRPr="008076EA">
        <w:rPr>
          <w:b w:val="0"/>
          <w:i/>
          <w:color w:val="595959"/>
        </w:rPr>
        <w:t xml:space="preserve"> </w:t>
      </w:r>
      <w:proofErr w:type="spellStart"/>
      <w:r w:rsidRPr="008076EA">
        <w:rPr>
          <w:b w:val="0"/>
          <w:i/>
          <w:color w:val="595959"/>
        </w:rPr>
        <w:t>menggunakan</w:t>
      </w:r>
      <w:proofErr w:type="spellEnd"/>
      <w:r w:rsidRPr="008076EA">
        <w:rPr>
          <w:b w:val="0"/>
          <w:i/>
          <w:color w:val="595959"/>
        </w:rPr>
        <w:t xml:space="preserve"> </w:t>
      </w:r>
      <w:proofErr w:type="spellStart"/>
      <w:r w:rsidRPr="008076EA">
        <w:rPr>
          <w:b w:val="0"/>
          <w:i/>
          <w:color w:val="595959"/>
        </w:rPr>
        <w:t>pendekatan</w:t>
      </w:r>
      <w:proofErr w:type="spellEnd"/>
      <w:r w:rsidRPr="008076EA">
        <w:rPr>
          <w:b w:val="0"/>
          <w:i/>
          <w:color w:val="595959"/>
        </w:rPr>
        <w:t xml:space="preserve"> </w:t>
      </w:r>
      <w:proofErr w:type="spellStart"/>
      <w:r w:rsidRPr="008076EA">
        <w:rPr>
          <w:b w:val="0"/>
          <w:i/>
          <w:color w:val="595959"/>
        </w:rPr>
        <w:t>deskriptif</w:t>
      </w:r>
      <w:proofErr w:type="spellEnd"/>
      <w:r w:rsidRPr="008076EA">
        <w:rPr>
          <w:b w:val="0"/>
          <w:i/>
          <w:color w:val="595959"/>
        </w:rPr>
        <w:t xml:space="preserve"> dan </w:t>
      </w:r>
      <w:proofErr w:type="spellStart"/>
      <w:r w:rsidRPr="008076EA">
        <w:rPr>
          <w:b w:val="0"/>
          <w:i/>
          <w:color w:val="595959"/>
        </w:rPr>
        <w:t>eksperimental</w:t>
      </w:r>
      <w:proofErr w:type="spellEnd"/>
      <w:r w:rsidRPr="008076EA">
        <w:rPr>
          <w:b w:val="0"/>
          <w:i/>
          <w:color w:val="595959"/>
        </w:rPr>
        <w:t xml:space="preserve">. Lokasi </w:t>
      </w:r>
      <w:proofErr w:type="spellStart"/>
      <w:r w:rsidRPr="008076EA">
        <w:rPr>
          <w:b w:val="0"/>
          <w:i/>
          <w:color w:val="595959"/>
        </w:rPr>
        <w:t>pelaksanaan</w:t>
      </w:r>
      <w:proofErr w:type="spellEnd"/>
      <w:r w:rsidRPr="008076EA">
        <w:rPr>
          <w:b w:val="0"/>
          <w:i/>
          <w:color w:val="595959"/>
        </w:rPr>
        <w:t xml:space="preserve"> </w:t>
      </w:r>
      <w:proofErr w:type="spellStart"/>
      <w:r w:rsidRPr="008076EA">
        <w:rPr>
          <w:b w:val="0"/>
          <w:i/>
          <w:color w:val="595959"/>
        </w:rPr>
        <w:t>adalah</w:t>
      </w:r>
      <w:proofErr w:type="spellEnd"/>
      <w:r w:rsidRPr="008076EA">
        <w:rPr>
          <w:b w:val="0"/>
          <w:i/>
          <w:color w:val="595959"/>
        </w:rPr>
        <w:t xml:space="preserve"> di </w:t>
      </w:r>
      <w:r>
        <w:rPr>
          <w:b w:val="0"/>
          <w:i/>
          <w:color w:val="595959"/>
        </w:rPr>
        <w:t xml:space="preserve">Dinas </w:t>
      </w:r>
      <w:proofErr w:type="spellStart"/>
      <w:r>
        <w:rPr>
          <w:b w:val="0"/>
          <w:i/>
          <w:color w:val="595959"/>
        </w:rPr>
        <w:t>Komunikasi</w:t>
      </w:r>
      <w:proofErr w:type="spellEnd"/>
      <w:r>
        <w:rPr>
          <w:b w:val="0"/>
          <w:i/>
          <w:color w:val="595959"/>
        </w:rPr>
        <w:t xml:space="preserve"> dan </w:t>
      </w:r>
      <w:proofErr w:type="spellStart"/>
      <w:r>
        <w:rPr>
          <w:b w:val="0"/>
          <w:i/>
          <w:color w:val="595959"/>
        </w:rPr>
        <w:t>Informatika</w:t>
      </w:r>
      <w:proofErr w:type="spellEnd"/>
      <w:r>
        <w:rPr>
          <w:b w:val="0"/>
          <w:i/>
          <w:color w:val="595959"/>
        </w:rPr>
        <w:t xml:space="preserve"> </w:t>
      </w:r>
      <w:proofErr w:type="spellStart"/>
      <w:r>
        <w:rPr>
          <w:b w:val="0"/>
          <w:i/>
          <w:color w:val="595959"/>
        </w:rPr>
        <w:t>Kabupaten</w:t>
      </w:r>
      <w:proofErr w:type="spellEnd"/>
      <w:r>
        <w:rPr>
          <w:b w:val="0"/>
          <w:i/>
          <w:color w:val="595959"/>
        </w:rPr>
        <w:t xml:space="preserve"> Tangerang</w:t>
      </w:r>
      <w:r w:rsidRPr="008076EA">
        <w:rPr>
          <w:b w:val="0"/>
          <w:i/>
          <w:color w:val="595959"/>
        </w:rPr>
        <w:t xml:space="preserve">, </w:t>
      </w:r>
      <w:proofErr w:type="spellStart"/>
      <w:r w:rsidRPr="008076EA">
        <w:rPr>
          <w:b w:val="0"/>
          <w:i/>
          <w:color w:val="595959"/>
        </w:rPr>
        <w:t>Kabupaten</w:t>
      </w:r>
      <w:proofErr w:type="spellEnd"/>
      <w:r w:rsidRPr="008076EA">
        <w:rPr>
          <w:b w:val="0"/>
          <w:i/>
          <w:color w:val="595959"/>
        </w:rPr>
        <w:t xml:space="preserve"> Tangerang. </w:t>
      </w:r>
      <w:proofErr w:type="spellStart"/>
      <w:r w:rsidRPr="008076EA">
        <w:rPr>
          <w:b w:val="0"/>
          <w:i/>
          <w:color w:val="595959"/>
        </w:rPr>
        <w:t>Objek</w:t>
      </w:r>
      <w:proofErr w:type="spellEnd"/>
      <w:r w:rsidRPr="008076EA">
        <w:rPr>
          <w:b w:val="0"/>
          <w:i/>
          <w:color w:val="595959"/>
        </w:rPr>
        <w:t xml:space="preserve"> </w:t>
      </w:r>
      <w:proofErr w:type="spellStart"/>
      <w:r w:rsidRPr="008076EA">
        <w:rPr>
          <w:b w:val="0"/>
          <w:i/>
          <w:color w:val="595959"/>
        </w:rPr>
        <w:t>penelitian</w:t>
      </w:r>
      <w:proofErr w:type="spellEnd"/>
      <w:r w:rsidRPr="008076EA">
        <w:rPr>
          <w:b w:val="0"/>
          <w:i/>
          <w:color w:val="595959"/>
        </w:rPr>
        <w:t xml:space="preserve"> </w:t>
      </w:r>
      <w:proofErr w:type="spellStart"/>
      <w:r w:rsidRPr="008076EA">
        <w:rPr>
          <w:b w:val="0"/>
          <w:i/>
          <w:color w:val="595959"/>
        </w:rPr>
        <w:t>adalah</w:t>
      </w:r>
      <w:proofErr w:type="spellEnd"/>
      <w:r w:rsidRPr="008076EA">
        <w:rPr>
          <w:b w:val="0"/>
          <w:i/>
          <w:color w:val="595959"/>
        </w:rPr>
        <w:t xml:space="preserve"> </w:t>
      </w:r>
      <w:proofErr w:type="spellStart"/>
      <w:r w:rsidRPr="008076EA">
        <w:rPr>
          <w:b w:val="0"/>
          <w:i/>
          <w:color w:val="595959"/>
        </w:rPr>
        <w:t>sistem</w:t>
      </w:r>
      <w:proofErr w:type="spellEnd"/>
      <w:r w:rsidRPr="008076EA">
        <w:rPr>
          <w:b w:val="0"/>
          <w:i/>
          <w:color w:val="595959"/>
        </w:rPr>
        <w:t xml:space="preserve"> </w:t>
      </w:r>
      <w:proofErr w:type="spellStart"/>
      <w:r w:rsidRPr="008076EA">
        <w:rPr>
          <w:b w:val="0"/>
          <w:i/>
          <w:color w:val="595959"/>
        </w:rPr>
        <w:t>keamanan</w:t>
      </w:r>
      <w:proofErr w:type="spellEnd"/>
      <w:r w:rsidRPr="008076EA">
        <w:rPr>
          <w:b w:val="0"/>
          <w:i/>
          <w:color w:val="595959"/>
        </w:rPr>
        <w:t xml:space="preserve"> </w:t>
      </w:r>
      <w:proofErr w:type="spellStart"/>
      <w:r w:rsidRPr="008076EA">
        <w:rPr>
          <w:b w:val="0"/>
          <w:i/>
          <w:color w:val="595959"/>
        </w:rPr>
        <w:t>akses</w:t>
      </w:r>
      <w:proofErr w:type="spellEnd"/>
      <w:r w:rsidRPr="008076EA">
        <w:rPr>
          <w:b w:val="0"/>
          <w:i/>
          <w:color w:val="595959"/>
        </w:rPr>
        <w:t xml:space="preserve"> </w:t>
      </w:r>
      <w:proofErr w:type="spellStart"/>
      <w:r w:rsidRPr="008076EA">
        <w:rPr>
          <w:b w:val="0"/>
          <w:i/>
          <w:color w:val="595959"/>
        </w:rPr>
        <w:t>ruangan</w:t>
      </w:r>
      <w:proofErr w:type="spellEnd"/>
      <w:r w:rsidRPr="008076EA">
        <w:rPr>
          <w:b w:val="0"/>
          <w:i/>
          <w:color w:val="595959"/>
        </w:rPr>
        <w:t xml:space="preserve">. Metode </w:t>
      </w:r>
      <w:proofErr w:type="spellStart"/>
      <w:r w:rsidRPr="008076EA">
        <w:rPr>
          <w:b w:val="0"/>
          <w:i/>
          <w:color w:val="595959"/>
        </w:rPr>
        <w:t>pengumpulan</w:t>
      </w:r>
      <w:proofErr w:type="spellEnd"/>
      <w:r w:rsidRPr="008076EA">
        <w:rPr>
          <w:b w:val="0"/>
          <w:i/>
          <w:color w:val="595959"/>
        </w:rPr>
        <w:t xml:space="preserve"> data </w:t>
      </w:r>
      <w:proofErr w:type="spellStart"/>
      <w:r w:rsidRPr="008076EA">
        <w:rPr>
          <w:b w:val="0"/>
          <w:i/>
          <w:color w:val="595959"/>
        </w:rPr>
        <w:t>meliputi</w:t>
      </w:r>
      <w:proofErr w:type="spellEnd"/>
      <w:r w:rsidRPr="008076EA">
        <w:rPr>
          <w:b w:val="0"/>
          <w:i/>
          <w:color w:val="595959"/>
        </w:rPr>
        <w:t xml:space="preserve"> </w:t>
      </w:r>
      <w:proofErr w:type="spellStart"/>
      <w:r w:rsidRPr="008076EA">
        <w:rPr>
          <w:b w:val="0"/>
          <w:i/>
          <w:color w:val="595959"/>
        </w:rPr>
        <w:t>observasi</w:t>
      </w:r>
      <w:proofErr w:type="spellEnd"/>
      <w:r w:rsidRPr="008076EA">
        <w:rPr>
          <w:b w:val="0"/>
          <w:i/>
          <w:color w:val="595959"/>
        </w:rPr>
        <w:t xml:space="preserve">, </w:t>
      </w:r>
      <w:proofErr w:type="spellStart"/>
      <w:r w:rsidRPr="008076EA">
        <w:rPr>
          <w:b w:val="0"/>
          <w:i/>
          <w:color w:val="595959"/>
        </w:rPr>
        <w:t>wawancara</w:t>
      </w:r>
      <w:proofErr w:type="spellEnd"/>
      <w:r w:rsidRPr="008076EA">
        <w:rPr>
          <w:b w:val="0"/>
          <w:i/>
          <w:color w:val="595959"/>
        </w:rPr>
        <w:t xml:space="preserve"> </w:t>
      </w:r>
      <w:proofErr w:type="spellStart"/>
      <w:r w:rsidRPr="008076EA">
        <w:rPr>
          <w:b w:val="0"/>
          <w:i/>
          <w:color w:val="595959"/>
        </w:rPr>
        <w:t>dengan</w:t>
      </w:r>
      <w:proofErr w:type="spellEnd"/>
      <w:r w:rsidRPr="008076EA">
        <w:rPr>
          <w:b w:val="0"/>
          <w:i/>
          <w:color w:val="595959"/>
        </w:rPr>
        <w:t xml:space="preserve"> </w:t>
      </w:r>
      <w:proofErr w:type="spellStart"/>
      <w:r w:rsidRPr="008076EA">
        <w:rPr>
          <w:b w:val="0"/>
          <w:i/>
          <w:color w:val="595959"/>
        </w:rPr>
        <w:t>pembimbing</w:t>
      </w:r>
      <w:proofErr w:type="spellEnd"/>
      <w:r w:rsidRPr="008076EA">
        <w:rPr>
          <w:b w:val="0"/>
          <w:i/>
          <w:color w:val="595959"/>
        </w:rPr>
        <w:t xml:space="preserve"> </w:t>
      </w:r>
      <w:proofErr w:type="spellStart"/>
      <w:r w:rsidRPr="008076EA">
        <w:rPr>
          <w:b w:val="0"/>
          <w:i/>
          <w:color w:val="595959"/>
        </w:rPr>
        <w:t>lapangan</w:t>
      </w:r>
      <w:proofErr w:type="spellEnd"/>
      <w:r w:rsidRPr="008076EA">
        <w:rPr>
          <w:b w:val="0"/>
          <w:i/>
          <w:color w:val="595959"/>
        </w:rPr>
        <w:t xml:space="preserve">, dan </w:t>
      </w:r>
      <w:proofErr w:type="spellStart"/>
      <w:r w:rsidRPr="008076EA">
        <w:rPr>
          <w:b w:val="0"/>
          <w:i/>
          <w:color w:val="595959"/>
        </w:rPr>
        <w:t>dokumentasi</w:t>
      </w:r>
      <w:proofErr w:type="spellEnd"/>
      <w:r w:rsidRPr="008076EA">
        <w:rPr>
          <w:b w:val="0"/>
          <w:i/>
          <w:color w:val="595959"/>
        </w:rPr>
        <w:t xml:space="preserve">. </w:t>
      </w:r>
      <w:proofErr w:type="spellStart"/>
      <w:r w:rsidRPr="008076EA">
        <w:rPr>
          <w:b w:val="0"/>
          <w:i/>
          <w:color w:val="595959"/>
        </w:rPr>
        <w:t>Instrumen</w:t>
      </w:r>
      <w:proofErr w:type="spellEnd"/>
      <w:r w:rsidRPr="008076EA">
        <w:rPr>
          <w:b w:val="0"/>
          <w:i/>
          <w:color w:val="595959"/>
        </w:rPr>
        <w:t xml:space="preserve"> yang </w:t>
      </w:r>
      <w:proofErr w:type="spellStart"/>
      <w:r w:rsidRPr="008076EA">
        <w:rPr>
          <w:b w:val="0"/>
          <w:i/>
          <w:color w:val="595959"/>
        </w:rPr>
        <w:t>digunakan</w:t>
      </w:r>
      <w:proofErr w:type="spellEnd"/>
      <w:r w:rsidRPr="008076EA">
        <w:rPr>
          <w:b w:val="0"/>
          <w:i/>
          <w:color w:val="595959"/>
        </w:rPr>
        <w:t xml:space="preserve"> </w:t>
      </w:r>
      <w:proofErr w:type="spellStart"/>
      <w:r w:rsidRPr="008076EA">
        <w:rPr>
          <w:b w:val="0"/>
          <w:i/>
          <w:color w:val="595959"/>
        </w:rPr>
        <w:t>meliputi</w:t>
      </w:r>
      <w:proofErr w:type="spellEnd"/>
      <w:r w:rsidRPr="008076EA">
        <w:rPr>
          <w:b w:val="0"/>
          <w:i/>
          <w:color w:val="595959"/>
        </w:rPr>
        <w:t xml:space="preserve"> Arduino Uno, </w:t>
      </w:r>
      <w:proofErr w:type="spellStart"/>
      <w:r w:rsidRPr="008076EA">
        <w:rPr>
          <w:b w:val="0"/>
          <w:i/>
          <w:color w:val="595959"/>
        </w:rPr>
        <w:t>modul</w:t>
      </w:r>
      <w:proofErr w:type="spellEnd"/>
      <w:r w:rsidRPr="008076EA">
        <w:rPr>
          <w:b w:val="0"/>
          <w:i/>
          <w:color w:val="595959"/>
        </w:rPr>
        <w:t xml:space="preserve"> RFID RC522, solenoid door lock, b, dan </w:t>
      </w:r>
      <w:proofErr w:type="spellStart"/>
      <w:r w:rsidRPr="008076EA">
        <w:rPr>
          <w:b w:val="0"/>
          <w:i/>
          <w:color w:val="595959"/>
        </w:rPr>
        <w:t>kabel</w:t>
      </w:r>
      <w:proofErr w:type="spellEnd"/>
      <w:r w:rsidRPr="008076EA">
        <w:rPr>
          <w:b w:val="0"/>
          <w:i/>
          <w:color w:val="595959"/>
        </w:rPr>
        <w:t xml:space="preserve"> jumper. Teknik </w:t>
      </w:r>
      <w:proofErr w:type="spellStart"/>
      <w:r w:rsidRPr="008076EA">
        <w:rPr>
          <w:b w:val="0"/>
          <w:i/>
          <w:color w:val="595959"/>
        </w:rPr>
        <w:t>analisis</w:t>
      </w:r>
      <w:proofErr w:type="spellEnd"/>
      <w:r w:rsidRPr="008076EA">
        <w:rPr>
          <w:b w:val="0"/>
          <w:i/>
          <w:color w:val="595959"/>
        </w:rPr>
        <w:t xml:space="preserve"> data </w:t>
      </w:r>
      <w:proofErr w:type="spellStart"/>
      <w:r w:rsidRPr="008076EA">
        <w:rPr>
          <w:b w:val="0"/>
          <w:i/>
          <w:color w:val="595959"/>
        </w:rPr>
        <w:t>menggunakan</w:t>
      </w:r>
      <w:proofErr w:type="spellEnd"/>
      <w:r w:rsidRPr="008076EA">
        <w:rPr>
          <w:b w:val="0"/>
          <w:i/>
          <w:color w:val="595959"/>
        </w:rPr>
        <w:t xml:space="preserve"> </w:t>
      </w:r>
      <w:proofErr w:type="spellStart"/>
      <w:r w:rsidRPr="008076EA">
        <w:rPr>
          <w:b w:val="0"/>
          <w:i/>
          <w:color w:val="595959"/>
        </w:rPr>
        <w:t>analisis</w:t>
      </w:r>
      <w:proofErr w:type="spellEnd"/>
      <w:r w:rsidRPr="008076EA">
        <w:rPr>
          <w:b w:val="0"/>
          <w:i/>
          <w:color w:val="595959"/>
        </w:rPr>
        <w:t xml:space="preserve"> </w:t>
      </w:r>
      <w:proofErr w:type="spellStart"/>
      <w:r w:rsidRPr="008076EA">
        <w:rPr>
          <w:b w:val="0"/>
          <w:i/>
          <w:color w:val="595959"/>
        </w:rPr>
        <w:t>deskriptif</w:t>
      </w:r>
      <w:proofErr w:type="spellEnd"/>
      <w:r w:rsidRPr="008076EA">
        <w:rPr>
          <w:b w:val="0"/>
          <w:i/>
          <w:color w:val="595959"/>
        </w:rPr>
        <w:t xml:space="preserve"> </w:t>
      </w:r>
      <w:proofErr w:type="spellStart"/>
      <w:r w:rsidRPr="008076EA">
        <w:rPr>
          <w:b w:val="0"/>
          <w:i/>
          <w:color w:val="595959"/>
        </w:rPr>
        <w:t>dengan</w:t>
      </w:r>
      <w:proofErr w:type="spellEnd"/>
      <w:r w:rsidRPr="008076EA">
        <w:rPr>
          <w:b w:val="0"/>
          <w:i/>
          <w:color w:val="595959"/>
        </w:rPr>
        <w:t xml:space="preserve"> </w:t>
      </w:r>
      <w:proofErr w:type="spellStart"/>
      <w:r w:rsidRPr="008076EA">
        <w:rPr>
          <w:b w:val="0"/>
          <w:i/>
          <w:color w:val="595959"/>
        </w:rPr>
        <w:t>menguji</w:t>
      </w:r>
      <w:proofErr w:type="spellEnd"/>
      <w:r w:rsidRPr="008076EA">
        <w:rPr>
          <w:b w:val="0"/>
          <w:i/>
          <w:color w:val="595959"/>
        </w:rPr>
        <w:t xml:space="preserve"> </w:t>
      </w:r>
      <w:proofErr w:type="spellStart"/>
      <w:r w:rsidRPr="008076EA">
        <w:rPr>
          <w:b w:val="0"/>
          <w:i/>
          <w:color w:val="595959"/>
        </w:rPr>
        <w:t>fungsionalitas</w:t>
      </w:r>
      <w:proofErr w:type="spellEnd"/>
      <w:r w:rsidRPr="008076EA">
        <w:rPr>
          <w:b w:val="0"/>
          <w:i/>
          <w:color w:val="595959"/>
        </w:rPr>
        <w:t xml:space="preserve"> </w:t>
      </w:r>
      <w:proofErr w:type="spellStart"/>
      <w:r w:rsidRPr="008076EA">
        <w:rPr>
          <w:b w:val="0"/>
          <w:i/>
          <w:color w:val="595959"/>
        </w:rPr>
        <w:t>sistem</w:t>
      </w:r>
      <w:proofErr w:type="spellEnd"/>
      <w:r w:rsidRPr="008076EA">
        <w:rPr>
          <w:b w:val="0"/>
          <w:i/>
          <w:color w:val="595959"/>
        </w:rPr>
        <w:t>.</w:t>
      </w:r>
    </w:p>
    <w:p w14:paraId="1FB5962E" w14:textId="238A1DB5" w:rsidR="008076EA" w:rsidRDefault="008076EA" w:rsidP="008076EA">
      <w:pPr>
        <w:pStyle w:val="BabTitle"/>
        <w:ind w:firstLine="720"/>
        <w:jc w:val="both"/>
        <w:rPr>
          <w:b w:val="0"/>
          <w:i/>
          <w:color w:val="595959"/>
        </w:rPr>
      </w:pPr>
      <w:r w:rsidRPr="008076EA">
        <w:rPr>
          <w:b w:val="0"/>
          <w:i/>
          <w:color w:val="595959"/>
        </w:rPr>
        <w:t xml:space="preserve">Hasil </w:t>
      </w:r>
      <w:proofErr w:type="spellStart"/>
      <w:r w:rsidRPr="008076EA">
        <w:rPr>
          <w:b w:val="0"/>
          <w:i/>
          <w:color w:val="595959"/>
        </w:rPr>
        <w:t>pelaksanaan</w:t>
      </w:r>
      <w:proofErr w:type="spellEnd"/>
      <w:r w:rsidRPr="008076EA">
        <w:rPr>
          <w:b w:val="0"/>
          <w:i/>
          <w:color w:val="595959"/>
        </w:rPr>
        <w:t xml:space="preserve"> PKL/</w:t>
      </w:r>
      <w:proofErr w:type="spellStart"/>
      <w:r w:rsidRPr="008076EA">
        <w:rPr>
          <w:b w:val="0"/>
          <w:i/>
          <w:color w:val="595959"/>
        </w:rPr>
        <w:t>Magang</w:t>
      </w:r>
      <w:proofErr w:type="spellEnd"/>
      <w:r w:rsidRPr="008076EA">
        <w:rPr>
          <w:b w:val="0"/>
          <w:i/>
          <w:color w:val="595959"/>
        </w:rPr>
        <w:t xml:space="preserve"> </w:t>
      </w:r>
      <w:proofErr w:type="spellStart"/>
      <w:r w:rsidRPr="008076EA">
        <w:rPr>
          <w:b w:val="0"/>
          <w:i/>
          <w:color w:val="595959"/>
        </w:rPr>
        <w:t>menunjukkan</w:t>
      </w:r>
      <w:proofErr w:type="spellEnd"/>
      <w:r w:rsidRPr="008076EA">
        <w:rPr>
          <w:b w:val="0"/>
          <w:i/>
          <w:color w:val="595959"/>
        </w:rPr>
        <w:t xml:space="preserve"> </w:t>
      </w:r>
      <w:proofErr w:type="spellStart"/>
      <w:r w:rsidRPr="008076EA">
        <w:rPr>
          <w:b w:val="0"/>
          <w:i/>
          <w:color w:val="595959"/>
        </w:rPr>
        <w:t>bahwa</w:t>
      </w:r>
      <w:proofErr w:type="spellEnd"/>
      <w:r w:rsidRPr="008076EA">
        <w:rPr>
          <w:b w:val="0"/>
          <w:i/>
          <w:color w:val="595959"/>
        </w:rPr>
        <w:t xml:space="preserve"> </w:t>
      </w:r>
      <w:proofErr w:type="spellStart"/>
      <w:r w:rsidRPr="008076EA">
        <w:rPr>
          <w:b w:val="0"/>
          <w:i/>
          <w:color w:val="595959"/>
        </w:rPr>
        <w:t>sistem</w:t>
      </w:r>
      <w:proofErr w:type="spellEnd"/>
      <w:r w:rsidRPr="008076EA">
        <w:rPr>
          <w:b w:val="0"/>
          <w:i/>
          <w:color w:val="595959"/>
        </w:rPr>
        <w:t xml:space="preserve"> </w:t>
      </w:r>
      <w:proofErr w:type="spellStart"/>
      <w:r w:rsidRPr="008076EA">
        <w:rPr>
          <w:b w:val="0"/>
          <w:i/>
          <w:color w:val="595959"/>
        </w:rPr>
        <w:t>akses</w:t>
      </w:r>
      <w:proofErr w:type="spellEnd"/>
      <w:r w:rsidRPr="008076EA">
        <w:rPr>
          <w:b w:val="0"/>
          <w:i/>
          <w:color w:val="595959"/>
        </w:rPr>
        <w:t xml:space="preserve"> </w:t>
      </w:r>
      <w:proofErr w:type="spellStart"/>
      <w:r w:rsidRPr="008076EA">
        <w:rPr>
          <w:b w:val="0"/>
          <w:i/>
          <w:color w:val="595959"/>
        </w:rPr>
        <w:t>ruangan</w:t>
      </w:r>
      <w:proofErr w:type="spellEnd"/>
      <w:r w:rsidRPr="008076EA">
        <w:rPr>
          <w:b w:val="0"/>
          <w:i/>
          <w:color w:val="595959"/>
        </w:rPr>
        <w:t xml:space="preserve"> </w:t>
      </w:r>
      <w:proofErr w:type="spellStart"/>
      <w:r w:rsidRPr="008076EA">
        <w:rPr>
          <w:b w:val="0"/>
          <w:i/>
          <w:color w:val="595959"/>
        </w:rPr>
        <w:t>berbasis</w:t>
      </w:r>
      <w:proofErr w:type="spellEnd"/>
      <w:r w:rsidRPr="008076EA">
        <w:rPr>
          <w:b w:val="0"/>
          <w:i/>
          <w:color w:val="595959"/>
        </w:rPr>
        <w:t xml:space="preserve"> RFID </w:t>
      </w:r>
      <w:proofErr w:type="spellStart"/>
      <w:r w:rsidRPr="008076EA">
        <w:rPr>
          <w:b w:val="0"/>
          <w:i/>
          <w:color w:val="595959"/>
        </w:rPr>
        <w:t>dengan</w:t>
      </w:r>
      <w:proofErr w:type="spellEnd"/>
      <w:r w:rsidRPr="008076EA">
        <w:rPr>
          <w:b w:val="0"/>
          <w:i/>
          <w:color w:val="595959"/>
        </w:rPr>
        <w:t xml:space="preserve"> solenoid door lock </w:t>
      </w:r>
      <w:proofErr w:type="spellStart"/>
      <w:r w:rsidRPr="008076EA">
        <w:rPr>
          <w:b w:val="0"/>
          <w:i/>
          <w:color w:val="595959"/>
        </w:rPr>
        <w:t>menggunakan</w:t>
      </w:r>
      <w:proofErr w:type="spellEnd"/>
      <w:r w:rsidRPr="008076EA">
        <w:rPr>
          <w:b w:val="0"/>
          <w:i/>
          <w:color w:val="595959"/>
        </w:rPr>
        <w:t xml:space="preserve"> Arduino Uno </w:t>
      </w:r>
      <w:proofErr w:type="spellStart"/>
      <w:r w:rsidRPr="008076EA">
        <w:rPr>
          <w:b w:val="0"/>
          <w:i/>
          <w:color w:val="595959"/>
        </w:rPr>
        <w:t>berhasil</w:t>
      </w:r>
      <w:proofErr w:type="spellEnd"/>
      <w:r w:rsidRPr="008076EA">
        <w:rPr>
          <w:b w:val="0"/>
          <w:i/>
          <w:color w:val="595959"/>
        </w:rPr>
        <w:t xml:space="preserve"> </w:t>
      </w:r>
      <w:proofErr w:type="spellStart"/>
      <w:r w:rsidRPr="008076EA">
        <w:rPr>
          <w:b w:val="0"/>
          <w:i/>
          <w:color w:val="595959"/>
        </w:rPr>
        <w:t>dirancang</w:t>
      </w:r>
      <w:proofErr w:type="spellEnd"/>
      <w:r w:rsidRPr="008076EA">
        <w:rPr>
          <w:b w:val="0"/>
          <w:i/>
          <w:color w:val="595959"/>
        </w:rPr>
        <w:t xml:space="preserve"> dan </w:t>
      </w:r>
      <w:proofErr w:type="spellStart"/>
      <w:r w:rsidRPr="008076EA">
        <w:rPr>
          <w:b w:val="0"/>
          <w:i/>
          <w:color w:val="595959"/>
        </w:rPr>
        <w:t>diimplementasikan</w:t>
      </w:r>
      <w:proofErr w:type="spellEnd"/>
      <w:r w:rsidRPr="008076EA">
        <w:rPr>
          <w:b w:val="0"/>
          <w:i/>
          <w:color w:val="595959"/>
        </w:rPr>
        <w:t xml:space="preserve">. </w:t>
      </w:r>
      <w:proofErr w:type="spellStart"/>
      <w:r w:rsidRPr="008076EA">
        <w:rPr>
          <w:b w:val="0"/>
          <w:i/>
          <w:color w:val="595959"/>
        </w:rPr>
        <w:t>Sistem</w:t>
      </w:r>
      <w:proofErr w:type="spellEnd"/>
      <w:r w:rsidRPr="008076EA">
        <w:rPr>
          <w:b w:val="0"/>
          <w:i/>
          <w:color w:val="595959"/>
        </w:rPr>
        <w:t xml:space="preserve"> </w:t>
      </w:r>
      <w:proofErr w:type="spellStart"/>
      <w:r w:rsidRPr="008076EA">
        <w:rPr>
          <w:b w:val="0"/>
          <w:i/>
          <w:color w:val="595959"/>
        </w:rPr>
        <w:t>mampu</w:t>
      </w:r>
      <w:proofErr w:type="spellEnd"/>
      <w:r w:rsidRPr="008076EA">
        <w:rPr>
          <w:b w:val="0"/>
          <w:i/>
          <w:color w:val="595959"/>
        </w:rPr>
        <w:t xml:space="preserve"> </w:t>
      </w:r>
      <w:proofErr w:type="spellStart"/>
      <w:r w:rsidRPr="008076EA">
        <w:rPr>
          <w:b w:val="0"/>
          <w:i/>
          <w:color w:val="595959"/>
        </w:rPr>
        <w:t>membaca</w:t>
      </w:r>
      <w:proofErr w:type="spellEnd"/>
      <w:r w:rsidRPr="008076EA">
        <w:rPr>
          <w:b w:val="0"/>
          <w:i/>
          <w:color w:val="595959"/>
        </w:rPr>
        <w:t xml:space="preserve"> </w:t>
      </w:r>
      <w:proofErr w:type="spellStart"/>
      <w:r w:rsidRPr="008076EA">
        <w:rPr>
          <w:b w:val="0"/>
          <w:i/>
          <w:color w:val="595959"/>
        </w:rPr>
        <w:t>kartu</w:t>
      </w:r>
      <w:proofErr w:type="spellEnd"/>
      <w:r w:rsidRPr="008076EA">
        <w:rPr>
          <w:b w:val="0"/>
          <w:i/>
          <w:color w:val="595959"/>
        </w:rPr>
        <w:t xml:space="preserve"> RFID </w:t>
      </w:r>
      <w:proofErr w:type="spellStart"/>
      <w:r w:rsidRPr="008076EA">
        <w:rPr>
          <w:b w:val="0"/>
          <w:i/>
          <w:color w:val="595959"/>
        </w:rPr>
        <w:t>dengan</w:t>
      </w:r>
      <w:proofErr w:type="spellEnd"/>
      <w:r w:rsidRPr="008076EA">
        <w:rPr>
          <w:b w:val="0"/>
          <w:i/>
          <w:color w:val="595959"/>
        </w:rPr>
        <w:t xml:space="preserve"> </w:t>
      </w:r>
      <w:proofErr w:type="spellStart"/>
      <w:r w:rsidRPr="008076EA">
        <w:rPr>
          <w:b w:val="0"/>
          <w:i/>
          <w:color w:val="595959"/>
        </w:rPr>
        <w:t>jarak</w:t>
      </w:r>
      <w:proofErr w:type="spellEnd"/>
      <w:r w:rsidRPr="008076EA">
        <w:rPr>
          <w:b w:val="0"/>
          <w:i/>
          <w:color w:val="595959"/>
        </w:rPr>
        <w:t xml:space="preserve"> </w:t>
      </w:r>
      <w:proofErr w:type="spellStart"/>
      <w:r w:rsidRPr="008076EA">
        <w:rPr>
          <w:b w:val="0"/>
          <w:i/>
          <w:color w:val="595959"/>
        </w:rPr>
        <w:t>maksimal</w:t>
      </w:r>
      <w:proofErr w:type="spellEnd"/>
      <w:r w:rsidRPr="008076EA">
        <w:rPr>
          <w:b w:val="0"/>
          <w:i/>
          <w:color w:val="595959"/>
        </w:rPr>
        <w:t xml:space="preserve"> 3 cm dan </w:t>
      </w:r>
      <w:proofErr w:type="spellStart"/>
      <w:r w:rsidRPr="008076EA">
        <w:rPr>
          <w:b w:val="0"/>
          <w:i/>
          <w:color w:val="595959"/>
        </w:rPr>
        <w:t>membuka</w:t>
      </w:r>
      <w:proofErr w:type="spellEnd"/>
      <w:r w:rsidRPr="008076EA">
        <w:rPr>
          <w:b w:val="0"/>
          <w:i/>
          <w:color w:val="595959"/>
        </w:rPr>
        <w:t xml:space="preserve"> </w:t>
      </w:r>
      <w:proofErr w:type="spellStart"/>
      <w:r w:rsidRPr="008076EA">
        <w:rPr>
          <w:b w:val="0"/>
          <w:i/>
          <w:color w:val="595959"/>
        </w:rPr>
        <w:t>kunci</w:t>
      </w:r>
      <w:proofErr w:type="spellEnd"/>
      <w:r w:rsidRPr="008076EA">
        <w:rPr>
          <w:b w:val="0"/>
          <w:i/>
          <w:color w:val="595959"/>
        </w:rPr>
        <w:t xml:space="preserve"> solenoid </w:t>
      </w:r>
      <w:proofErr w:type="spellStart"/>
      <w:r w:rsidRPr="008076EA">
        <w:rPr>
          <w:b w:val="0"/>
          <w:i/>
          <w:color w:val="595959"/>
        </w:rPr>
        <w:t>dalam</w:t>
      </w:r>
      <w:proofErr w:type="spellEnd"/>
      <w:r w:rsidRPr="008076EA">
        <w:rPr>
          <w:b w:val="0"/>
          <w:i/>
          <w:color w:val="595959"/>
        </w:rPr>
        <w:t xml:space="preserve"> </w:t>
      </w:r>
      <w:proofErr w:type="spellStart"/>
      <w:r w:rsidRPr="008076EA">
        <w:rPr>
          <w:b w:val="0"/>
          <w:i/>
          <w:color w:val="595959"/>
        </w:rPr>
        <w:t>waktu</w:t>
      </w:r>
      <w:proofErr w:type="spellEnd"/>
      <w:r w:rsidRPr="008076EA">
        <w:rPr>
          <w:b w:val="0"/>
          <w:i/>
          <w:color w:val="595959"/>
        </w:rPr>
        <w:t xml:space="preserve"> </w:t>
      </w:r>
      <w:r w:rsidR="00361813">
        <w:rPr>
          <w:b w:val="0"/>
          <w:i/>
          <w:color w:val="595959"/>
        </w:rPr>
        <w:t>5</w:t>
      </w:r>
      <w:r w:rsidRPr="008076EA">
        <w:rPr>
          <w:b w:val="0"/>
          <w:i/>
          <w:color w:val="595959"/>
        </w:rPr>
        <w:t xml:space="preserve"> </w:t>
      </w:r>
      <w:proofErr w:type="spellStart"/>
      <w:r w:rsidRPr="008076EA">
        <w:rPr>
          <w:b w:val="0"/>
          <w:i/>
          <w:color w:val="595959"/>
        </w:rPr>
        <w:t>detik</w:t>
      </w:r>
      <w:proofErr w:type="spellEnd"/>
      <w:r w:rsidRPr="008076EA">
        <w:rPr>
          <w:b w:val="0"/>
          <w:i/>
          <w:color w:val="595959"/>
        </w:rPr>
        <w:t xml:space="preserve">. Kartu yang </w:t>
      </w:r>
      <w:proofErr w:type="spellStart"/>
      <w:r w:rsidRPr="008076EA">
        <w:rPr>
          <w:b w:val="0"/>
          <w:i/>
          <w:color w:val="595959"/>
        </w:rPr>
        <w:t>terdaftar</w:t>
      </w:r>
      <w:proofErr w:type="spellEnd"/>
      <w:r w:rsidRPr="008076EA">
        <w:rPr>
          <w:b w:val="0"/>
          <w:i/>
          <w:color w:val="595959"/>
        </w:rPr>
        <w:t xml:space="preserve"> </w:t>
      </w:r>
      <w:proofErr w:type="spellStart"/>
      <w:r w:rsidRPr="008076EA">
        <w:rPr>
          <w:b w:val="0"/>
          <w:i/>
          <w:color w:val="595959"/>
        </w:rPr>
        <w:t>dalam</w:t>
      </w:r>
      <w:proofErr w:type="spellEnd"/>
      <w:r w:rsidRPr="008076EA">
        <w:rPr>
          <w:b w:val="0"/>
          <w:i/>
          <w:color w:val="595959"/>
        </w:rPr>
        <w:t xml:space="preserve"> </w:t>
      </w:r>
      <w:proofErr w:type="spellStart"/>
      <w:r w:rsidRPr="008076EA">
        <w:rPr>
          <w:b w:val="0"/>
          <w:i/>
          <w:color w:val="595959"/>
        </w:rPr>
        <w:t>sistem</w:t>
      </w:r>
      <w:proofErr w:type="spellEnd"/>
      <w:r w:rsidRPr="008076EA">
        <w:rPr>
          <w:b w:val="0"/>
          <w:i/>
          <w:color w:val="595959"/>
        </w:rPr>
        <w:t xml:space="preserve"> </w:t>
      </w:r>
      <w:proofErr w:type="spellStart"/>
      <w:r w:rsidRPr="008076EA">
        <w:rPr>
          <w:b w:val="0"/>
          <w:i/>
          <w:color w:val="595959"/>
        </w:rPr>
        <w:t>akan</w:t>
      </w:r>
      <w:proofErr w:type="spellEnd"/>
      <w:r w:rsidRPr="008076EA">
        <w:rPr>
          <w:b w:val="0"/>
          <w:i/>
          <w:color w:val="595959"/>
        </w:rPr>
        <w:t xml:space="preserve"> </w:t>
      </w:r>
      <w:proofErr w:type="spellStart"/>
      <w:r w:rsidR="004043DB">
        <w:rPr>
          <w:b w:val="0"/>
          <w:i/>
          <w:color w:val="595959"/>
        </w:rPr>
        <w:t>memberikan</w:t>
      </w:r>
      <w:proofErr w:type="spellEnd"/>
      <w:r w:rsidR="004043DB">
        <w:rPr>
          <w:b w:val="0"/>
          <w:i/>
          <w:color w:val="595959"/>
        </w:rPr>
        <w:t xml:space="preserve"> </w:t>
      </w:r>
      <w:proofErr w:type="spellStart"/>
      <w:r w:rsidR="004043DB">
        <w:rPr>
          <w:b w:val="0"/>
          <w:i/>
          <w:color w:val="595959"/>
        </w:rPr>
        <w:t>sinyal</w:t>
      </w:r>
      <w:proofErr w:type="spellEnd"/>
      <w:r w:rsidR="004043DB">
        <w:rPr>
          <w:b w:val="0"/>
          <w:i/>
          <w:color w:val="595959"/>
        </w:rPr>
        <w:t xml:space="preserve"> </w:t>
      </w:r>
      <w:proofErr w:type="spellStart"/>
      <w:r w:rsidR="004043DB">
        <w:rPr>
          <w:b w:val="0"/>
          <w:i/>
          <w:color w:val="595959"/>
        </w:rPr>
        <w:t>hijau</w:t>
      </w:r>
      <w:proofErr w:type="spellEnd"/>
      <w:r w:rsidR="004043DB">
        <w:rPr>
          <w:b w:val="0"/>
          <w:i/>
          <w:color w:val="595959"/>
        </w:rPr>
        <w:t xml:space="preserve"> </w:t>
      </w:r>
      <w:proofErr w:type="spellStart"/>
      <w:r w:rsidR="004043DB">
        <w:rPr>
          <w:b w:val="0"/>
          <w:i/>
          <w:color w:val="595959"/>
        </w:rPr>
        <w:t>dari</w:t>
      </w:r>
      <w:proofErr w:type="spellEnd"/>
      <w:r w:rsidR="004043DB">
        <w:rPr>
          <w:b w:val="0"/>
          <w:i/>
          <w:color w:val="595959"/>
        </w:rPr>
        <w:t xml:space="preserve"> relay dan solenoid </w:t>
      </w:r>
      <w:proofErr w:type="spellStart"/>
      <w:proofErr w:type="gramStart"/>
      <w:r w:rsidR="004043DB">
        <w:rPr>
          <w:b w:val="0"/>
          <w:i/>
          <w:color w:val="595959"/>
        </w:rPr>
        <w:t>terbuka,jika</w:t>
      </w:r>
      <w:proofErr w:type="spellEnd"/>
      <w:proofErr w:type="gramEnd"/>
      <w:r w:rsidR="004043DB">
        <w:rPr>
          <w:b w:val="0"/>
          <w:i/>
          <w:color w:val="595959"/>
        </w:rPr>
        <w:t xml:space="preserve"> </w:t>
      </w:r>
      <w:proofErr w:type="spellStart"/>
      <w:r w:rsidR="004043DB">
        <w:rPr>
          <w:b w:val="0"/>
          <w:i/>
          <w:color w:val="595959"/>
        </w:rPr>
        <w:t>tidak</w:t>
      </w:r>
      <w:proofErr w:type="spellEnd"/>
      <w:r w:rsidR="004043DB">
        <w:rPr>
          <w:b w:val="0"/>
          <w:i/>
          <w:color w:val="595959"/>
        </w:rPr>
        <w:t xml:space="preserve"> </w:t>
      </w:r>
      <w:proofErr w:type="spellStart"/>
      <w:r w:rsidR="004043DB">
        <w:rPr>
          <w:b w:val="0"/>
          <w:i/>
          <w:color w:val="595959"/>
        </w:rPr>
        <w:t>sistem</w:t>
      </w:r>
      <w:proofErr w:type="spellEnd"/>
      <w:r w:rsidR="004043DB">
        <w:rPr>
          <w:b w:val="0"/>
          <w:i/>
          <w:color w:val="595959"/>
        </w:rPr>
        <w:t xml:space="preserve"> </w:t>
      </w:r>
      <w:proofErr w:type="spellStart"/>
      <w:r w:rsidR="004043DB">
        <w:rPr>
          <w:b w:val="0"/>
          <w:i/>
          <w:color w:val="595959"/>
        </w:rPr>
        <w:t>tidak</w:t>
      </w:r>
      <w:proofErr w:type="spellEnd"/>
      <w:r w:rsidR="004043DB">
        <w:rPr>
          <w:b w:val="0"/>
          <w:i/>
          <w:color w:val="595959"/>
        </w:rPr>
        <w:t xml:space="preserve"> </w:t>
      </w:r>
      <w:proofErr w:type="spellStart"/>
      <w:r w:rsidR="004043DB">
        <w:rPr>
          <w:b w:val="0"/>
          <w:i/>
          <w:color w:val="595959"/>
        </w:rPr>
        <w:t>akan</w:t>
      </w:r>
      <w:proofErr w:type="spellEnd"/>
      <w:r w:rsidR="004043DB">
        <w:rPr>
          <w:b w:val="0"/>
          <w:i/>
          <w:color w:val="595959"/>
        </w:rPr>
        <w:t xml:space="preserve"> </w:t>
      </w:r>
      <w:proofErr w:type="spellStart"/>
      <w:r w:rsidR="004043DB">
        <w:rPr>
          <w:b w:val="0"/>
          <w:i/>
          <w:color w:val="595959"/>
        </w:rPr>
        <w:t>terbuka</w:t>
      </w:r>
      <w:proofErr w:type="spellEnd"/>
      <w:r w:rsidR="004043DB">
        <w:rPr>
          <w:b w:val="0"/>
          <w:i/>
          <w:color w:val="595959"/>
        </w:rPr>
        <w:t>,</w:t>
      </w:r>
      <w:r w:rsidRPr="008076EA">
        <w:rPr>
          <w:b w:val="0"/>
          <w:i/>
          <w:color w:val="595959"/>
        </w:rPr>
        <w:t xml:space="preserve"> </w:t>
      </w:r>
      <w:proofErr w:type="spellStart"/>
      <w:r w:rsidRPr="008076EA">
        <w:rPr>
          <w:b w:val="0"/>
          <w:i/>
          <w:color w:val="595959"/>
        </w:rPr>
        <w:t>Sistem</w:t>
      </w:r>
      <w:proofErr w:type="spellEnd"/>
      <w:r w:rsidRPr="008076EA">
        <w:rPr>
          <w:b w:val="0"/>
          <w:i/>
          <w:color w:val="595959"/>
        </w:rPr>
        <w:t xml:space="preserve"> </w:t>
      </w:r>
      <w:proofErr w:type="spellStart"/>
      <w:r w:rsidRPr="008076EA">
        <w:rPr>
          <w:b w:val="0"/>
          <w:i/>
          <w:color w:val="595959"/>
        </w:rPr>
        <w:t>ini</w:t>
      </w:r>
      <w:proofErr w:type="spellEnd"/>
      <w:r w:rsidRPr="008076EA">
        <w:rPr>
          <w:b w:val="0"/>
          <w:i/>
          <w:color w:val="595959"/>
        </w:rPr>
        <w:t xml:space="preserve"> </w:t>
      </w:r>
      <w:proofErr w:type="spellStart"/>
      <w:r w:rsidRPr="008076EA">
        <w:rPr>
          <w:b w:val="0"/>
          <w:i/>
          <w:color w:val="595959"/>
        </w:rPr>
        <w:t>efektif</w:t>
      </w:r>
      <w:proofErr w:type="spellEnd"/>
      <w:r w:rsidRPr="008076EA">
        <w:rPr>
          <w:b w:val="0"/>
          <w:i/>
          <w:color w:val="595959"/>
        </w:rPr>
        <w:t xml:space="preserve"> </w:t>
      </w:r>
      <w:proofErr w:type="spellStart"/>
      <w:r w:rsidRPr="008076EA">
        <w:rPr>
          <w:b w:val="0"/>
          <w:i/>
          <w:color w:val="595959"/>
        </w:rPr>
        <w:t>dalam</w:t>
      </w:r>
      <w:proofErr w:type="spellEnd"/>
      <w:r w:rsidRPr="008076EA">
        <w:rPr>
          <w:b w:val="0"/>
          <w:i/>
          <w:color w:val="595959"/>
        </w:rPr>
        <w:t xml:space="preserve"> </w:t>
      </w:r>
      <w:proofErr w:type="spellStart"/>
      <w:r w:rsidRPr="008076EA">
        <w:rPr>
          <w:b w:val="0"/>
          <w:i/>
          <w:color w:val="595959"/>
        </w:rPr>
        <w:t>meningkatkan</w:t>
      </w:r>
      <w:proofErr w:type="spellEnd"/>
      <w:r w:rsidRPr="008076EA">
        <w:rPr>
          <w:b w:val="0"/>
          <w:i/>
          <w:color w:val="595959"/>
        </w:rPr>
        <w:t xml:space="preserve"> </w:t>
      </w:r>
      <w:proofErr w:type="spellStart"/>
      <w:r w:rsidRPr="008076EA">
        <w:rPr>
          <w:b w:val="0"/>
          <w:i/>
          <w:color w:val="595959"/>
        </w:rPr>
        <w:t>keamanan</w:t>
      </w:r>
      <w:proofErr w:type="spellEnd"/>
      <w:r w:rsidRPr="008076EA">
        <w:rPr>
          <w:b w:val="0"/>
          <w:i/>
          <w:color w:val="595959"/>
        </w:rPr>
        <w:t xml:space="preserve"> </w:t>
      </w:r>
      <w:proofErr w:type="spellStart"/>
      <w:r w:rsidRPr="008076EA">
        <w:rPr>
          <w:b w:val="0"/>
          <w:i/>
          <w:color w:val="595959"/>
        </w:rPr>
        <w:t>akses</w:t>
      </w:r>
      <w:proofErr w:type="spellEnd"/>
      <w:r w:rsidRPr="008076EA">
        <w:rPr>
          <w:b w:val="0"/>
          <w:i/>
          <w:color w:val="595959"/>
        </w:rPr>
        <w:t xml:space="preserve"> </w:t>
      </w:r>
      <w:proofErr w:type="spellStart"/>
      <w:r w:rsidRPr="008076EA">
        <w:rPr>
          <w:b w:val="0"/>
          <w:i/>
          <w:color w:val="595959"/>
        </w:rPr>
        <w:t>ruangan</w:t>
      </w:r>
      <w:proofErr w:type="spellEnd"/>
      <w:r w:rsidRPr="008076EA">
        <w:rPr>
          <w:b w:val="0"/>
          <w:i/>
          <w:color w:val="595959"/>
        </w:rPr>
        <w:t xml:space="preserve"> dan </w:t>
      </w:r>
      <w:proofErr w:type="spellStart"/>
      <w:r w:rsidRPr="008076EA">
        <w:rPr>
          <w:b w:val="0"/>
          <w:i/>
          <w:color w:val="595959"/>
        </w:rPr>
        <w:t>dapat</w:t>
      </w:r>
      <w:proofErr w:type="spellEnd"/>
      <w:r w:rsidRPr="008076EA">
        <w:rPr>
          <w:b w:val="0"/>
          <w:i/>
          <w:color w:val="595959"/>
        </w:rPr>
        <w:t xml:space="preserve"> </w:t>
      </w:r>
      <w:proofErr w:type="spellStart"/>
      <w:r w:rsidRPr="008076EA">
        <w:rPr>
          <w:b w:val="0"/>
          <w:i/>
          <w:color w:val="595959"/>
        </w:rPr>
        <w:t>diaplikasikan</w:t>
      </w:r>
      <w:proofErr w:type="spellEnd"/>
      <w:r w:rsidRPr="008076EA">
        <w:rPr>
          <w:b w:val="0"/>
          <w:i/>
          <w:color w:val="595959"/>
        </w:rPr>
        <w:t xml:space="preserve"> di </w:t>
      </w:r>
      <w:proofErr w:type="spellStart"/>
      <w:r w:rsidRPr="008076EA">
        <w:rPr>
          <w:b w:val="0"/>
          <w:i/>
          <w:color w:val="595959"/>
        </w:rPr>
        <w:t>berbagai</w:t>
      </w:r>
      <w:proofErr w:type="spellEnd"/>
      <w:r w:rsidRPr="008076EA">
        <w:rPr>
          <w:b w:val="0"/>
          <w:i/>
          <w:color w:val="595959"/>
        </w:rPr>
        <w:t xml:space="preserve"> </w:t>
      </w:r>
      <w:proofErr w:type="spellStart"/>
      <w:r w:rsidRPr="008076EA">
        <w:rPr>
          <w:b w:val="0"/>
          <w:i/>
          <w:color w:val="595959"/>
        </w:rPr>
        <w:t>ruangan</w:t>
      </w:r>
      <w:proofErr w:type="spellEnd"/>
      <w:r w:rsidRPr="008076EA">
        <w:rPr>
          <w:b w:val="0"/>
          <w:i/>
          <w:color w:val="595959"/>
        </w:rPr>
        <w:t xml:space="preserve"> </w:t>
      </w:r>
      <w:proofErr w:type="spellStart"/>
      <w:r w:rsidRPr="008076EA">
        <w:rPr>
          <w:b w:val="0"/>
          <w:i/>
          <w:color w:val="595959"/>
        </w:rPr>
        <w:t>seperti</w:t>
      </w:r>
      <w:proofErr w:type="spellEnd"/>
      <w:r w:rsidRPr="008076EA">
        <w:rPr>
          <w:b w:val="0"/>
          <w:i/>
          <w:color w:val="595959"/>
        </w:rPr>
        <w:t xml:space="preserve"> </w:t>
      </w:r>
      <w:proofErr w:type="spellStart"/>
      <w:r w:rsidRPr="008076EA">
        <w:rPr>
          <w:b w:val="0"/>
          <w:i/>
          <w:color w:val="595959"/>
        </w:rPr>
        <w:t>laboratorium</w:t>
      </w:r>
      <w:proofErr w:type="spellEnd"/>
      <w:r w:rsidRPr="008076EA">
        <w:rPr>
          <w:b w:val="0"/>
          <w:i/>
          <w:color w:val="595959"/>
        </w:rPr>
        <w:t xml:space="preserve">, </w:t>
      </w:r>
      <w:proofErr w:type="spellStart"/>
      <w:r w:rsidRPr="008076EA">
        <w:rPr>
          <w:b w:val="0"/>
          <w:i/>
          <w:color w:val="595959"/>
        </w:rPr>
        <w:t>kantor</w:t>
      </w:r>
      <w:proofErr w:type="spellEnd"/>
      <w:r w:rsidRPr="008076EA">
        <w:rPr>
          <w:b w:val="0"/>
          <w:i/>
          <w:color w:val="595959"/>
        </w:rPr>
        <w:t xml:space="preserve">, </w:t>
      </w:r>
      <w:proofErr w:type="spellStart"/>
      <w:r w:rsidRPr="008076EA">
        <w:rPr>
          <w:b w:val="0"/>
          <w:i/>
          <w:color w:val="595959"/>
        </w:rPr>
        <w:t>atau</w:t>
      </w:r>
      <w:proofErr w:type="spellEnd"/>
      <w:r w:rsidRPr="008076EA">
        <w:rPr>
          <w:b w:val="0"/>
          <w:i/>
          <w:color w:val="595959"/>
        </w:rPr>
        <w:t xml:space="preserve"> </w:t>
      </w:r>
      <w:proofErr w:type="spellStart"/>
      <w:r w:rsidRPr="008076EA">
        <w:rPr>
          <w:b w:val="0"/>
          <w:i/>
          <w:color w:val="595959"/>
        </w:rPr>
        <w:t>ruangan</w:t>
      </w:r>
      <w:proofErr w:type="spellEnd"/>
      <w:r w:rsidRPr="008076EA">
        <w:rPr>
          <w:b w:val="0"/>
          <w:i/>
          <w:color w:val="595959"/>
        </w:rPr>
        <w:t xml:space="preserve"> </w:t>
      </w:r>
      <w:proofErr w:type="spellStart"/>
      <w:r w:rsidRPr="008076EA">
        <w:rPr>
          <w:b w:val="0"/>
          <w:i/>
          <w:color w:val="595959"/>
        </w:rPr>
        <w:t>terbatas</w:t>
      </w:r>
      <w:proofErr w:type="spellEnd"/>
      <w:r w:rsidRPr="008076EA">
        <w:rPr>
          <w:b w:val="0"/>
          <w:i/>
          <w:color w:val="595959"/>
        </w:rPr>
        <w:t xml:space="preserve"> </w:t>
      </w:r>
      <w:proofErr w:type="spellStart"/>
      <w:r w:rsidRPr="008076EA">
        <w:rPr>
          <w:b w:val="0"/>
          <w:i/>
          <w:color w:val="595959"/>
        </w:rPr>
        <w:t>lainnya</w:t>
      </w:r>
      <w:proofErr w:type="spellEnd"/>
      <w:r w:rsidRPr="008076EA">
        <w:rPr>
          <w:b w:val="0"/>
          <w:i/>
          <w:color w:val="595959"/>
        </w:rPr>
        <w:t>.</w:t>
      </w:r>
    </w:p>
    <w:p w14:paraId="3D79CE6A" w14:textId="27D7CE33" w:rsidR="008076EA" w:rsidRPr="008076EA" w:rsidRDefault="008076EA" w:rsidP="008076EA">
      <w:pPr>
        <w:spacing w:after="200" w:line="276" w:lineRule="auto"/>
        <w:rPr>
          <w:i/>
          <w:color w:val="595959"/>
        </w:rPr>
      </w:pPr>
      <w:r>
        <w:rPr>
          <w:b/>
          <w:i/>
          <w:color w:val="595959"/>
        </w:rPr>
        <w:br w:type="page"/>
      </w:r>
    </w:p>
    <w:p w14:paraId="6EAC3C5C" w14:textId="69AA3B0C" w:rsidR="009144C8" w:rsidRDefault="00E246F0" w:rsidP="00335E4C">
      <w:pPr>
        <w:pStyle w:val="Heading1"/>
      </w:pPr>
      <w:bookmarkStart w:id="4" w:name="_Toc233318690"/>
      <w:r>
        <w:lastRenderedPageBreak/>
        <w:t>BAB I</w:t>
      </w:r>
      <w:r w:rsidR="008076EA">
        <w:br/>
      </w:r>
      <w:r>
        <w:t>PENDAHULUAN</w:t>
      </w:r>
      <w:bookmarkEnd w:id="4"/>
    </w:p>
    <w:p w14:paraId="6DED8E88" w14:textId="77777777" w:rsidR="00335E4C" w:rsidRDefault="00335E4C" w:rsidP="00335E4C">
      <w:pPr>
        <w:pStyle w:val="Heading2"/>
        <w:spacing w:before="240"/>
      </w:pPr>
      <w:bookmarkStart w:id="5" w:name="_Toc233318691"/>
      <w:r>
        <w:t xml:space="preserve">1.1 Latar </w:t>
      </w:r>
      <w:proofErr w:type="spellStart"/>
      <w:r>
        <w:t>Belakang</w:t>
      </w:r>
      <w:proofErr w:type="spellEnd"/>
      <w:r>
        <w:t xml:space="preserve"> </w:t>
      </w:r>
      <w:proofErr w:type="spellStart"/>
      <w:r>
        <w:t>Masalah</w:t>
      </w:r>
      <w:bookmarkEnd w:id="5"/>
      <w:proofErr w:type="spellEnd"/>
    </w:p>
    <w:p w14:paraId="781E0B9B" w14:textId="77777777" w:rsidR="00FE4CBA" w:rsidRDefault="00335E4C" w:rsidP="00FE4CBA">
      <w:pPr>
        <w:spacing w:before="240"/>
        <w:ind w:firstLine="720"/>
      </w:pPr>
      <w:proofErr w:type="spellStart"/>
      <w:r>
        <w:rPr>
          <w:rFonts w:cs="Times New Roman"/>
        </w:rPr>
        <w:t>Pelaksanaan</w:t>
      </w:r>
      <w:proofErr w:type="spellEnd"/>
      <w:r>
        <w:rPr>
          <w:rFonts w:cs="Times New Roman"/>
        </w:rPr>
        <w:t xml:space="preserve"> PKL/</w:t>
      </w:r>
      <w:proofErr w:type="spellStart"/>
      <w:r>
        <w:rPr>
          <w:rFonts w:cs="Times New Roman"/>
        </w:rPr>
        <w:t>Magang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merupakan</w:t>
      </w:r>
      <w:proofErr w:type="spellEnd"/>
      <w:r>
        <w:rPr>
          <w:rFonts w:cs="Times New Roman"/>
        </w:rPr>
        <w:t xml:space="preserve"> salah </w:t>
      </w:r>
      <w:proofErr w:type="spellStart"/>
      <w:r>
        <w:rPr>
          <w:rFonts w:cs="Times New Roman"/>
        </w:rPr>
        <w:t>satu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kegiatan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akademik</w:t>
      </w:r>
      <w:proofErr w:type="spellEnd"/>
      <w:r>
        <w:rPr>
          <w:rFonts w:cs="Times New Roman"/>
        </w:rPr>
        <w:t xml:space="preserve"> yang </w:t>
      </w:r>
      <w:proofErr w:type="spellStart"/>
      <w:r>
        <w:rPr>
          <w:rFonts w:cs="Times New Roman"/>
        </w:rPr>
        <w:t>bertujuan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untuk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memberikan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pengalaman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langsung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kepada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mahasiswa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dalam</w:t>
      </w:r>
      <w:proofErr w:type="spellEnd"/>
      <w:r>
        <w:rPr>
          <w:rFonts w:cs="Times New Roman"/>
        </w:rPr>
        <w:t xml:space="preserve"> dunia </w:t>
      </w:r>
      <w:proofErr w:type="spellStart"/>
      <w:r>
        <w:rPr>
          <w:rFonts w:cs="Times New Roman"/>
        </w:rPr>
        <w:t>kerja</w:t>
      </w:r>
      <w:proofErr w:type="spellEnd"/>
      <w:r>
        <w:rPr>
          <w:rFonts w:cs="Times New Roman"/>
        </w:rPr>
        <w:t xml:space="preserve">. </w:t>
      </w:r>
      <w:proofErr w:type="spellStart"/>
      <w:r>
        <w:rPr>
          <w:rFonts w:cs="Times New Roman"/>
        </w:rPr>
        <w:t>Melalui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kegiatan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ini</w:t>
      </w:r>
      <w:proofErr w:type="spellEnd"/>
      <w:r>
        <w:rPr>
          <w:rFonts w:cs="Times New Roman"/>
        </w:rPr>
        <w:t xml:space="preserve">, </w:t>
      </w:r>
      <w:proofErr w:type="spellStart"/>
      <w:r>
        <w:rPr>
          <w:rFonts w:cs="Times New Roman"/>
        </w:rPr>
        <w:t>mahasiswa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dapat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menerapkan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ilmu</w:t>
      </w:r>
      <w:proofErr w:type="spellEnd"/>
      <w:r>
        <w:rPr>
          <w:rFonts w:cs="Times New Roman"/>
        </w:rPr>
        <w:t xml:space="preserve"> yang </w:t>
      </w:r>
      <w:proofErr w:type="spellStart"/>
      <w:r>
        <w:rPr>
          <w:rFonts w:cs="Times New Roman"/>
        </w:rPr>
        <w:t>telah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diperoleh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selama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perkuliahan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serta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memahami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kondisi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nyata</w:t>
      </w:r>
      <w:proofErr w:type="spellEnd"/>
      <w:r>
        <w:rPr>
          <w:rFonts w:cs="Times New Roman"/>
        </w:rPr>
        <w:t xml:space="preserve"> di </w:t>
      </w:r>
      <w:proofErr w:type="spellStart"/>
      <w:r>
        <w:rPr>
          <w:rFonts w:cs="Times New Roman"/>
        </w:rPr>
        <w:t>lingkungan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kerja</w:t>
      </w:r>
      <w:proofErr w:type="spellEnd"/>
      <w:r>
        <w:rPr>
          <w:rFonts w:cs="Times New Roman"/>
        </w:rPr>
        <w:t xml:space="preserve">. </w:t>
      </w:r>
      <w:proofErr w:type="spellStart"/>
      <w:r>
        <w:rPr>
          <w:rFonts w:cs="Times New Roman"/>
        </w:rPr>
        <w:t>Penulis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melaksanakan</w:t>
      </w:r>
      <w:proofErr w:type="spellEnd"/>
      <w:r>
        <w:rPr>
          <w:rFonts w:cs="Times New Roman"/>
        </w:rPr>
        <w:t xml:space="preserve"> PKL/</w:t>
      </w:r>
      <w:proofErr w:type="spellStart"/>
      <w:r>
        <w:rPr>
          <w:rFonts w:cs="Times New Roman"/>
        </w:rPr>
        <w:t>Magang</w:t>
      </w:r>
      <w:proofErr w:type="spellEnd"/>
      <w:r>
        <w:rPr>
          <w:rFonts w:cs="Times New Roman"/>
        </w:rPr>
        <w:t xml:space="preserve"> di </w:t>
      </w:r>
      <w:r>
        <w:t xml:space="preserve">Dinas </w:t>
      </w:r>
      <w:proofErr w:type="spellStart"/>
      <w:r>
        <w:t>Komunikasi</w:t>
      </w:r>
      <w:proofErr w:type="spellEnd"/>
      <w:r>
        <w:t xml:space="preserve"> dan </w:t>
      </w:r>
      <w:proofErr w:type="spellStart"/>
      <w:r>
        <w:t>Informatika</w:t>
      </w:r>
      <w:proofErr w:type="spellEnd"/>
      <w:r>
        <w:t xml:space="preserve"> </w:t>
      </w:r>
      <w:proofErr w:type="spellStart"/>
      <w:r>
        <w:t>Kabupaten</w:t>
      </w:r>
      <w:proofErr w:type="spellEnd"/>
      <w:r>
        <w:t xml:space="preserve"> Tangerang</w:t>
      </w:r>
      <w:r>
        <w:rPr>
          <w:rFonts w:cs="Times New Roman"/>
        </w:rPr>
        <w:t xml:space="preserve"> yang </w:t>
      </w:r>
      <w:proofErr w:type="spellStart"/>
      <w:r>
        <w:rPr>
          <w:rFonts w:cs="Times New Roman"/>
        </w:rPr>
        <w:t>merupakan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instansi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pemerintah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daerah</w:t>
      </w:r>
      <w:proofErr w:type="spellEnd"/>
      <w:r>
        <w:rPr>
          <w:rFonts w:cs="Times New Roman"/>
        </w:rPr>
        <w:t>.</w:t>
      </w:r>
    </w:p>
    <w:p w14:paraId="616A0435" w14:textId="2704A441" w:rsidR="00335E4C" w:rsidRDefault="00335E4C" w:rsidP="00FE4CBA">
      <w:pPr>
        <w:spacing w:before="240"/>
        <w:ind w:firstLine="720"/>
      </w:pPr>
      <w:r w:rsidRPr="00252391">
        <w:rPr>
          <w:rFonts w:cs="Times New Roman"/>
          <w:i/>
          <w:iCs/>
        </w:rPr>
        <w:t>Radio Frequency Identification</w:t>
      </w:r>
      <w:r>
        <w:rPr>
          <w:rFonts w:cs="Times New Roman"/>
        </w:rPr>
        <w:t xml:space="preserve"> (RFID) </w:t>
      </w:r>
      <w:proofErr w:type="spellStart"/>
      <w:r>
        <w:rPr>
          <w:rFonts w:cs="Times New Roman"/>
        </w:rPr>
        <w:t>merupakan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teknologi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nirkabel</w:t>
      </w:r>
      <w:proofErr w:type="spellEnd"/>
      <w:r>
        <w:rPr>
          <w:rFonts w:cs="Times New Roman"/>
        </w:rPr>
        <w:t xml:space="preserve"> yang </w:t>
      </w:r>
      <w:proofErr w:type="spellStart"/>
      <w:r>
        <w:rPr>
          <w:rFonts w:cs="Times New Roman"/>
        </w:rPr>
        <w:t>umum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digunakan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dalam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sistem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identifikasi</w:t>
      </w:r>
      <w:proofErr w:type="spellEnd"/>
      <w:r>
        <w:rPr>
          <w:rFonts w:cs="Times New Roman"/>
        </w:rPr>
        <w:t xml:space="preserve"> dan </w:t>
      </w:r>
      <w:proofErr w:type="spellStart"/>
      <w:r>
        <w:rPr>
          <w:rFonts w:cs="Times New Roman"/>
        </w:rPr>
        <w:t>akses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kontrol</w:t>
      </w:r>
      <w:proofErr w:type="spellEnd"/>
      <w:r>
        <w:rPr>
          <w:rFonts w:cs="Times New Roman"/>
        </w:rPr>
        <w:t xml:space="preserve">. RFID </w:t>
      </w:r>
      <w:proofErr w:type="spellStart"/>
      <w:r>
        <w:rPr>
          <w:rFonts w:cs="Times New Roman"/>
        </w:rPr>
        <w:t>terdiri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dari</w:t>
      </w:r>
      <w:proofErr w:type="spellEnd"/>
      <w:r>
        <w:rPr>
          <w:rFonts w:cs="Times New Roman"/>
        </w:rPr>
        <w:t xml:space="preserve"> dua </w:t>
      </w:r>
      <w:proofErr w:type="spellStart"/>
      <w:r>
        <w:rPr>
          <w:rFonts w:cs="Times New Roman"/>
        </w:rPr>
        <w:t>komponen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utama</w:t>
      </w:r>
      <w:proofErr w:type="spellEnd"/>
      <w:r>
        <w:rPr>
          <w:rFonts w:cs="Times New Roman"/>
        </w:rPr>
        <w:t xml:space="preserve">, </w:t>
      </w:r>
      <w:proofErr w:type="spellStart"/>
      <w:r>
        <w:rPr>
          <w:rFonts w:cs="Times New Roman"/>
        </w:rPr>
        <w:t>yaitu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pembaca</w:t>
      </w:r>
      <w:proofErr w:type="spellEnd"/>
      <w:r>
        <w:rPr>
          <w:rFonts w:cs="Times New Roman"/>
        </w:rPr>
        <w:t xml:space="preserve"> (RFID reader) dan </w:t>
      </w:r>
      <w:proofErr w:type="spellStart"/>
      <w:r>
        <w:rPr>
          <w:rFonts w:cs="Times New Roman"/>
        </w:rPr>
        <w:t>kartu</w:t>
      </w:r>
      <w:proofErr w:type="spellEnd"/>
      <w:r>
        <w:rPr>
          <w:rFonts w:cs="Times New Roman"/>
        </w:rPr>
        <w:t xml:space="preserve"> (RFID tag card) </w:t>
      </w:r>
      <w:r w:rsidR="00A97863">
        <w:rPr>
          <w:rFonts w:cs="Times New Roman"/>
        </w:rPr>
        <w:fldChar w:fldCharType="begin" w:fldLock="1"/>
      </w:r>
      <w:r w:rsidR="008A2D77">
        <w:rPr>
          <w:rFonts w:cs="Times New Roman"/>
        </w:rPr>
        <w:instrText>ADDIN CSL_CITATION {"citationItems":[{"id":"ITEM-1","itemData":{"DOI":"https://doi.org/10.47701/7p12qw92","author":[{"dropping-particle":"","family":"N. Hamidah, S. Suwandi, and M. A. Muslim","given":"","non-dropping-particle":"","parse-names":false,"suffix":""}],"container-title":"Jurnal Teknologi dan Sistem Informasi","id":"ITEM-1","issued":{"date-parts":[["2022"]]},"title":"Perancangan dan Implementasi Sistem Keamanan Pintu Otomatis Berbasis RFID Tag Card untuk Meningkatkan Keamanan Akses Ruangan","type":"article-journal"},"uris":["http://www.mendeley.com/documents/?uuid=3f3263a6-cbbf-4998-9c95-0091b63c1710"]}],"mendeley":{"formattedCitation":"[1]","plainTextFormattedCitation":"[1]","previouslyFormattedCitation":"[1]"},"properties":{"noteIndex":0},"schema":"https://github.com/citation-style-language/schema/raw/master/csl-citation.json"}</w:instrText>
      </w:r>
      <w:r w:rsidR="00A97863">
        <w:rPr>
          <w:rFonts w:cs="Times New Roman"/>
        </w:rPr>
        <w:fldChar w:fldCharType="separate"/>
      </w:r>
      <w:r w:rsidR="00A97863" w:rsidRPr="00A97863">
        <w:rPr>
          <w:rFonts w:cs="Times New Roman"/>
          <w:noProof/>
        </w:rPr>
        <w:t>[1]</w:t>
      </w:r>
      <w:r w:rsidR="00A97863">
        <w:rPr>
          <w:rFonts w:cs="Times New Roman"/>
        </w:rPr>
        <w:fldChar w:fldCharType="end"/>
      </w:r>
      <w:r>
        <w:rPr>
          <w:rFonts w:cs="Times New Roman"/>
        </w:rPr>
        <w:t xml:space="preserve">. </w:t>
      </w:r>
      <w:proofErr w:type="spellStart"/>
      <w:r>
        <w:rPr>
          <w:rFonts w:cs="Times New Roman"/>
        </w:rPr>
        <w:t>Pembaca</w:t>
      </w:r>
      <w:proofErr w:type="spellEnd"/>
      <w:r>
        <w:rPr>
          <w:rFonts w:cs="Times New Roman"/>
        </w:rPr>
        <w:t xml:space="preserve"> RFID </w:t>
      </w:r>
      <w:proofErr w:type="spellStart"/>
      <w:r>
        <w:rPr>
          <w:rFonts w:cs="Times New Roman"/>
        </w:rPr>
        <w:t>digunakan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untuk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menerima</w:t>
      </w:r>
      <w:proofErr w:type="spellEnd"/>
      <w:r>
        <w:rPr>
          <w:rFonts w:cs="Times New Roman"/>
        </w:rPr>
        <w:t xml:space="preserve"> data yang </w:t>
      </w:r>
      <w:proofErr w:type="spellStart"/>
      <w:r>
        <w:rPr>
          <w:rFonts w:cs="Times New Roman"/>
        </w:rPr>
        <w:t>dikirimkan</w:t>
      </w:r>
      <w:proofErr w:type="spellEnd"/>
      <w:r>
        <w:rPr>
          <w:rFonts w:cs="Times New Roman"/>
        </w:rPr>
        <w:t xml:space="preserve"> oleh </w:t>
      </w:r>
      <w:proofErr w:type="spellStart"/>
      <w:r>
        <w:rPr>
          <w:rFonts w:cs="Times New Roman"/>
        </w:rPr>
        <w:t>kartu</w:t>
      </w:r>
      <w:proofErr w:type="spellEnd"/>
      <w:r>
        <w:rPr>
          <w:rFonts w:cs="Times New Roman"/>
        </w:rPr>
        <w:t xml:space="preserve"> RFID. Arduino Uno </w:t>
      </w:r>
      <w:proofErr w:type="spellStart"/>
      <w:r>
        <w:rPr>
          <w:rFonts w:cs="Times New Roman"/>
        </w:rPr>
        <w:t>merupakan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mikrokontroler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berbasis</w:t>
      </w:r>
      <w:proofErr w:type="spellEnd"/>
      <w:r>
        <w:rPr>
          <w:rFonts w:cs="Times New Roman"/>
        </w:rPr>
        <w:t xml:space="preserve"> ATmega328P yang </w:t>
      </w:r>
      <w:proofErr w:type="spellStart"/>
      <w:r>
        <w:rPr>
          <w:rFonts w:cs="Times New Roman"/>
        </w:rPr>
        <w:t>dapat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diprogram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untuk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mengendalikan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berbagai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fungsi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elektronik</w:t>
      </w:r>
      <w:proofErr w:type="spellEnd"/>
      <w:r>
        <w:rPr>
          <w:rFonts w:cs="Times New Roman"/>
        </w:rPr>
        <w:t xml:space="preserve"> </w:t>
      </w:r>
      <w:r w:rsidR="008A2D77">
        <w:rPr>
          <w:rFonts w:cs="Times New Roman"/>
        </w:rPr>
        <w:fldChar w:fldCharType="begin" w:fldLock="1"/>
      </w:r>
      <w:r w:rsidR="008A2D77">
        <w:rPr>
          <w:rFonts w:cs="Times New Roman"/>
        </w:rPr>
        <w:instrText>ADDIN CSL_CITATION {"citationItems":[{"id":"ITEM-1","itemData":{"author":[{"dropping-particle":"","family":"Margono","given":"M.","non-dropping-particle":"","parse-names":false,"suffix":""}],"container-title":"Jurnal Pendidikan Teknik Elektro","id":"ITEM-1","issued":{"date-parts":[["2021"]]},"title":"No TArduino Uno Sebagai Mikrokontroler untuk Pembelajaran Sistem Embeddeditle","type":"article-journal"},"uris":["http://www.mendeley.com/documents/?uuid=88abbfcf-2a17-40fc-8a22-194770000a7d"]}],"mendeley":{"formattedCitation":"[2]","plainTextFormattedCitation":"[2]","previouslyFormattedCitation":"[2]"},"properties":{"noteIndex":0},"schema":"https://github.com/citation-style-language/schema/raw/master/csl-citation.json"}</w:instrText>
      </w:r>
      <w:r w:rsidR="008A2D77">
        <w:rPr>
          <w:rFonts w:cs="Times New Roman"/>
        </w:rPr>
        <w:fldChar w:fldCharType="separate"/>
      </w:r>
      <w:r w:rsidR="008A2D77" w:rsidRPr="008A2D77">
        <w:rPr>
          <w:rFonts w:cs="Times New Roman"/>
          <w:noProof/>
        </w:rPr>
        <w:t>[2]</w:t>
      </w:r>
      <w:r w:rsidR="008A2D77">
        <w:rPr>
          <w:rFonts w:cs="Times New Roman"/>
        </w:rPr>
        <w:fldChar w:fldCharType="end"/>
      </w:r>
      <w:r>
        <w:rPr>
          <w:rFonts w:cs="Times New Roman"/>
        </w:rPr>
        <w:t xml:space="preserve">. Solenoid door lock </w:t>
      </w:r>
      <w:proofErr w:type="spellStart"/>
      <w:r>
        <w:rPr>
          <w:rFonts w:cs="Times New Roman"/>
        </w:rPr>
        <w:t>merupakan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komponen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pengunci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pintu</w:t>
      </w:r>
      <w:proofErr w:type="spellEnd"/>
      <w:r>
        <w:rPr>
          <w:rFonts w:cs="Times New Roman"/>
        </w:rPr>
        <w:t xml:space="preserve"> yang </w:t>
      </w:r>
      <w:proofErr w:type="spellStart"/>
      <w:r>
        <w:rPr>
          <w:rFonts w:cs="Times New Roman"/>
        </w:rPr>
        <w:t>bekerja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dengan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prinsip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elektromagnetik</w:t>
      </w:r>
      <w:proofErr w:type="spellEnd"/>
      <w:r>
        <w:rPr>
          <w:rFonts w:cs="Times New Roman"/>
        </w:rPr>
        <w:t xml:space="preserve">, di mana </w:t>
      </w:r>
      <w:proofErr w:type="spellStart"/>
      <w:r>
        <w:rPr>
          <w:rFonts w:cs="Times New Roman"/>
        </w:rPr>
        <w:t>kunci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akan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aktif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ketika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ada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arus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listrik</w:t>
      </w:r>
      <w:proofErr w:type="spellEnd"/>
      <w:r>
        <w:rPr>
          <w:rFonts w:cs="Times New Roman"/>
        </w:rPr>
        <w:t xml:space="preserve"> yang </w:t>
      </w:r>
      <w:proofErr w:type="spellStart"/>
      <w:r>
        <w:rPr>
          <w:rFonts w:cs="Times New Roman"/>
        </w:rPr>
        <w:t>mengalir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melaluinya</w:t>
      </w:r>
      <w:proofErr w:type="spellEnd"/>
      <w:r>
        <w:rPr>
          <w:rFonts w:cs="Times New Roman"/>
        </w:rPr>
        <w:t xml:space="preserve"> </w:t>
      </w:r>
      <w:r w:rsidR="008A2D77">
        <w:rPr>
          <w:rFonts w:cs="Times New Roman"/>
        </w:rPr>
        <w:fldChar w:fldCharType="begin" w:fldLock="1"/>
      </w:r>
      <w:r w:rsidR="008A2D77">
        <w:rPr>
          <w:rFonts w:cs="Times New Roman"/>
        </w:rPr>
        <w:instrText>ADDIN CSL_CITATION {"citationItems":[{"id":"ITEM-1","itemData":{"author":[{"dropping-particle":"","family":"Meilinda","given":"R. Saputra and M.","non-dropping-particle":"","parse-names":false,"suffix":""}],"container-title":"Jurnal Teknik Informatik","id":"ITEM-1","issued":{"date-parts":[["2023"]]},"title":"Sistem Pengaman Pintu Gudang Menggunakan Metode R&amp;D Berbasis RFID Mikrokontroler Arduino Uno","type":"article-journal"},"uris":["http://www.mendeley.com/documents/?uuid=99f64dab-d2d8-4f31-b98c-7fe2c9422162"]}],"mendeley":{"formattedCitation":"[3]","plainTextFormattedCitation":"[3]","previouslyFormattedCitation":"[3]"},"properties":{"noteIndex":0},"schema":"https://github.com/citation-style-language/schema/raw/master/csl-citation.json"}</w:instrText>
      </w:r>
      <w:r w:rsidR="008A2D77">
        <w:rPr>
          <w:rFonts w:cs="Times New Roman"/>
        </w:rPr>
        <w:fldChar w:fldCharType="separate"/>
      </w:r>
      <w:r w:rsidR="008A2D77" w:rsidRPr="008A2D77">
        <w:rPr>
          <w:rFonts w:cs="Times New Roman"/>
          <w:noProof/>
        </w:rPr>
        <w:t>[3]</w:t>
      </w:r>
      <w:r w:rsidR="008A2D77">
        <w:rPr>
          <w:rFonts w:cs="Times New Roman"/>
        </w:rPr>
        <w:fldChar w:fldCharType="end"/>
      </w:r>
      <w:r>
        <w:rPr>
          <w:rFonts w:cs="Times New Roman"/>
        </w:rPr>
        <w:t>.</w:t>
      </w:r>
    </w:p>
    <w:p w14:paraId="3B305041" w14:textId="77777777" w:rsidR="00335E4C" w:rsidRDefault="00335E4C" w:rsidP="00335E4C">
      <w:pPr>
        <w:spacing w:before="240"/>
        <w:ind w:firstLine="720"/>
      </w:pPr>
      <w:proofErr w:type="spellStart"/>
      <w:r>
        <w:rPr>
          <w:rFonts w:cs="Times New Roman"/>
        </w:rPr>
        <w:t>Berdasarkan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latar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belakang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tersebut</w:t>
      </w:r>
      <w:proofErr w:type="spellEnd"/>
      <w:r>
        <w:rPr>
          <w:rFonts w:cs="Times New Roman"/>
        </w:rPr>
        <w:t xml:space="preserve">, </w:t>
      </w:r>
      <w:proofErr w:type="spellStart"/>
      <w:r>
        <w:rPr>
          <w:rFonts w:cs="Times New Roman"/>
        </w:rPr>
        <w:t>maka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dilakukan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rancang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bangun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sistem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akses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ruangan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berbasis</w:t>
      </w:r>
      <w:proofErr w:type="spellEnd"/>
      <w:r>
        <w:rPr>
          <w:rFonts w:cs="Times New Roman"/>
        </w:rPr>
        <w:t xml:space="preserve"> RFID </w:t>
      </w:r>
      <w:proofErr w:type="spellStart"/>
      <w:r>
        <w:rPr>
          <w:rFonts w:cs="Times New Roman"/>
        </w:rPr>
        <w:t>dengan</w:t>
      </w:r>
      <w:proofErr w:type="spellEnd"/>
      <w:r>
        <w:rPr>
          <w:rFonts w:cs="Times New Roman"/>
        </w:rPr>
        <w:t xml:space="preserve"> solenoid door lock </w:t>
      </w:r>
      <w:proofErr w:type="spellStart"/>
      <w:r>
        <w:rPr>
          <w:rFonts w:cs="Times New Roman"/>
        </w:rPr>
        <w:t>menggunakan</w:t>
      </w:r>
      <w:proofErr w:type="spellEnd"/>
      <w:r>
        <w:rPr>
          <w:rFonts w:cs="Times New Roman"/>
        </w:rPr>
        <w:t xml:space="preserve"> Arduino Uno. </w:t>
      </w:r>
      <w:proofErr w:type="spellStart"/>
      <w:r>
        <w:rPr>
          <w:rFonts w:cs="Times New Roman"/>
        </w:rPr>
        <w:t>Sistem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ini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dirancang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untuk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memberikan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solusi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keamanan</w:t>
      </w:r>
      <w:proofErr w:type="spellEnd"/>
      <w:r>
        <w:rPr>
          <w:rFonts w:cs="Times New Roman"/>
        </w:rPr>
        <w:t xml:space="preserve"> yang </w:t>
      </w:r>
      <w:proofErr w:type="spellStart"/>
      <w:r>
        <w:rPr>
          <w:rFonts w:cs="Times New Roman"/>
        </w:rPr>
        <w:t>lebih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baik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dibandingkan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dengan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kunci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konvensional</w:t>
      </w:r>
      <w:proofErr w:type="spellEnd"/>
      <w:r>
        <w:rPr>
          <w:rFonts w:cs="Times New Roman"/>
        </w:rPr>
        <w:t xml:space="preserve">, </w:t>
      </w:r>
      <w:proofErr w:type="spellStart"/>
      <w:r>
        <w:rPr>
          <w:rFonts w:cs="Times New Roman"/>
        </w:rPr>
        <w:t>dengan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mekanisme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penguncian</w:t>
      </w:r>
      <w:proofErr w:type="spellEnd"/>
      <w:r>
        <w:rPr>
          <w:rFonts w:cs="Times New Roman"/>
        </w:rPr>
        <w:t xml:space="preserve"> dan </w:t>
      </w:r>
      <w:proofErr w:type="spellStart"/>
      <w:r>
        <w:rPr>
          <w:rFonts w:cs="Times New Roman"/>
        </w:rPr>
        <w:t>pembukaan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pintu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secara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otomatis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berdasarkan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deteksi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identitas</w:t>
      </w:r>
      <w:proofErr w:type="spellEnd"/>
      <w:r>
        <w:rPr>
          <w:rFonts w:cs="Times New Roman"/>
        </w:rPr>
        <w:t xml:space="preserve"> RFID.</w:t>
      </w:r>
    </w:p>
    <w:p w14:paraId="47838FC6" w14:textId="77777777" w:rsidR="00335E4C" w:rsidRDefault="00335E4C" w:rsidP="00335E4C">
      <w:pPr>
        <w:pStyle w:val="Heading2"/>
      </w:pPr>
      <w:bookmarkStart w:id="6" w:name="_Toc233318692"/>
      <w:r>
        <w:t xml:space="preserve">1.2 </w:t>
      </w:r>
      <w:proofErr w:type="spellStart"/>
      <w:r>
        <w:t>Rumusan</w:t>
      </w:r>
      <w:proofErr w:type="spellEnd"/>
      <w:r>
        <w:t xml:space="preserve"> </w:t>
      </w:r>
      <w:proofErr w:type="spellStart"/>
      <w:r>
        <w:t>Masalah</w:t>
      </w:r>
      <w:bookmarkEnd w:id="6"/>
      <w:proofErr w:type="spellEnd"/>
    </w:p>
    <w:p w14:paraId="1D2F87AF" w14:textId="4E71089E" w:rsidR="00335E4C" w:rsidRDefault="00335E4C">
      <w:pPr>
        <w:pStyle w:val="ListParagraph"/>
        <w:numPr>
          <w:ilvl w:val="0"/>
          <w:numId w:val="8"/>
        </w:numPr>
        <w:jc w:val="left"/>
      </w:pPr>
      <w:proofErr w:type="spellStart"/>
      <w:r w:rsidRPr="00252391">
        <w:rPr>
          <w:rFonts w:cs="Times New Roman"/>
        </w:rPr>
        <w:t>Bagaimana</w:t>
      </w:r>
      <w:proofErr w:type="spellEnd"/>
      <w:r w:rsidRPr="00252391">
        <w:rPr>
          <w:rFonts w:cs="Times New Roman"/>
        </w:rPr>
        <w:t xml:space="preserve"> </w:t>
      </w:r>
      <w:proofErr w:type="spellStart"/>
      <w:r w:rsidRPr="00252391">
        <w:rPr>
          <w:rFonts w:cs="Times New Roman"/>
        </w:rPr>
        <w:t>pelaksanaan</w:t>
      </w:r>
      <w:proofErr w:type="spellEnd"/>
      <w:r w:rsidRPr="00252391">
        <w:rPr>
          <w:rFonts w:cs="Times New Roman"/>
        </w:rPr>
        <w:t xml:space="preserve"> </w:t>
      </w:r>
      <w:proofErr w:type="spellStart"/>
      <w:r w:rsidRPr="00252391">
        <w:rPr>
          <w:rFonts w:cs="Times New Roman"/>
        </w:rPr>
        <w:t>kegiatan</w:t>
      </w:r>
      <w:proofErr w:type="spellEnd"/>
      <w:r w:rsidRPr="00252391">
        <w:rPr>
          <w:rFonts w:cs="Times New Roman"/>
        </w:rPr>
        <w:t xml:space="preserve"> PKL/</w:t>
      </w:r>
      <w:proofErr w:type="spellStart"/>
      <w:r w:rsidRPr="00252391">
        <w:rPr>
          <w:rFonts w:cs="Times New Roman"/>
        </w:rPr>
        <w:t>Magang</w:t>
      </w:r>
      <w:proofErr w:type="spellEnd"/>
      <w:r w:rsidRPr="00252391">
        <w:rPr>
          <w:rFonts w:cs="Times New Roman"/>
        </w:rPr>
        <w:t xml:space="preserve"> di </w:t>
      </w:r>
      <w:r w:rsidR="009709A7">
        <w:rPr>
          <w:rFonts w:cs="Times New Roman"/>
        </w:rPr>
        <w:t xml:space="preserve">Dinas </w:t>
      </w:r>
      <w:proofErr w:type="spellStart"/>
      <w:r w:rsidR="009709A7">
        <w:rPr>
          <w:rFonts w:cs="Times New Roman"/>
        </w:rPr>
        <w:t>Komunikasi</w:t>
      </w:r>
      <w:proofErr w:type="spellEnd"/>
      <w:r w:rsidR="009709A7">
        <w:rPr>
          <w:rFonts w:cs="Times New Roman"/>
        </w:rPr>
        <w:t xml:space="preserve"> dan </w:t>
      </w:r>
      <w:proofErr w:type="spellStart"/>
      <w:r w:rsidR="009709A7">
        <w:rPr>
          <w:rFonts w:cs="Times New Roman"/>
        </w:rPr>
        <w:t>Informatika</w:t>
      </w:r>
      <w:proofErr w:type="spellEnd"/>
      <w:r w:rsidR="009709A7">
        <w:rPr>
          <w:rFonts w:cs="Times New Roman"/>
        </w:rPr>
        <w:t xml:space="preserve"> </w:t>
      </w:r>
      <w:proofErr w:type="spellStart"/>
      <w:r w:rsidR="009709A7">
        <w:rPr>
          <w:rFonts w:cs="Times New Roman"/>
        </w:rPr>
        <w:t>Kabupaten</w:t>
      </w:r>
      <w:proofErr w:type="spellEnd"/>
      <w:r w:rsidR="009709A7">
        <w:rPr>
          <w:rFonts w:cs="Times New Roman"/>
        </w:rPr>
        <w:t xml:space="preserve"> Tangerang</w:t>
      </w:r>
      <w:r w:rsidRPr="00252391">
        <w:rPr>
          <w:rFonts w:cs="Times New Roman"/>
        </w:rPr>
        <w:t>?</w:t>
      </w:r>
    </w:p>
    <w:p w14:paraId="4374F581" w14:textId="77777777" w:rsidR="00335E4C" w:rsidRDefault="00335E4C">
      <w:pPr>
        <w:pStyle w:val="ListParagraph"/>
        <w:numPr>
          <w:ilvl w:val="0"/>
          <w:numId w:val="8"/>
        </w:numPr>
        <w:jc w:val="left"/>
      </w:pPr>
      <w:r w:rsidRPr="00252391">
        <w:rPr>
          <w:rFonts w:cs="Times New Roman"/>
        </w:rPr>
        <w:t xml:space="preserve">Apa </w:t>
      </w:r>
      <w:proofErr w:type="spellStart"/>
      <w:r w:rsidRPr="00252391">
        <w:rPr>
          <w:rFonts w:cs="Times New Roman"/>
        </w:rPr>
        <w:t>saja</w:t>
      </w:r>
      <w:proofErr w:type="spellEnd"/>
      <w:r w:rsidRPr="00252391">
        <w:rPr>
          <w:rFonts w:cs="Times New Roman"/>
        </w:rPr>
        <w:t xml:space="preserve"> </w:t>
      </w:r>
      <w:proofErr w:type="spellStart"/>
      <w:r w:rsidRPr="00252391">
        <w:rPr>
          <w:rFonts w:cs="Times New Roman"/>
        </w:rPr>
        <w:t>permasalahan</w:t>
      </w:r>
      <w:proofErr w:type="spellEnd"/>
      <w:r w:rsidRPr="00252391">
        <w:rPr>
          <w:rFonts w:cs="Times New Roman"/>
        </w:rPr>
        <w:t xml:space="preserve"> yang </w:t>
      </w:r>
      <w:proofErr w:type="spellStart"/>
      <w:r w:rsidRPr="00252391">
        <w:rPr>
          <w:rFonts w:cs="Times New Roman"/>
        </w:rPr>
        <w:t>ditemukan</w:t>
      </w:r>
      <w:proofErr w:type="spellEnd"/>
      <w:r w:rsidRPr="00252391">
        <w:rPr>
          <w:rFonts w:cs="Times New Roman"/>
        </w:rPr>
        <w:t xml:space="preserve"> </w:t>
      </w:r>
      <w:proofErr w:type="spellStart"/>
      <w:r w:rsidRPr="00252391">
        <w:rPr>
          <w:rFonts w:cs="Times New Roman"/>
        </w:rPr>
        <w:t>selama</w:t>
      </w:r>
      <w:proofErr w:type="spellEnd"/>
      <w:r w:rsidRPr="00252391">
        <w:rPr>
          <w:rFonts w:cs="Times New Roman"/>
        </w:rPr>
        <w:t xml:space="preserve"> </w:t>
      </w:r>
      <w:proofErr w:type="spellStart"/>
      <w:r w:rsidRPr="00252391">
        <w:rPr>
          <w:rFonts w:cs="Times New Roman"/>
        </w:rPr>
        <w:t>pelaksanaan</w:t>
      </w:r>
      <w:proofErr w:type="spellEnd"/>
      <w:r w:rsidRPr="00252391">
        <w:rPr>
          <w:rFonts w:cs="Times New Roman"/>
        </w:rPr>
        <w:t xml:space="preserve"> PKL/</w:t>
      </w:r>
      <w:proofErr w:type="spellStart"/>
      <w:r w:rsidRPr="00252391">
        <w:rPr>
          <w:rFonts w:cs="Times New Roman"/>
        </w:rPr>
        <w:t>Magang</w:t>
      </w:r>
      <w:proofErr w:type="spellEnd"/>
      <w:r w:rsidRPr="00252391">
        <w:rPr>
          <w:rFonts w:cs="Times New Roman"/>
        </w:rPr>
        <w:t xml:space="preserve"> </w:t>
      </w:r>
      <w:proofErr w:type="spellStart"/>
      <w:r w:rsidRPr="00252391">
        <w:rPr>
          <w:rFonts w:cs="Times New Roman"/>
        </w:rPr>
        <w:t>terkait</w:t>
      </w:r>
      <w:proofErr w:type="spellEnd"/>
      <w:r w:rsidRPr="00252391">
        <w:rPr>
          <w:rFonts w:cs="Times New Roman"/>
        </w:rPr>
        <w:t xml:space="preserve"> </w:t>
      </w:r>
      <w:proofErr w:type="spellStart"/>
      <w:r w:rsidRPr="00252391">
        <w:rPr>
          <w:rFonts w:cs="Times New Roman"/>
        </w:rPr>
        <w:t>keamanan</w:t>
      </w:r>
      <w:proofErr w:type="spellEnd"/>
      <w:r w:rsidRPr="00252391">
        <w:rPr>
          <w:rFonts w:cs="Times New Roman"/>
        </w:rPr>
        <w:t xml:space="preserve"> </w:t>
      </w:r>
      <w:proofErr w:type="spellStart"/>
      <w:r w:rsidRPr="00252391">
        <w:rPr>
          <w:rFonts w:cs="Times New Roman"/>
        </w:rPr>
        <w:t>akses</w:t>
      </w:r>
      <w:proofErr w:type="spellEnd"/>
      <w:r w:rsidRPr="00252391">
        <w:rPr>
          <w:rFonts w:cs="Times New Roman"/>
        </w:rPr>
        <w:t xml:space="preserve"> </w:t>
      </w:r>
      <w:proofErr w:type="spellStart"/>
      <w:r w:rsidRPr="00252391">
        <w:rPr>
          <w:rFonts w:cs="Times New Roman"/>
        </w:rPr>
        <w:t>ruangan</w:t>
      </w:r>
      <w:proofErr w:type="spellEnd"/>
      <w:r w:rsidRPr="00252391">
        <w:rPr>
          <w:rFonts w:cs="Times New Roman"/>
        </w:rPr>
        <w:t>?</w:t>
      </w:r>
    </w:p>
    <w:p w14:paraId="78FB20CA" w14:textId="77777777" w:rsidR="00335E4C" w:rsidRDefault="00335E4C">
      <w:pPr>
        <w:pStyle w:val="ListParagraph"/>
        <w:numPr>
          <w:ilvl w:val="0"/>
          <w:numId w:val="8"/>
        </w:numPr>
        <w:jc w:val="left"/>
      </w:pPr>
      <w:proofErr w:type="spellStart"/>
      <w:r w:rsidRPr="00252391">
        <w:rPr>
          <w:rFonts w:cs="Times New Roman"/>
        </w:rPr>
        <w:lastRenderedPageBreak/>
        <w:t>Bagaimana</w:t>
      </w:r>
      <w:proofErr w:type="spellEnd"/>
      <w:r w:rsidRPr="00252391">
        <w:rPr>
          <w:rFonts w:cs="Times New Roman"/>
        </w:rPr>
        <w:t xml:space="preserve"> </w:t>
      </w:r>
      <w:proofErr w:type="spellStart"/>
      <w:r w:rsidRPr="00252391">
        <w:rPr>
          <w:rFonts w:cs="Times New Roman"/>
        </w:rPr>
        <w:t>rancang</w:t>
      </w:r>
      <w:proofErr w:type="spellEnd"/>
      <w:r w:rsidRPr="00252391">
        <w:rPr>
          <w:rFonts w:cs="Times New Roman"/>
        </w:rPr>
        <w:t xml:space="preserve"> </w:t>
      </w:r>
      <w:proofErr w:type="spellStart"/>
      <w:r w:rsidRPr="00252391">
        <w:rPr>
          <w:rFonts w:cs="Times New Roman"/>
        </w:rPr>
        <w:t>bangun</w:t>
      </w:r>
      <w:proofErr w:type="spellEnd"/>
      <w:r w:rsidRPr="00252391">
        <w:rPr>
          <w:rFonts w:cs="Times New Roman"/>
        </w:rPr>
        <w:t xml:space="preserve"> </w:t>
      </w:r>
      <w:proofErr w:type="spellStart"/>
      <w:r w:rsidRPr="00252391">
        <w:rPr>
          <w:rFonts w:cs="Times New Roman"/>
        </w:rPr>
        <w:t>sistem</w:t>
      </w:r>
      <w:proofErr w:type="spellEnd"/>
      <w:r w:rsidRPr="00252391">
        <w:rPr>
          <w:rFonts w:cs="Times New Roman"/>
        </w:rPr>
        <w:t xml:space="preserve"> </w:t>
      </w:r>
      <w:proofErr w:type="spellStart"/>
      <w:r w:rsidRPr="00252391">
        <w:rPr>
          <w:rFonts w:cs="Times New Roman"/>
        </w:rPr>
        <w:t>akses</w:t>
      </w:r>
      <w:proofErr w:type="spellEnd"/>
      <w:r w:rsidRPr="00252391">
        <w:rPr>
          <w:rFonts w:cs="Times New Roman"/>
        </w:rPr>
        <w:t xml:space="preserve"> </w:t>
      </w:r>
      <w:proofErr w:type="spellStart"/>
      <w:r w:rsidRPr="00252391">
        <w:rPr>
          <w:rFonts w:cs="Times New Roman"/>
        </w:rPr>
        <w:t>ruangan</w:t>
      </w:r>
      <w:proofErr w:type="spellEnd"/>
      <w:r w:rsidRPr="00252391">
        <w:rPr>
          <w:rFonts w:cs="Times New Roman"/>
        </w:rPr>
        <w:t xml:space="preserve"> </w:t>
      </w:r>
      <w:proofErr w:type="spellStart"/>
      <w:r w:rsidRPr="00252391">
        <w:rPr>
          <w:rFonts w:cs="Times New Roman"/>
        </w:rPr>
        <w:t>berbasis</w:t>
      </w:r>
      <w:proofErr w:type="spellEnd"/>
      <w:r w:rsidRPr="00252391">
        <w:rPr>
          <w:rFonts w:cs="Times New Roman"/>
        </w:rPr>
        <w:t xml:space="preserve"> RFID </w:t>
      </w:r>
      <w:proofErr w:type="spellStart"/>
      <w:r w:rsidRPr="00252391">
        <w:rPr>
          <w:rFonts w:cs="Times New Roman"/>
        </w:rPr>
        <w:t>dengan</w:t>
      </w:r>
      <w:proofErr w:type="spellEnd"/>
      <w:r w:rsidRPr="00252391">
        <w:rPr>
          <w:rFonts w:cs="Times New Roman"/>
        </w:rPr>
        <w:t xml:space="preserve"> solenoid door lock </w:t>
      </w:r>
      <w:proofErr w:type="spellStart"/>
      <w:r w:rsidRPr="00252391">
        <w:rPr>
          <w:rFonts w:cs="Times New Roman"/>
        </w:rPr>
        <w:t>menggunakan</w:t>
      </w:r>
      <w:proofErr w:type="spellEnd"/>
      <w:r w:rsidRPr="00252391">
        <w:rPr>
          <w:rFonts w:cs="Times New Roman"/>
        </w:rPr>
        <w:t xml:space="preserve"> Arduino Uno?</w:t>
      </w:r>
    </w:p>
    <w:p w14:paraId="5525D7CC" w14:textId="77777777" w:rsidR="00335E4C" w:rsidRDefault="00335E4C">
      <w:pPr>
        <w:pStyle w:val="ListParagraph"/>
        <w:numPr>
          <w:ilvl w:val="0"/>
          <w:numId w:val="8"/>
        </w:numPr>
        <w:jc w:val="left"/>
      </w:pPr>
      <w:proofErr w:type="spellStart"/>
      <w:r w:rsidRPr="00252391">
        <w:rPr>
          <w:rFonts w:cs="Times New Roman"/>
        </w:rPr>
        <w:t>Bagaimana</w:t>
      </w:r>
      <w:proofErr w:type="spellEnd"/>
      <w:r w:rsidRPr="00252391">
        <w:rPr>
          <w:rFonts w:cs="Times New Roman"/>
        </w:rPr>
        <w:t xml:space="preserve"> </w:t>
      </w:r>
      <w:proofErr w:type="spellStart"/>
      <w:r w:rsidRPr="00252391">
        <w:rPr>
          <w:rFonts w:cs="Times New Roman"/>
        </w:rPr>
        <w:t>hasil</w:t>
      </w:r>
      <w:proofErr w:type="spellEnd"/>
      <w:r w:rsidRPr="00252391">
        <w:rPr>
          <w:rFonts w:cs="Times New Roman"/>
        </w:rPr>
        <w:t xml:space="preserve"> </w:t>
      </w:r>
      <w:proofErr w:type="spellStart"/>
      <w:r w:rsidRPr="00252391">
        <w:rPr>
          <w:rFonts w:cs="Times New Roman"/>
        </w:rPr>
        <w:t>pengujian</w:t>
      </w:r>
      <w:proofErr w:type="spellEnd"/>
      <w:r w:rsidRPr="00252391">
        <w:rPr>
          <w:rFonts w:cs="Times New Roman"/>
        </w:rPr>
        <w:t xml:space="preserve"> dan </w:t>
      </w:r>
      <w:proofErr w:type="spellStart"/>
      <w:r w:rsidRPr="00252391">
        <w:rPr>
          <w:rFonts w:cs="Times New Roman"/>
        </w:rPr>
        <w:t>kinerja</w:t>
      </w:r>
      <w:proofErr w:type="spellEnd"/>
      <w:r w:rsidRPr="00252391">
        <w:rPr>
          <w:rFonts w:cs="Times New Roman"/>
        </w:rPr>
        <w:t xml:space="preserve"> </w:t>
      </w:r>
      <w:proofErr w:type="spellStart"/>
      <w:r w:rsidRPr="00252391">
        <w:rPr>
          <w:rFonts w:cs="Times New Roman"/>
        </w:rPr>
        <w:t>sistem</w:t>
      </w:r>
      <w:proofErr w:type="spellEnd"/>
      <w:r w:rsidRPr="00252391">
        <w:rPr>
          <w:rFonts w:cs="Times New Roman"/>
        </w:rPr>
        <w:t xml:space="preserve"> yang </w:t>
      </w:r>
      <w:proofErr w:type="spellStart"/>
      <w:r w:rsidRPr="00252391">
        <w:rPr>
          <w:rFonts w:cs="Times New Roman"/>
        </w:rPr>
        <w:t>telah</w:t>
      </w:r>
      <w:proofErr w:type="spellEnd"/>
      <w:r w:rsidRPr="00252391">
        <w:rPr>
          <w:rFonts w:cs="Times New Roman"/>
        </w:rPr>
        <w:t xml:space="preserve"> </w:t>
      </w:r>
      <w:proofErr w:type="spellStart"/>
      <w:r w:rsidRPr="00252391">
        <w:rPr>
          <w:rFonts w:cs="Times New Roman"/>
        </w:rPr>
        <w:t>dibangun</w:t>
      </w:r>
      <w:proofErr w:type="spellEnd"/>
      <w:r w:rsidRPr="00252391">
        <w:rPr>
          <w:rFonts w:cs="Times New Roman"/>
        </w:rPr>
        <w:t>?</w:t>
      </w:r>
    </w:p>
    <w:p w14:paraId="27D49509" w14:textId="77777777" w:rsidR="00335E4C" w:rsidRDefault="00335E4C" w:rsidP="00335E4C">
      <w:pPr>
        <w:pStyle w:val="Heading2"/>
      </w:pPr>
      <w:bookmarkStart w:id="7" w:name="_Toc233318693"/>
      <w:r>
        <w:t>1.3 Tujuan PKL/</w:t>
      </w:r>
      <w:proofErr w:type="spellStart"/>
      <w:r>
        <w:t>Magang</w:t>
      </w:r>
      <w:bookmarkEnd w:id="7"/>
      <w:proofErr w:type="spellEnd"/>
    </w:p>
    <w:p w14:paraId="216651A3" w14:textId="77777777" w:rsidR="00335E4C" w:rsidRDefault="00335E4C" w:rsidP="00335E4C">
      <w:pPr>
        <w:pStyle w:val="Heading3"/>
      </w:pPr>
      <w:bookmarkStart w:id="8" w:name="_Toc233318694"/>
      <w:r>
        <w:t>1.3.1 Tujuan Umum</w:t>
      </w:r>
      <w:bookmarkEnd w:id="8"/>
    </w:p>
    <w:p w14:paraId="6D56AC1C" w14:textId="77777777" w:rsidR="00335E4C" w:rsidRDefault="00335E4C" w:rsidP="00335E4C">
      <w:pPr>
        <w:ind w:firstLine="720"/>
      </w:pPr>
      <w:r>
        <w:rPr>
          <w:rFonts w:cs="Times New Roman"/>
        </w:rPr>
        <w:t xml:space="preserve">Tujuan </w:t>
      </w:r>
      <w:proofErr w:type="spellStart"/>
      <w:r>
        <w:rPr>
          <w:rFonts w:cs="Times New Roman"/>
        </w:rPr>
        <w:t>umum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pelaksanaan</w:t>
      </w:r>
      <w:proofErr w:type="spellEnd"/>
      <w:r>
        <w:rPr>
          <w:rFonts w:cs="Times New Roman"/>
        </w:rPr>
        <w:t xml:space="preserve"> PKL/</w:t>
      </w:r>
      <w:proofErr w:type="spellStart"/>
      <w:r>
        <w:rPr>
          <w:rFonts w:cs="Times New Roman"/>
        </w:rPr>
        <w:t>Magang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adalah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untuk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memperoleh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pengalaman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kerja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langsung</w:t>
      </w:r>
      <w:proofErr w:type="spellEnd"/>
      <w:r>
        <w:rPr>
          <w:rFonts w:cs="Times New Roman"/>
        </w:rPr>
        <w:t xml:space="preserve"> di dunia </w:t>
      </w:r>
      <w:proofErr w:type="spellStart"/>
      <w:r>
        <w:rPr>
          <w:rFonts w:cs="Times New Roman"/>
        </w:rPr>
        <w:t>industri</w:t>
      </w:r>
      <w:proofErr w:type="spellEnd"/>
      <w:r>
        <w:rPr>
          <w:rFonts w:cs="Times New Roman"/>
        </w:rPr>
        <w:t>/</w:t>
      </w:r>
      <w:proofErr w:type="spellStart"/>
      <w:r>
        <w:rPr>
          <w:rFonts w:cs="Times New Roman"/>
        </w:rPr>
        <w:t>pemerintahan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serta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menerapkan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ilmu</w:t>
      </w:r>
      <w:proofErr w:type="spellEnd"/>
      <w:r>
        <w:rPr>
          <w:rFonts w:cs="Times New Roman"/>
        </w:rPr>
        <w:t xml:space="preserve"> yang </w:t>
      </w:r>
      <w:proofErr w:type="spellStart"/>
      <w:r>
        <w:rPr>
          <w:rFonts w:cs="Times New Roman"/>
        </w:rPr>
        <w:t>telah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diperoleh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selama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perkuliahan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dalam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bentuk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rancang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bangun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sistem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keamanan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akses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ruangan</w:t>
      </w:r>
      <w:proofErr w:type="spellEnd"/>
      <w:r>
        <w:rPr>
          <w:rFonts w:cs="Times New Roman"/>
        </w:rPr>
        <w:t>.</w:t>
      </w:r>
    </w:p>
    <w:p w14:paraId="31159C78" w14:textId="77777777" w:rsidR="00335E4C" w:rsidRDefault="00335E4C" w:rsidP="00335E4C">
      <w:pPr>
        <w:pStyle w:val="Heading3"/>
      </w:pPr>
      <w:bookmarkStart w:id="9" w:name="_Toc233318695"/>
      <w:r>
        <w:t xml:space="preserve">1.3.2 Tujuan </w:t>
      </w:r>
      <w:proofErr w:type="spellStart"/>
      <w:r>
        <w:t>Khusus</w:t>
      </w:r>
      <w:bookmarkEnd w:id="9"/>
      <w:proofErr w:type="spellEnd"/>
    </w:p>
    <w:p w14:paraId="25206975" w14:textId="44E4A35E" w:rsidR="00335E4C" w:rsidRDefault="00335E4C">
      <w:pPr>
        <w:pStyle w:val="ListParagraph"/>
        <w:numPr>
          <w:ilvl w:val="0"/>
          <w:numId w:val="9"/>
        </w:numPr>
      </w:pPr>
      <w:proofErr w:type="spellStart"/>
      <w:r w:rsidRPr="00252391">
        <w:rPr>
          <w:rFonts w:cs="Times New Roman"/>
        </w:rPr>
        <w:t>Mengetahui</w:t>
      </w:r>
      <w:proofErr w:type="spellEnd"/>
      <w:r w:rsidRPr="00252391">
        <w:rPr>
          <w:rFonts w:cs="Times New Roman"/>
        </w:rPr>
        <w:t xml:space="preserve"> proses </w:t>
      </w:r>
      <w:proofErr w:type="spellStart"/>
      <w:r w:rsidRPr="00252391">
        <w:rPr>
          <w:rFonts w:cs="Times New Roman"/>
        </w:rPr>
        <w:t>kerja</w:t>
      </w:r>
      <w:proofErr w:type="spellEnd"/>
      <w:r w:rsidRPr="00252391">
        <w:rPr>
          <w:rFonts w:cs="Times New Roman"/>
        </w:rPr>
        <w:t xml:space="preserve"> dan </w:t>
      </w:r>
      <w:proofErr w:type="spellStart"/>
      <w:r w:rsidRPr="00252391">
        <w:rPr>
          <w:rFonts w:cs="Times New Roman"/>
        </w:rPr>
        <w:t>kegiatan</w:t>
      </w:r>
      <w:proofErr w:type="spellEnd"/>
      <w:r w:rsidRPr="00252391">
        <w:rPr>
          <w:rFonts w:cs="Times New Roman"/>
        </w:rPr>
        <w:t xml:space="preserve"> </w:t>
      </w:r>
      <w:proofErr w:type="spellStart"/>
      <w:r w:rsidR="008A2D77">
        <w:rPr>
          <w:rFonts w:cs="Times New Roman"/>
        </w:rPr>
        <w:t>Dinasi</w:t>
      </w:r>
      <w:proofErr w:type="spellEnd"/>
      <w:r w:rsidR="008A2D77">
        <w:rPr>
          <w:rFonts w:cs="Times New Roman"/>
        </w:rPr>
        <w:t xml:space="preserve"> </w:t>
      </w:r>
      <w:proofErr w:type="spellStart"/>
      <w:r w:rsidR="008A2D77">
        <w:rPr>
          <w:rFonts w:cs="Times New Roman"/>
        </w:rPr>
        <w:t>Komunikasi</w:t>
      </w:r>
      <w:proofErr w:type="spellEnd"/>
      <w:r w:rsidR="008A2D77">
        <w:rPr>
          <w:rFonts w:cs="Times New Roman"/>
        </w:rPr>
        <w:t xml:space="preserve"> dan </w:t>
      </w:r>
      <w:proofErr w:type="spellStart"/>
      <w:r w:rsidR="008A2D77">
        <w:rPr>
          <w:rFonts w:cs="Times New Roman"/>
        </w:rPr>
        <w:t>Informatika</w:t>
      </w:r>
      <w:proofErr w:type="spellEnd"/>
      <w:r w:rsidRPr="00252391">
        <w:rPr>
          <w:rFonts w:cs="Times New Roman"/>
        </w:rPr>
        <w:t>.</w:t>
      </w:r>
    </w:p>
    <w:p w14:paraId="677A7A61" w14:textId="77777777" w:rsidR="00335E4C" w:rsidRDefault="00335E4C">
      <w:pPr>
        <w:pStyle w:val="ListParagraph"/>
        <w:numPr>
          <w:ilvl w:val="0"/>
          <w:numId w:val="9"/>
        </w:numPr>
      </w:pPr>
      <w:proofErr w:type="spellStart"/>
      <w:r w:rsidRPr="00252391">
        <w:rPr>
          <w:rFonts w:cs="Times New Roman"/>
        </w:rPr>
        <w:t>Mengidentifikasi</w:t>
      </w:r>
      <w:proofErr w:type="spellEnd"/>
      <w:r w:rsidRPr="00252391">
        <w:rPr>
          <w:rFonts w:cs="Times New Roman"/>
        </w:rPr>
        <w:t xml:space="preserve"> </w:t>
      </w:r>
      <w:proofErr w:type="spellStart"/>
      <w:r w:rsidRPr="00252391">
        <w:rPr>
          <w:rFonts w:cs="Times New Roman"/>
        </w:rPr>
        <w:t>permasalahan</w:t>
      </w:r>
      <w:proofErr w:type="spellEnd"/>
      <w:r w:rsidRPr="00252391">
        <w:rPr>
          <w:rFonts w:cs="Times New Roman"/>
        </w:rPr>
        <w:t xml:space="preserve"> </w:t>
      </w:r>
      <w:proofErr w:type="spellStart"/>
      <w:r w:rsidRPr="00252391">
        <w:rPr>
          <w:rFonts w:cs="Times New Roman"/>
        </w:rPr>
        <w:t>keamanan</w:t>
      </w:r>
      <w:proofErr w:type="spellEnd"/>
      <w:r w:rsidRPr="00252391">
        <w:rPr>
          <w:rFonts w:cs="Times New Roman"/>
        </w:rPr>
        <w:t xml:space="preserve"> </w:t>
      </w:r>
      <w:proofErr w:type="spellStart"/>
      <w:r w:rsidRPr="00252391">
        <w:rPr>
          <w:rFonts w:cs="Times New Roman"/>
        </w:rPr>
        <w:t>akses</w:t>
      </w:r>
      <w:proofErr w:type="spellEnd"/>
      <w:r w:rsidRPr="00252391">
        <w:rPr>
          <w:rFonts w:cs="Times New Roman"/>
        </w:rPr>
        <w:t xml:space="preserve"> </w:t>
      </w:r>
      <w:proofErr w:type="spellStart"/>
      <w:r w:rsidRPr="00252391">
        <w:rPr>
          <w:rFonts w:cs="Times New Roman"/>
        </w:rPr>
        <w:t>ruangan</w:t>
      </w:r>
      <w:proofErr w:type="spellEnd"/>
      <w:r w:rsidRPr="00252391">
        <w:rPr>
          <w:rFonts w:cs="Times New Roman"/>
        </w:rPr>
        <w:t xml:space="preserve"> yang </w:t>
      </w:r>
      <w:proofErr w:type="spellStart"/>
      <w:r w:rsidRPr="00252391">
        <w:rPr>
          <w:rFonts w:cs="Times New Roman"/>
        </w:rPr>
        <w:t>terjadi</w:t>
      </w:r>
      <w:proofErr w:type="spellEnd"/>
      <w:r w:rsidRPr="00252391">
        <w:rPr>
          <w:rFonts w:cs="Times New Roman"/>
        </w:rPr>
        <w:t xml:space="preserve"> </w:t>
      </w:r>
      <w:proofErr w:type="spellStart"/>
      <w:r w:rsidRPr="00252391">
        <w:rPr>
          <w:rFonts w:cs="Times New Roman"/>
        </w:rPr>
        <w:t>selama</w:t>
      </w:r>
      <w:proofErr w:type="spellEnd"/>
      <w:r w:rsidRPr="00252391">
        <w:rPr>
          <w:rFonts w:cs="Times New Roman"/>
        </w:rPr>
        <w:t xml:space="preserve"> </w:t>
      </w:r>
      <w:proofErr w:type="spellStart"/>
      <w:r w:rsidRPr="00252391">
        <w:rPr>
          <w:rFonts w:cs="Times New Roman"/>
        </w:rPr>
        <w:t>pelaksanaan</w:t>
      </w:r>
      <w:proofErr w:type="spellEnd"/>
      <w:r w:rsidRPr="00252391">
        <w:rPr>
          <w:rFonts w:cs="Times New Roman"/>
        </w:rPr>
        <w:t xml:space="preserve"> PKL/</w:t>
      </w:r>
      <w:proofErr w:type="spellStart"/>
      <w:r w:rsidRPr="00252391">
        <w:rPr>
          <w:rFonts w:cs="Times New Roman"/>
        </w:rPr>
        <w:t>Magang</w:t>
      </w:r>
      <w:proofErr w:type="spellEnd"/>
      <w:r w:rsidRPr="00252391">
        <w:rPr>
          <w:rFonts w:cs="Times New Roman"/>
        </w:rPr>
        <w:t>.</w:t>
      </w:r>
    </w:p>
    <w:p w14:paraId="380739E2" w14:textId="25A9ECB3" w:rsidR="00335E4C" w:rsidRDefault="00335E4C">
      <w:pPr>
        <w:pStyle w:val="ListParagraph"/>
        <w:numPr>
          <w:ilvl w:val="0"/>
          <w:numId w:val="9"/>
        </w:numPr>
      </w:pPr>
      <w:proofErr w:type="spellStart"/>
      <w:r w:rsidRPr="00252391">
        <w:rPr>
          <w:rFonts w:cs="Times New Roman"/>
        </w:rPr>
        <w:t>Merancang</w:t>
      </w:r>
      <w:proofErr w:type="spellEnd"/>
      <w:r w:rsidRPr="00252391">
        <w:rPr>
          <w:rFonts w:cs="Times New Roman"/>
        </w:rPr>
        <w:t xml:space="preserve"> dan </w:t>
      </w:r>
      <w:proofErr w:type="spellStart"/>
      <w:r w:rsidRPr="00252391">
        <w:rPr>
          <w:rFonts w:cs="Times New Roman"/>
        </w:rPr>
        <w:t>membangun</w:t>
      </w:r>
      <w:proofErr w:type="spellEnd"/>
      <w:r w:rsidRPr="00252391">
        <w:rPr>
          <w:rFonts w:cs="Times New Roman"/>
        </w:rPr>
        <w:t xml:space="preserve"> </w:t>
      </w:r>
      <w:proofErr w:type="spellStart"/>
      <w:r w:rsidRPr="00252391">
        <w:rPr>
          <w:rFonts w:cs="Times New Roman"/>
        </w:rPr>
        <w:t>sistem</w:t>
      </w:r>
      <w:proofErr w:type="spellEnd"/>
      <w:r w:rsidRPr="00252391">
        <w:rPr>
          <w:rFonts w:cs="Times New Roman"/>
        </w:rPr>
        <w:t xml:space="preserve"> </w:t>
      </w:r>
      <w:proofErr w:type="spellStart"/>
      <w:r w:rsidRPr="00252391">
        <w:rPr>
          <w:rFonts w:cs="Times New Roman"/>
        </w:rPr>
        <w:t>akses</w:t>
      </w:r>
      <w:proofErr w:type="spellEnd"/>
      <w:r w:rsidRPr="00252391">
        <w:rPr>
          <w:rFonts w:cs="Times New Roman"/>
        </w:rPr>
        <w:t xml:space="preserve"> </w:t>
      </w:r>
      <w:proofErr w:type="spellStart"/>
      <w:r w:rsidRPr="00252391">
        <w:rPr>
          <w:rFonts w:cs="Times New Roman"/>
        </w:rPr>
        <w:t>ruangan</w:t>
      </w:r>
      <w:proofErr w:type="spellEnd"/>
      <w:r w:rsidRPr="00252391">
        <w:rPr>
          <w:rFonts w:cs="Times New Roman"/>
        </w:rPr>
        <w:t xml:space="preserve"> </w:t>
      </w:r>
      <w:proofErr w:type="spellStart"/>
      <w:r w:rsidRPr="00252391">
        <w:rPr>
          <w:rFonts w:cs="Times New Roman"/>
        </w:rPr>
        <w:t>berbasis</w:t>
      </w:r>
      <w:proofErr w:type="spellEnd"/>
      <w:r w:rsidRPr="00252391">
        <w:rPr>
          <w:rFonts w:cs="Times New Roman"/>
        </w:rPr>
        <w:t xml:space="preserve"> RFID </w:t>
      </w:r>
      <w:proofErr w:type="spellStart"/>
      <w:r w:rsidRPr="00252391">
        <w:rPr>
          <w:rFonts w:cs="Times New Roman"/>
        </w:rPr>
        <w:t>dengan</w:t>
      </w:r>
      <w:proofErr w:type="spellEnd"/>
      <w:r w:rsidRPr="00252391">
        <w:rPr>
          <w:rFonts w:cs="Times New Roman"/>
        </w:rPr>
        <w:t xml:space="preserve"> solenoid door lock </w:t>
      </w:r>
      <w:proofErr w:type="spellStart"/>
      <w:r w:rsidRPr="00252391">
        <w:rPr>
          <w:rFonts w:cs="Times New Roman"/>
        </w:rPr>
        <w:t>menggunakan</w:t>
      </w:r>
      <w:proofErr w:type="spellEnd"/>
      <w:r w:rsidRPr="00252391">
        <w:rPr>
          <w:rFonts w:cs="Times New Roman"/>
        </w:rPr>
        <w:t xml:space="preserve"> Arduino Uno</w:t>
      </w:r>
      <w:r w:rsidR="00D813BD">
        <w:rPr>
          <w:rFonts w:cs="Times New Roman"/>
        </w:rPr>
        <w:t>,</w:t>
      </w:r>
      <w:r w:rsidR="00D813BD" w:rsidRPr="00D813BD">
        <w:rPr>
          <w:rFonts w:cs="Times New Roman"/>
        </w:rPr>
        <w:t xml:space="preserve"> </w:t>
      </w:r>
      <w:proofErr w:type="spellStart"/>
      <w:r w:rsidR="00D813BD" w:rsidRPr="00252391">
        <w:rPr>
          <w:rFonts w:cs="Times New Roman"/>
        </w:rPr>
        <w:t>Menguji</w:t>
      </w:r>
      <w:proofErr w:type="spellEnd"/>
      <w:r w:rsidR="00D813BD" w:rsidRPr="00252391">
        <w:rPr>
          <w:rFonts w:cs="Times New Roman"/>
        </w:rPr>
        <w:t xml:space="preserve"> </w:t>
      </w:r>
      <w:proofErr w:type="spellStart"/>
      <w:r w:rsidR="00D813BD" w:rsidRPr="00252391">
        <w:rPr>
          <w:rFonts w:cs="Times New Roman"/>
        </w:rPr>
        <w:t>fungsionalitas</w:t>
      </w:r>
      <w:proofErr w:type="spellEnd"/>
      <w:r w:rsidR="00D813BD" w:rsidRPr="00252391">
        <w:rPr>
          <w:rFonts w:cs="Times New Roman"/>
        </w:rPr>
        <w:t xml:space="preserve"> dan </w:t>
      </w:r>
      <w:proofErr w:type="spellStart"/>
      <w:r w:rsidR="00D813BD" w:rsidRPr="00252391">
        <w:rPr>
          <w:rFonts w:cs="Times New Roman"/>
        </w:rPr>
        <w:t>kinerja</w:t>
      </w:r>
      <w:proofErr w:type="spellEnd"/>
      <w:r w:rsidR="00D813BD" w:rsidRPr="00252391">
        <w:rPr>
          <w:rFonts w:cs="Times New Roman"/>
        </w:rPr>
        <w:t xml:space="preserve"> </w:t>
      </w:r>
      <w:proofErr w:type="spellStart"/>
      <w:r w:rsidR="00D813BD" w:rsidRPr="00252391">
        <w:rPr>
          <w:rFonts w:cs="Times New Roman"/>
        </w:rPr>
        <w:t>sistem</w:t>
      </w:r>
      <w:proofErr w:type="spellEnd"/>
      <w:r w:rsidR="00D813BD" w:rsidRPr="00252391">
        <w:rPr>
          <w:rFonts w:cs="Times New Roman"/>
        </w:rPr>
        <w:t xml:space="preserve"> yang </w:t>
      </w:r>
      <w:proofErr w:type="spellStart"/>
      <w:r w:rsidR="00D813BD" w:rsidRPr="00252391">
        <w:rPr>
          <w:rFonts w:cs="Times New Roman"/>
        </w:rPr>
        <w:t>telah</w:t>
      </w:r>
      <w:proofErr w:type="spellEnd"/>
      <w:r w:rsidR="00D813BD" w:rsidRPr="00252391">
        <w:rPr>
          <w:rFonts w:cs="Times New Roman"/>
        </w:rPr>
        <w:t xml:space="preserve"> </w:t>
      </w:r>
      <w:proofErr w:type="spellStart"/>
      <w:r w:rsidR="00D813BD" w:rsidRPr="00252391">
        <w:rPr>
          <w:rFonts w:cs="Times New Roman"/>
        </w:rPr>
        <w:t>dibangun</w:t>
      </w:r>
      <w:proofErr w:type="spellEnd"/>
      <w:r w:rsidR="00D813BD" w:rsidRPr="00252391">
        <w:rPr>
          <w:rFonts w:cs="Times New Roman"/>
        </w:rPr>
        <w:t>.</w:t>
      </w:r>
    </w:p>
    <w:p w14:paraId="08446D3E" w14:textId="77777777" w:rsidR="00335E4C" w:rsidRDefault="00335E4C">
      <w:pPr>
        <w:pStyle w:val="ListParagraph"/>
        <w:numPr>
          <w:ilvl w:val="0"/>
          <w:numId w:val="9"/>
        </w:numPr>
      </w:pPr>
      <w:r w:rsidRPr="00252391">
        <w:rPr>
          <w:rFonts w:cs="Times New Roman"/>
        </w:rPr>
        <w:t xml:space="preserve">Menyusun </w:t>
      </w:r>
      <w:proofErr w:type="spellStart"/>
      <w:r w:rsidRPr="00252391">
        <w:rPr>
          <w:rFonts w:cs="Times New Roman"/>
        </w:rPr>
        <w:t>laporan</w:t>
      </w:r>
      <w:proofErr w:type="spellEnd"/>
      <w:r w:rsidRPr="00252391">
        <w:rPr>
          <w:rFonts w:cs="Times New Roman"/>
        </w:rPr>
        <w:t xml:space="preserve"> </w:t>
      </w:r>
      <w:proofErr w:type="spellStart"/>
      <w:r w:rsidRPr="00252391">
        <w:rPr>
          <w:rFonts w:cs="Times New Roman"/>
        </w:rPr>
        <w:t>hasil</w:t>
      </w:r>
      <w:proofErr w:type="spellEnd"/>
      <w:r w:rsidRPr="00252391">
        <w:rPr>
          <w:rFonts w:cs="Times New Roman"/>
        </w:rPr>
        <w:t xml:space="preserve"> </w:t>
      </w:r>
      <w:proofErr w:type="spellStart"/>
      <w:r w:rsidRPr="00252391">
        <w:rPr>
          <w:rFonts w:cs="Times New Roman"/>
        </w:rPr>
        <w:t>pelaksanaan</w:t>
      </w:r>
      <w:proofErr w:type="spellEnd"/>
      <w:r w:rsidRPr="00252391">
        <w:rPr>
          <w:rFonts w:cs="Times New Roman"/>
        </w:rPr>
        <w:t xml:space="preserve"> PKL/</w:t>
      </w:r>
      <w:proofErr w:type="spellStart"/>
      <w:r w:rsidRPr="00252391">
        <w:rPr>
          <w:rFonts w:cs="Times New Roman"/>
        </w:rPr>
        <w:t>Magang</w:t>
      </w:r>
      <w:proofErr w:type="spellEnd"/>
      <w:r w:rsidRPr="00252391">
        <w:rPr>
          <w:rFonts w:cs="Times New Roman"/>
        </w:rPr>
        <w:t xml:space="preserve"> </w:t>
      </w:r>
      <w:proofErr w:type="spellStart"/>
      <w:r w:rsidRPr="00252391">
        <w:rPr>
          <w:rFonts w:cs="Times New Roman"/>
        </w:rPr>
        <w:t>secara</w:t>
      </w:r>
      <w:proofErr w:type="spellEnd"/>
      <w:r w:rsidRPr="00252391">
        <w:rPr>
          <w:rFonts w:cs="Times New Roman"/>
        </w:rPr>
        <w:t xml:space="preserve"> </w:t>
      </w:r>
      <w:proofErr w:type="spellStart"/>
      <w:r w:rsidRPr="00252391">
        <w:rPr>
          <w:rFonts w:cs="Times New Roman"/>
        </w:rPr>
        <w:t>sistematis</w:t>
      </w:r>
      <w:proofErr w:type="spellEnd"/>
      <w:r w:rsidRPr="00252391">
        <w:rPr>
          <w:rFonts w:cs="Times New Roman"/>
        </w:rPr>
        <w:t>.</w:t>
      </w:r>
    </w:p>
    <w:p w14:paraId="441FAAB5" w14:textId="77777777" w:rsidR="00335E4C" w:rsidRDefault="00335E4C" w:rsidP="00335E4C">
      <w:pPr>
        <w:pStyle w:val="Heading2"/>
      </w:pPr>
      <w:bookmarkStart w:id="10" w:name="_Toc233318696"/>
      <w:r>
        <w:t>1.4 Manfaat PKL/</w:t>
      </w:r>
      <w:proofErr w:type="spellStart"/>
      <w:r>
        <w:t>Magang</w:t>
      </w:r>
      <w:bookmarkEnd w:id="10"/>
      <w:proofErr w:type="spellEnd"/>
    </w:p>
    <w:p w14:paraId="0DE4AAAA" w14:textId="77777777" w:rsidR="00335E4C" w:rsidRDefault="00335E4C" w:rsidP="00335E4C">
      <w:pPr>
        <w:pStyle w:val="Heading3"/>
      </w:pPr>
      <w:bookmarkStart w:id="11" w:name="_Toc233318697"/>
      <w:r>
        <w:t xml:space="preserve">1.4.1 Manfaat </w:t>
      </w:r>
      <w:proofErr w:type="spellStart"/>
      <w:r>
        <w:t>Teoritis</w:t>
      </w:r>
      <w:bookmarkEnd w:id="11"/>
      <w:proofErr w:type="spellEnd"/>
    </w:p>
    <w:p w14:paraId="1873E51F" w14:textId="77777777" w:rsidR="00335E4C" w:rsidRDefault="00335E4C" w:rsidP="00335E4C">
      <w:pPr>
        <w:ind w:firstLine="720"/>
      </w:pPr>
      <w:proofErr w:type="spellStart"/>
      <w:r>
        <w:rPr>
          <w:rFonts w:cs="Times New Roman"/>
        </w:rPr>
        <w:t>Laporan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ini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diharapkan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dapat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menjadi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referensi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akademik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mengenai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penerapan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teknologi</w:t>
      </w:r>
      <w:proofErr w:type="spellEnd"/>
      <w:r>
        <w:rPr>
          <w:rFonts w:cs="Times New Roman"/>
        </w:rPr>
        <w:t xml:space="preserve"> RFID dan Arduino </w:t>
      </w:r>
      <w:proofErr w:type="spellStart"/>
      <w:r>
        <w:rPr>
          <w:rFonts w:cs="Times New Roman"/>
        </w:rPr>
        <w:t>dalam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sistem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keamanan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akses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ruangan</w:t>
      </w:r>
      <w:proofErr w:type="spellEnd"/>
      <w:r>
        <w:rPr>
          <w:rFonts w:cs="Times New Roman"/>
        </w:rPr>
        <w:t xml:space="preserve">. </w:t>
      </w:r>
      <w:proofErr w:type="spellStart"/>
      <w:r>
        <w:rPr>
          <w:rFonts w:cs="Times New Roman"/>
        </w:rPr>
        <w:t>Laporan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ini</w:t>
      </w:r>
      <w:proofErr w:type="spellEnd"/>
      <w:r>
        <w:rPr>
          <w:rFonts w:cs="Times New Roman"/>
        </w:rPr>
        <w:t xml:space="preserve"> juga </w:t>
      </w:r>
      <w:proofErr w:type="spellStart"/>
      <w:r>
        <w:rPr>
          <w:rFonts w:cs="Times New Roman"/>
        </w:rPr>
        <w:t>dapat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memberikan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kontribusi</w:t>
      </w:r>
      <w:proofErr w:type="spellEnd"/>
      <w:r>
        <w:rPr>
          <w:rFonts w:cs="Times New Roman"/>
        </w:rPr>
        <w:t xml:space="preserve"> pada </w:t>
      </w:r>
      <w:proofErr w:type="spellStart"/>
      <w:r>
        <w:rPr>
          <w:rFonts w:cs="Times New Roman"/>
        </w:rPr>
        <w:t>pengembangan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pengetahuan</w:t>
      </w:r>
      <w:proofErr w:type="spellEnd"/>
      <w:r>
        <w:rPr>
          <w:rFonts w:cs="Times New Roman"/>
        </w:rPr>
        <w:t xml:space="preserve"> di </w:t>
      </w:r>
      <w:proofErr w:type="spellStart"/>
      <w:r>
        <w:rPr>
          <w:rFonts w:cs="Times New Roman"/>
        </w:rPr>
        <w:t>bidang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sistem</w:t>
      </w:r>
      <w:proofErr w:type="spellEnd"/>
      <w:r>
        <w:rPr>
          <w:rFonts w:cs="Times New Roman"/>
        </w:rPr>
        <w:t xml:space="preserve"> embedded dan Internet of Things (IoT) </w:t>
      </w:r>
      <w:proofErr w:type="spellStart"/>
      <w:r>
        <w:rPr>
          <w:rFonts w:cs="Times New Roman"/>
        </w:rPr>
        <w:t>untuk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keamanan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fisik</w:t>
      </w:r>
      <w:proofErr w:type="spellEnd"/>
      <w:r>
        <w:rPr>
          <w:rFonts w:cs="Times New Roman"/>
        </w:rPr>
        <w:t>.</w:t>
      </w:r>
    </w:p>
    <w:p w14:paraId="312993EE" w14:textId="77777777" w:rsidR="00335E4C" w:rsidRDefault="00335E4C" w:rsidP="00335E4C">
      <w:pPr>
        <w:pStyle w:val="Heading3"/>
      </w:pPr>
      <w:bookmarkStart w:id="12" w:name="_Toc233318698"/>
      <w:r>
        <w:t xml:space="preserve">1.4.2 Manfaat </w:t>
      </w:r>
      <w:proofErr w:type="spellStart"/>
      <w:r>
        <w:t>Praktis</w:t>
      </w:r>
      <w:bookmarkEnd w:id="12"/>
      <w:proofErr w:type="spellEnd"/>
    </w:p>
    <w:p w14:paraId="231CD7BF" w14:textId="77777777" w:rsidR="00335E4C" w:rsidRDefault="00335E4C">
      <w:pPr>
        <w:pStyle w:val="ListParagraph"/>
        <w:numPr>
          <w:ilvl w:val="0"/>
          <w:numId w:val="7"/>
        </w:numPr>
      </w:pPr>
      <w:r w:rsidRPr="00252391">
        <w:rPr>
          <w:rFonts w:cs="Times New Roman"/>
        </w:rPr>
        <w:t xml:space="preserve">Bagi Mahasiswa: </w:t>
      </w:r>
      <w:proofErr w:type="spellStart"/>
      <w:r w:rsidRPr="00252391">
        <w:rPr>
          <w:rFonts w:cs="Times New Roman"/>
        </w:rPr>
        <w:t>Memperoleh</w:t>
      </w:r>
      <w:proofErr w:type="spellEnd"/>
      <w:r w:rsidRPr="00252391">
        <w:rPr>
          <w:rFonts w:cs="Times New Roman"/>
        </w:rPr>
        <w:t xml:space="preserve"> </w:t>
      </w:r>
      <w:proofErr w:type="spellStart"/>
      <w:r w:rsidRPr="00252391">
        <w:rPr>
          <w:rFonts w:cs="Times New Roman"/>
        </w:rPr>
        <w:t>pengalaman</w:t>
      </w:r>
      <w:proofErr w:type="spellEnd"/>
      <w:r w:rsidRPr="00252391">
        <w:rPr>
          <w:rFonts w:cs="Times New Roman"/>
        </w:rPr>
        <w:t xml:space="preserve"> </w:t>
      </w:r>
      <w:proofErr w:type="spellStart"/>
      <w:r w:rsidRPr="00252391">
        <w:rPr>
          <w:rFonts w:cs="Times New Roman"/>
        </w:rPr>
        <w:t>praktis</w:t>
      </w:r>
      <w:proofErr w:type="spellEnd"/>
      <w:r w:rsidRPr="00252391">
        <w:rPr>
          <w:rFonts w:cs="Times New Roman"/>
        </w:rPr>
        <w:t xml:space="preserve"> </w:t>
      </w:r>
      <w:proofErr w:type="spellStart"/>
      <w:r w:rsidRPr="00252391">
        <w:rPr>
          <w:rFonts w:cs="Times New Roman"/>
        </w:rPr>
        <w:t>dalam</w:t>
      </w:r>
      <w:proofErr w:type="spellEnd"/>
      <w:r w:rsidRPr="00252391">
        <w:rPr>
          <w:rFonts w:cs="Times New Roman"/>
        </w:rPr>
        <w:t xml:space="preserve"> </w:t>
      </w:r>
      <w:proofErr w:type="spellStart"/>
      <w:r w:rsidRPr="00252391">
        <w:rPr>
          <w:rFonts w:cs="Times New Roman"/>
        </w:rPr>
        <w:t>merancang</w:t>
      </w:r>
      <w:proofErr w:type="spellEnd"/>
      <w:r w:rsidRPr="00252391">
        <w:rPr>
          <w:rFonts w:cs="Times New Roman"/>
        </w:rPr>
        <w:t xml:space="preserve"> dan </w:t>
      </w:r>
      <w:proofErr w:type="spellStart"/>
      <w:r w:rsidRPr="00252391">
        <w:rPr>
          <w:rFonts w:cs="Times New Roman"/>
        </w:rPr>
        <w:t>membangun</w:t>
      </w:r>
      <w:proofErr w:type="spellEnd"/>
      <w:r w:rsidRPr="00252391">
        <w:rPr>
          <w:rFonts w:cs="Times New Roman"/>
        </w:rPr>
        <w:t xml:space="preserve"> </w:t>
      </w:r>
      <w:proofErr w:type="spellStart"/>
      <w:r w:rsidRPr="00252391">
        <w:rPr>
          <w:rFonts w:cs="Times New Roman"/>
        </w:rPr>
        <w:t>sistem</w:t>
      </w:r>
      <w:proofErr w:type="spellEnd"/>
      <w:r w:rsidRPr="00252391">
        <w:rPr>
          <w:rFonts w:cs="Times New Roman"/>
        </w:rPr>
        <w:t xml:space="preserve"> </w:t>
      </w:r>
      <w:proofErr w:type="spellStart"/>
      <w:r w:rsidRPr="00252391">
        <w:rPr>
          <w:rFonts w:cs="Times New Roman"/>
        </w:rPr>
        <w:t>keamanan</w:t>
      </w:r>
      <w:proofErr w:type="spellEnd"/>
      <w:r w:rsidRPr="00252391">
        <w:rPr>
          <w:rFonts w:cs="Times New Roman"/>
        </w:rPr>
        <w:t xml:space="preserve"> </w:t>
      </w:r>
      <w:proofErr w:type="spellStart"/>
      <w:r w:rsidRPr="00252391">
        <w:rPr>
          <w:rFonts w:cs="Times New Roman"/>
        </w:rPr>
        <w:t>berbasis</w:t>
      </w:r>
      <w:proofErr w:type="spellEnd"/>
      <w:r w:rsidRPr="00252391">
        <w:rPr>
          <w:rFonts w:cs="Times New Roman"/>
        </w:rPr>
        <w:t xml:space="preserve"> </w:t>
      </w:r>
      <w:proofErr w:type="spellStart"/>
      <w:r w:rsidRPr="00252391">
        <w:rPr>
          <w:rFonts w:cs="Times New Roman"/>
        </w:rPr>
        <w:t>teknologi</w:t>
      </w:r>
      <w:proofErr w:type="spellEnd"/>
      <w:r w:rsidRPr="00252391">
        <w:rPr>
          <w:rFonts w:cs="Times New Roman"/>
        </w:rPr>
        <w:t xml:space="preserve"> RFID dan Arduino, </w:t>
      </w:r>
      <w:proofErr w:type="spellStart"/>
      <w:r w:rsidRPr="00252391">
        <w:rPr>
          <w:rFonts w:cs="Times New Roman"/>
        </w:rPr>
        <w:t>serta</w:t>
      </w:r>
      <w:proofErr w:type="spellEnd"/>
      <w:r w:rsidRPr="00252391">
        <w:rPr>
          <w:rFonts w:cs="Times New Roman"/>
        </w:rPr>
        <w:t xml:space="preserve"> </w:t>
      </w:r>
      <w:proofErr w:type="spellStart"/>
      <w:r w:rsidRPr="00252391">
        <w:rPr>
          <w:rFonts w:cs="Times New Roman"/>
        </w:rPr>
        <w:t>meningkatkan</w:t>
      </w:r>
      <w:proofErr w:type="spellEnd"/>
      <w:r w:rsidRPr="00252391">
        <w:rPr>
          <w:rFonts w:cs="Times New Roman"/>
        </w:rPr>
        <w:t xml:space="preserve"> </w:t>
      </w:r>
      <w:proofErr w:type="spellStart"/>
      <w:r w:rsidRPr="00252391">
        <w:rPr>
          <w:rFonts w:cs="Times New Roman"/>
        </w:rPr>
        <w:t>keterampilan</w:t>
      </w:r>
      <w:proofErr w:type="spellEnd"/>
      <w:r w:rsidRPr="00252391">
        <w:rPr>
          <w:rFonts w:cs="Times New Roman"/>
        </w:rPr>
        <w:t xml:space="preserve"> </w:t>
      </w:r>
      <w:proofErr w:type="spellStart"/>
      <w:r w:rsidRPr="00252391">
        <w:rPr>
          <w:rFonts w:cs="Times New Roman"/>
        </w:rPr>
        <w:t>teknis</w:t>
      </w:r>
      <w:proofErr w:type="spellEnd"/>
      <w:r w:rsidRPr="00252391">
        <w:rPr>
          <w:rFonts w:cs="Times New Roman"/>
        </w:rPr>
        <w:t xml:space="preserve"> dan soft skills.</w:t>
      </w:r>
    </w:p>
    <w:p w14:paraId="248D7C67" w14:textId="77777777" w:rsidR="00335E4C" w:rsidRDefault="00335E4C">
      <w:pPr>
        <w:pStyle w:val="ListParagraph"/>
        <w:numPr>
          <w:ilvl w:val="0"/>
          <w:numId w:val="7"/>
        </w:numPr>
      </w:pPr>
      <w:r w:rsidRPr="00252391">
        <w:rPr>
          <w:rFonts w:cs="Times New Roman"/>
        </w:rPr>
        <w:lastRenderedPageBreak/>
        <w:t xml:space="preserve">Bagi </w:t>
      </w:r>
      <w:proofErr w:type="spellStart"/>
      <w:r w:rsidRPr="00252391">
        <w:rPr>
          <w:rFonts w:cs="Times New Roman"/>
        </w:rPr>
        <w:t>Instansi</w:t>
      </w:r>
      <w:proofErr w:type="spellEnd"/>
      <w:r w:rsidRPr="00252391">
        <w:rPr>
          <w:rFonts w:cs="Times New Roman"/>
        </w:rPr>
        <w:t xml:space="preserve">: </w:t>
      </w:r>
      <w:proofErr w:type="spellStart"/>
      <w:r w:rsidRPr="00252391">
        <w:rPr>
          <w:rFonts w:cs="Times New Roman"/>
        </w:rPr>
        <w:t>Memberikan</w:t>
      </w:r>
      <w:proofErr w:type="spellEnd"/>
      <w:r w:rsidRPr="00252391">
        <w:rPr>
          <w:rFonts w:cs="Times New Roman"/>
        </w:rPr>
        <w:t xml:space="preserve"> </w:t>
      </w:r>
      <w:proofErr w:type="spellStart"/>
      <w:r w:rsidRPr="00252391">
        <w:rPr>
          <w:rFonts w:cs="Times New Roman"/>
        </w:rPr>
        <w:t>solusi</w:t>
      </w:r>
      <w:proofErr w:type="spellEnd"/>
      <w:r w:rsidRPr="00252391">
        <w:rPr>
          <w:rFonts w:cs="Times New Roman"/>
        </w:rPr>
        <w:t xml:space="preserve"> </w:t>
      </w:r>
      <w:proofErr w:type="spellStart"/>
      <w:r w:rsidRPr="00252391">
        <w:rPr>
          <w:rFonts w:cs="Times New Roman"/>
        </w:rPr>
        <w:t>alternatif</w:t>
      </w:r>
      <w:proofErr w:type="spellEnd"/>
      <w:r w:rsidRPr="00252391">
        <w:rPr>
          <w:rFonts w:cs="Times New Roman"/>
        </w:rPr>
        <w:t xml:space="preserve"> </w:t>
      </w:r>
      <w:proofErr w:type="spellStart"/>
      <w:r w:rsidRPr="00252391">
        <w:rPr>
          <w:rFonts w:cs="Times New Roman"/>
        </w:rPr>
        <w:t>untuk</w:t>
      </w:r>
      <w:proofErr w:type="spellEnd"/>
      <w:r w:rsidRPr="00252391">
        <w:rPr>
          <w:rFonts w:cs="Times New Roman"/>
        </w:rPr>
        <w:t xml:space="preserve"> </w:t>
      </w:r>
      <w:proofErr w:type="spellStart"/>
      <w:r w:rsidRPr="00252391">
        <w:rPr>
          <w:rFonts w:cs="Times New Roman"/>
        </w:rPr>
        <w:t>meningkatkan</w:t>
      </w:r>
      <w:proofErr w:type="spellEnd"/>
      <w:r w:rsidRPr="00252391">
        <w:rPr>
          <w:rFonts w:cs="Times New Roman"/>
        </w:rPr>
        <w:t xml:space="preserve"> </w:t>
      </w:r>
      <w:proofErr w:type="spellStart"/>
      <w:r w:rsidRPr="00252391">
        <w:rPr>
          <w:rFonts w:cs="Times New Roman"/>
        </w:rPr>
        <w:t>keamanan</w:t>
      </w:r>
      <w:proofErr w:type="spellEnd"/>
      <w:r w:rsidRPr="00252391">
        <w:rPr>
          <w:rFonts w:cs="Times New Roman"/>
        </w:rPr>
        <w:t xml:space="preserve"> </w:t>
      </w:r>
      <w:proofErr w:type="spellStart"/>
      <w:r w:rsidRPr="00252391">
        <w:rPr>
          <w:rFonts w:cs="Times New Roman"/>
        </w:rPr>
        <w:t>akses</w:t>
      </w:r>
      <w:proofErr w:type="spellEnd"/>
      <w:r w:rsidRPr="00252391">
        <w:rPr>
          <w:rFonts w:cs="Times New Roman"/>
        </w:rPr>
        <w:t xml:space="preserve"> </w:t>
      </w:r>
      <w:proofErr w:type="spellStart"/>
      <w:r w:rsidRPr="00252391">
        <w:rPr>
          <w:rFonts w:cs="Times New Roman"/>
        </w:rPr>
        <w:t>ruangan</w:t>
      </w:r>
      <w:proofErr w:type="spellEnd"/>
      <w:r w:rsidRPr="00252391">
        <w:rPr>
          <w:rFonts w:cs="Times New Roman"/>
        </w:rPr>
        <w:t xml:space="preserve"> </w:t>
      </w:r>
      <w:proofErr w:type="spellStart"/>
      <w:r w:rsidRPr="00252391">
        <w:rPr>
          <w:rFonts w:cs="Times New Roman"/>
        </w:rPr>
        <w:t>dengan</w:t>
      </w:r>
      <w:proofErr w:type="spellEnd"/>
      <w:r w:rsidRPr="00252391">
        <w:rPr>
          <w:rFonts w:cs="Times New Roman"/>
        </w:rPr>
        <w:t xml:space="preserve"> </w:t>
      </w:r>
      <w:proofErr w:type="spellStart"/>
      <w:r w:rsidRPr="00252391">
        <w:rPr>
          <w:rFonts w:cs="Times New Roman"/>
        </w:rPr>
        <w:t>teknologi</w:t>
      </w:r>
      <w:proofErr w:type="spellEnd"/>
      <w:r w:rsidRPr="00252391">
        <w:rPr>
          <w:rFonts w:cs="Times New Roman"/>
        </w:rPr>
        <w:t xml:space="preserve"> yang </w:t>
      </w:r>
      <w:proofErr w:type="spellStart"/>
      <w:r w:rsidRPr="00252391">
        <w:rPr>
          <w:rFonts w:cs="Times New Roman"/>
        </w:rPr>
        <w:t>lebih</w:t>
      </w:r>
      <w:proofErr w:type="spellEnd"/>
      <w:r w:rsidRPr="00252391">
        <w:rPr>
          <w:rFonts w:cs="Times New Roman"/>
        </w:rPr>
        <w:t xml:space="preserve"> modern dan </w:t>
      </w:r>
      <w:proofErr w:type="spellStart"/>
      <w:r w:rsidRPr="00252391">
        <w:rPr>
          <w:rFonts w:cs="Times New Roman"/>
        </w:rPr>
        <w:t>efisien</w:t>
      </w:r>
      <w:proofErr w:type="spellEnd"/>
      <w:r w:rsidRPr="00252391">
        <w:rPr>
          <w:rFonts w:cs="Times New Roman"/>
        </w:rPr>
        <w:t>.</w:t>
      </w:r>
    </w:p>
    <w:p w14:paraId="5E0B31A5" w14:textId="31BE5F02" w:rsidR="00335E4C" w:rsidRPr="008A2D77" w:rsidRDefault="00335E4C">
      <w:pPr>
        <w:pStyle w:val="ListParagraph"/>
        <w:numPr>
          <w:ilvl w:val="0"/>
          <w:numId w:val="7"/>
        </w:numPr>
      </w:pPr>
      <w:r w:rsidRPr="00252391">
        <w:rPr>
          <w:rFonts w:cs="Times New Roman"/>
        </w:rPr>
        <w:t xml:space="preserve">Bagi Kampus: </w:t>
      </w:r>
      <w:proofErr w:type="spellStart"/>
      <w:r w:rsidRPr="00252391">
        <w:rPr>
          <w:rFonts w:cs="Times New Roman"/>
        </w:rPr>
        <w:t>Menjadi</w:t>
      </w:r>
      <w:proofErr w:type="spellEnd"/>
      <w:r w:rsidRPr="00252391">
        <w:rPr>
          <w:rFonts w:cs="Times New Roman"/>
        </w:rPr>
        <w:t xml:space="preserve"> </w:t>
      </w:r>
      <w:proofErr w:type="spellStart"/>
      <w:r w:rsidRPr="00252391">
        <w:rPr>
          <w:rFonts w:cs="Times New Roman"/>
        </w:rPr>
        <w:t>bahan</w:t>
      </w:r>
      <w:proofErr w:type="spellEnd"/>
      <w:r w:rsidRPr="00252391">
        <w:rPr>
          <w:rFonts w:cs="Times New Roman"/>
        </w:rPr>
        <w:t xml:space="preserve"> </w:t>
      </w:r>
      <w:proofErr w:type="spellStart"/>
      <w:r w:rsidRPr="00252391">
        <w:rPr>
          <w:rFonts w:cs="Times New Roman"/>
        </w:rPr>
        <w:t>evaluasi</w:t>
      </w:r>
      <w:proofErr w:type="spellEnd"/>
      <w:r w:rsidRPr="00252391">
        <w:rPr>
          <w:rFonts w:cs="Times New Roman"/>
        </w:rPr>
        <w:t xml:space="preserve"> dan </w:t>
      </w:r>
      <w:proofErr w:type="spellStart"/>
      <w:r w:rsidRPr="00252391">
        <w:rPr>
          <w:rFonts w:cs="Times New Roman"/>
        </w:rPr>
        <w:t>pengembangan</w:t>
      </w:r>
      <w:proofErr w:type="spellEnd"/>
      <w:r w:rsidRPr="00252391">
        <w:rPr>
          <w:rFonts w:cs="Times New Roman"/>
        </w:rPr>
        <w:t xml:space="preserve"> </w:t>
      </w:r>
      <w:proofErr w:type="spellStart"/>
      <w:r w:rsidRPr="00252391">
        <w:rPr>
          <w:rFonts w:cs="Times New Roman"/>
        </w:rPr>
        <w:t>kurikulum</w:t>
      </w:r>
      <w:proofErr w:type="spellEnd"/>
      <w:r w:rsidRPr="00252391">
        <w:rPr>
          <w:rFonts w:cs="Times New Roman"/>
        </w:rPr>
        <w:t xml:space="preserve"> Program Studi </w:t>
      </w:r>
      <w:proofErr w:type="spellStart"/>
      <w:r w:rsidRPr="00252391">
        <w:rPr>
          <w:rFonts w:cs="Times New Roman"/>
        </w:rPr>
        <w:t>Informatika</w:t>
      </w:r>
      <w:proofErr w:type="spellEnd"/>
      <w:r w:rsidRPr="00252391">
        <w:rPr>
          <w:rFonts w:cs="Times New Roman"/>
        </w:rPr>
        <w:t xml:space="preserve"> </w:t>
      </w:r>
      <w:proofErr w:type="spellStart"/>
      <w:r w:rsidRPr="00252391">
        <w:rPr>
          <w:rFonts w:cs="Times New Roman"/>
        </w:rPr>
        <w:t>terkait</w:t>
      </w:r>
      <w:proofErr w:type="spellEnd"/>
      <w:r w:rsidRPr="00252391">
        <w:rPr>
          <w:rFonts w:cs="Times New Roman"/>
        </w:rPr>
        <w:t xml:space="preserve"> </w:t>
      </w:r>
      <w:proofErr w:type="spellStart"/>
      <w:r w:rsidRPr="00252391">
        <w:rPr>
          <w:rFonts w:cs="Times New Roman"/>
        </w:rPr>
        <w:t>penerapan</w:t>
      </w:r>
      <w:proofErr w:type="spellEnd"/>
      <w:r w:rsidRPr="00252391">
        <w:rPr>
          <w:rFonts w:cs="Times New Roman"/>
        </w:rPr>
        <w:t xml:space="preserve"> </w:t>
      </w:r>
      <w:proofErr w:type="spellStart"/>
      <w:r w:rsidRPr="00252391">
        <w:rPr>
          <w:rFonts w:cs="Times New Roman"/>
        </w:rPr>
        <w:t>teknologi</w:t>
      </w:r>
      <w:proofErr w:type="spellEnd"/>
      <w:r w:rsidRPr="00252391">
        <w:rPr>
          <w:rFonts w:cs="Times New Roman"/>
        </w:rPr>
        <w:t xml:space="preserve"> embedded </w:t>
      </w:r>
      <w:proofErr w:type="spellStart"/>
      <w:r w:rsidRPr="00252391">
        <w:rPr>
          <w:rFonts w:cs="Times New Roman"/>
        </w:rPr>
        <w:t>dalam</w:t>
      </w:r>
      <w:proofErr w:type="spellEnd"/>
      <w:r w:rsidRPr="00252391">
        <w:rPr>
          <w:rFonts w:cs="Times New Roman"/>
        </w:rPr>
        <w:t xml:space="preserve"> </w:t>
      </w:r>
      <w:proofErr w:type="spellStart"/>
      <w:r w:rsidRPr="00252391">
        <w:rPr>
          <w:rFonts w:cs="Times New Roman"/>
        </w:rPr>
        <w:t>kehidupan</w:t>
      </w:r>
      <w:proofErr w:type="spellEnd"/>
      <w:r w:rsidRPr="00252391">
        <w:rPr>
          <w:rFonts w:cs="Times New Roman"/>
        </w:rPr>
        <w:t xml:space="preserve"> </w:t>
      </w:r>
      <w:proofErr w:type="spellStart"/>
      <w:r w:rsidRPr="00252391">
        <w:rPr>
          <w:rFonts w:cs="Times New Roman"/>
        </w:rPr>
        <w:t>nyata</w:t>
      </w:r>
      <w:proofErr w:type="spellEnd"/>
    </w:p>
    <w:p w14:paraId="1C83FAC9" w14:textId="77777777" w:rsidR="00D813BD" w:rsidRDefault="00D813BD">
      <w:pPr>
        <w:spacing w:after="200" w:line="276" w:lineRule="auto"/>
        <w:jc w:val="left"/>
        <w:rPr>
          <w:rFonts w:eastAsiaTheme="majorEastAsia" w:cstheme="majorBidi"/>
          <w:b/>
          <w:bCs/>
          <w:sz w:val="28"/>
          <w:szCs w:val="28"/>
        </w:rPr>
      </w:pPr>
      <w:bookmarkStart w:id="13" w:name="_Toc233318699"/>
      <w:r>
        <w:br w:type="page"/>
      </w:r>
    </w:p>
    <w:p w14:paraId="3E0C3A95" w14:textId="24FD17BA" w:rsidR="009144C8" w:rsidRDefault="00E246F0" w:rsidP="008A2D77">
      <w:pPr>
        <w:pStyle w:val="Heading1"/>
      </w:pPr>
      <w:r>
        <w:lastRenderedPageBreak/>
        <w:t>BAB II</w:t>
      </w:r>
      <w:r w:rsidR="00335E4C">
        <w:br/>
      </w:r>
      <w:r>
        <w:t>KAJIAN PUSTAKA</w:t>
      </w:r>
      <w:bookmarkEnd w:id="13"/>
    </w:p>
    <w:p w14:paraId="2BDB5407" w14:textId="77777777" w:rsidR="00335E4C" w:rsidRPr="00335E4C" w:rsidRDefault="00335E4C" w:rsidP="00335E4C">
      <w:pPr>
        <w:pStyle w:val="Heading2"/>
      </w:pPr>
      <w:bookmarkStart w:id="14" w:name="_Toc233318700"/>
      <w:r w:rsidRPr="00335E4C">
        <w:t>2.1 Kajian Pustaka</w:t>
      </w:r>
      <w:bookmarkEnd w:id="14"/>
    </w:p>
    <w:p w14:paraId="18335D7F" w14:textId="77777777" w:rsidR="00335E4C" w:rsidRPr="00335E4C" w:rsidRDefault="00335E4C" w:rsidP="00335E4C">
      <w:pPr>
        <w:pStyle w:val="Heading3"/>
      </w:pPr>
      <w:bookmarkStart w:id="15" w:name="_Toc233318701"/>
      <w:r w:rsidRPr="00335E4C">
        <w:t xml:space="preserve">2.1.1 </w:t>
      </w:r>
      <w:proofErr w:type="spellStart"/>
      <w:r w:rsidRPr="00335E4C">
        <w:t>Pengertian</w:t>
      </w:r>
      <w:proofErr w:type="spellEnd"/>
      <w:r w:rsidRPr="00335E4C">
        <w:t xml:space="preserve"> Radio Frequency Identification (RFID)</w:t>
      </w:r>
      <w:bookmarkEnd w:id="15"/>
    </w:p>
    <w:p w14:paraId="05969985" w14:textId="2F009D82" w:rsidR="00335E4C" w:rsidRPr="00335E4C" w:rsidRDefault="00335E4C" w:rsidP="00335E4C">
      <w:pPr>
        <w:ind w:firstLine="720"/>
        <w:rPr>
          <w:bCs/>
        </w:rPr>
      </w:pPr>
      <w:r w:rsidRPr="00335E4C">
        <w:rPr>
          <w:bCs/>
        </w:rPr>
        <w:t xml:space="preserve">Radio Frequency Identification (RFID) </w:t>
      </w:r>
      <w:proofErr w:type="spellStart"/>
      <w:r w:rsidRPr="00335E4C">
        <w:rPr>
          <w:bCs/>
        </w:rPr>
        <w:t>merupakan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teknologi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identifikasi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otomatis</w:t>
      </w:r>
      <w:proofErr w:type="spellEnd"/>
      <w:r w:rsidRPr="00335E4C">
        <w:rPr>
          <w:bCs/>
        </w:rPr>
        <w:t xml:space="preserve"> yang </w:t>
      </w:r>
      <w:proofErr w:type="spellStart"/>
      <w:r w:rsidRPr="00335E4C">
        <w:rPr>
          <w:bCs/>
        </w:rPr>
        <w:t>menggunakan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gelombang</w:t>
      </w:r>
      <w:proofErr w:type="spellEnd"/>
      <w:r w:rsidRPr="00335E4C">
        <w:rPr>
          <w:bCs/>
        </w:rPr>
        <w:t xml:space="preserve"> radio </w:t>
      </w:r>
      <w:proofErr w:type="spellStart"/>
      <w:r w:rsidRPr="00335E4C">
        <w:rPr>
          <w:bCs/>
        </w:rPr>
        <w:t>untuk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mengidentifikasi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objek</w:t>
      </w:r>
      <w:proofErr w:type="spellEnd"/>
      <w:r w:rsidRPr="00335E4C">
        <w:rPr>
          <w:bCs/>
        </w:rPr>
        <w:t xml:space="preserve">, </w:t>
      </w:r>
      <w:proofErr w:type="spellStart"/>
      <w:r w:rsidRPr="00335E4C">
        <w:rPr>
          <w:bCs/>
        </w:rPr>
        <w:t>hewan</w:t>
      </w:r>
      <w:proofErr w:type="spellEnd"/>
      <w:r w:rsidRPr="00335E4C">
        <w:rPr>
          <w:bCs/>
        </w:rPr>
        <w:t xml:space="preserve">, </w:t>
      </w:r>
      <w:proofErr w:type="spellStart"/>
      <w:r w:rsidRPr="00335E4C">
        <w:rPr>
          <w:bCs/>
        </w:rPr>
        <w:t>atau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manusia</w:t>
      </w:r>
      <w:proofErr w:type="spellEnd"/>
      <w:r w:rsidRPr="00335E4C">
        <w:rPr>
          <w:bCs/>
        </w:rPr>
        <w:t xml:space="preserve"> </w:t>
      </w:r>
      <w:r w:rsidR="008A2D77">
        <w:rPr>
          <w:bCs/>
        </w:rPr>
        <w:fldChar w:fldCharType="begin" w:fldLock="1"/>
      </w:r>
      <w:r w:rsidR="008A2D77">
        <w:rPr>
          <w:bCs/>
        </w:rPr>
        <w:instrText>ADDIN CSL_CITATION {"citationItems":[{"id":"ITEM-1","itemData":{"DOI":"https://doi.org/10.47701/7p12qw92","author":[{"dropping-particle":"","family":"N. Hamidah, S. Suwandi, and M. A. Muslim","given":"","non-dropping-particle":"","parse-names":false,"suffix":""}],"container-title":"Jurnal Teknologi dan Sistem Informasi","id":"ITEM-1","issued":{"date-parts":[["2022"]]},"title":"Perancangan dan Implementasi Sistem Keamanan Pintu Otomatis Berbasis RFID Tag Card untuk Meningkatkan Keamanan Akses Ruangan","type":"article-journal"},"uris":["http://www.mendeley.com/documents/?uuid=3f3263a6-cbbf-4998-9c95-0091b63c1710"]}],"mendeley":{"formattedCitation":"[1]","plainTextFormattedCitation":"[1]","previouslyFormattedCitation":"[1]"},"properties":{"noteIndex":0},"schema":"https://github.com/citation-style-language/schema/raw/master/csl-citation.json"}</w:instrText>
      </w:r>
      <w:r w:rsidR="008A2D77">
        <w:rPr>
          <w:bCs/>
        </w:rPr>
        <w:fldChar w:fldCharType="separate"/>
      </w:r>
      <w:r w:rsidR="008A2D77" w:rsidRPr="008A2D77">
        <w:rPr>
          <w:bCs/>
          <w:noProof/>
        </w:rPr>
        <w:t>[1]</w:t>
      </w:r>
      <w:r w:rsidR="008A2D77">
        <w:rPr>
          <w:bCs/>
        </w:rPr>
        <w:fldChar w:fldCharType="end"/>
      </w:r>
      <w:r w:rsidRPr="00335E4C">
        <w:rPr>
          <w:bCs/>
        </w:rPr>
        <w:t xml:space="preserve">. RFID </w:t>
      </w:r>
      <w:proofErr w:type="spellStart"/>
      <w:r w:rsidRPr="00335E4C">
        <w:rPr>
          <w:bCs/>
        </w:rPr>
        <w:t>terdiri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dari</w:t>
      </w:r>
      <w:proofErr w:type="spellEnd"/>
      <w:r w:rsidRPr="00335E4C">
        <w:rPr>
          <w:bCs/>
        </w:rPr>
        <w:t xml:space="preserve"> dua </w:t>
      </w:r>
      <w:proofErr w:type="spellStart"/>
      <w:r w:rsidRPr="00335E4C">
        <w:rPr>
          <w:bCs/>
        </w:rPr>
        <w:t>komponen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utama</w:t>
      </w:r>
      <w:proofErr w:type="spellEnd"/>
      <w:r w:rsidRPr="00335E4C">
        <w:rPr>
          <w:bCs/>
        </w:rPr>
        <w:t xml:space="preserve">, </w:t>
      </w:r>
      <w:proofErr w:type="spellStart"/>
      <w:r w:rsidRPr="00335E4C">
        <w:rPr>
          <w:bCs/>
        </w:rPr>
        <w:t>yaitu</w:t>
      </w:r>
      <w:proofErr w:type="spellEnd"/>
      <w:r w:rsidRPr="00335E4C">
        <w:rPr>
          <w:bCs/>
        </w:rPr>
        <w:t xml:space="preserve"> tag (transponder) dan reader (transceiver). Tag RFID </w:t>
      </w:r>
      <w:proofErr w:type="spellStart"/>
      <w:r w:rsidRPr="00335E4C">
        <w:rPr>
          <w:bCs/>
        </w:rPr>
        <w:t>berisi</w:t>
      </w:r>
      <w:proofErr w:type="spellEnd"/>
      <w:r w:rsidRPr="00335E4C">
        <w:rPr>
          <w:bCs/>
        </w:rPr>
        <w:t xml:space="preserve"> chip yang </w:t>
      </w:r>
      <w:proofErr w:type="spellStart"/>
      <w:r w:rsidRPr="00335E4C">
        <w:rPr>
          <w:bCs/>
        </w:rPr>
        <w:t>menyimpan</w:t>
      </w:r>
      <w:proofErr w:type="spellEnd"/>
      <w:r w:rsidRPr="00335E4C">
        <w:rPr>
          <w:bCs/>
        </w:rPr>
        <w:t xml:space="preserve"> data </w:t>
      </w:r>
      <w:proofErr w:type="spellStart"/>
      <w:r w:rsidRPr="00335E4C">
        <w:rPr>
          <w:bCs/>
        </w:rPr>
        <w:t>unik</w:t>
      </w:r>
      <w:proofErr w:type="spellEnd"/>
      <w:r w:rsidRPr="00335E4C">
        <w:rPr>
          <w:bCs/>
        </w:rPr>
        <w:t xml:space="preserve"> dan </w:t>
      </w:r>
      <w:proofErr w:type="spellStart"/>
      <w:r w:rsidRPr="00335E4C">
        <w:rPr>
          <w:bCs/>
        </w:rPr>
        <w:t>antena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untuk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mengirimkan</w:t>
      </w:r>
      <w:proofErr w:type="spellEnd"/>
      <w:r w:rsidRPr="00335E4C">
        <w:rPr>
          <w:bCs/>
        </w:rPr>
        <w:t xml:space="preserve"> data </w:t>
      </w:r>
      <w:proofErr w:type="spellStart"/>
      <w:r w:rsidRPr="00335E4C">
        <w:rPr>
          <w:bCs/>
        </w:rPr>
        <w:t>tersebut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ke</w:t>
      </w:r>
      <w:proofErr w:type="spellEnd"/>
      <w:r w:rsidRPr="00335E4C">
        <w:rPr>
          <w:bCs/>
        </w:rPr>
        <w:t xml:space="preserve"> reader. Reader RFID </w:t>
      </w:r>
      <w:proofErr w:type="spellStart"/>
      <w:r w:rsidRPr="00335E4C">
        <w:rPr>
          <w:bCs/>
        </w:rPr>
        <w:t>berfungsi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untuk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membaca</w:t>
      </w:r>
      <w:proofErr w:type="spellEnd"/>
      <w:r w:rsidRPr="00335E4C">
        <w:rPr>
          <w:bCs/>
        </w:rPr>
        <w:t xml:space="preserve"> data </w:t>
      </w:r>
      <w:proofErr w:type="spellStart"/>
      <w:r w:rsidRPr="00335E4C">
        <w:rPr>
          <w:bCs/>
        </w:rPr>
        <w:t>dari</w:t>
      </w:r>
      <w:proofErr w:type="spellEnd"/>
      <w:r w:rsidRPr="00335E4C">
        <w:rPr>
          <w:bCs/>
        </w:rPr>
        <w:t xml:space="preserve"> tag dan </w:t>
      </w:r>
      <w:proofErr w:type="spellStart"/>
      <w:r w:rsidRPr="00335E4C">
        <w:rPr>
          <w:bCs/>
        </w:rPr>
        <w:t>mengirimkannya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ke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sistem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pemrosesan</w:t>
      </w:r>
      <w:proofErr w:type="spellEnd"/>
      <w:r w:rsidRPr="00335E4C">
        <w:rPr>
          <w:bCs/>
        </w:rPr>
        <w:t xml:space="preserve"> </w:t>
      </w:r>
      <w:r w:rsidR="008A2D77">
        <w:rPr>
          <w:bCs/>
        </w:rPr>
        <w:fldChar w:fldCharType="begin" w:fldLock="1"/>
      </w:r>
      <w:r w:rsidR="008A2D77">
        <w:rPr>
          <w:bCs/>
        </w:rPr>
        <w:instrText>ADDIN CSL_CITATION {"citationItems":[{"id":"ITEM-1","itemData":{"DOI":"https://doi.org/10.47701/7p12qw92","author":[{"dropping-particle":"","family":"N. Hamidah, S. Suwandi, and M. A. Muslim","given":"","non-dropping-particle":"","parse-names":false,"suffix":""}],"container-title":"Jurnal Teknologi dan Sistem Informasi","id":"ITEM-1","issued":{"date-parts":[["2022"]]},"title":"Perancangan dan Implementasi Sistem Keamanan Pintu Otomatis Berbasis RFID Tag Card untuk Meningkatkan Keamanan Akses Ruangan","type":"article-journal"},"uris":["http://www.mendeley.com/documents/?uuid=3f3263a6-cbbf-4998-9c95-0091b63c1710"]}],"mendeley":{"formattedCitation":"[1]","plainTextFormattedCitation":"[1]","previouslyFormattedCitation":"[1]"},"properties":{"noteIndex":0},"schema":"https://github.com/citation-style-language/schema/raw/master/csl-citation.json"}</w:instrText>
      </w:r>
      <w:r w:rsidR="008A2D77">
        <w:rPr>
          <w:bCs/>
        </w:rPr>
        <w:fldChar w:fldCharType="separate"/>
      </w:r>
      <w:r w:rsidR="008A2D77" w:rsidRPr="008A2D77">
        <w:rPr>
          <w:bCs/>
          <w:noProof/>
        </w:rPr>
        <w:t>[1]</w:t>
      </w:r>
      <w:r w:rsidR="008A2D77">
        <w:rPr>
          <w:bCs/>
        </w:rPr>
        <w:fldChar w:fldCharType="end"/>
      </w:r>
      <w:r w:rsidRPr="00335E4C">
        <w:rPr>
          <w:bCs/>
        </w:rPr>
        <w:t xml:space="preserve">. </w:t>
      </w:r>
      <w:proofErr w:type="spellStart"/>
      <w:r w:rsidRPr="00335E4C">
        <w:rPr>
          <w:bCs/>
        </w:rPr>
        <w:t>Menurut</w:t>
      </w:r>
      <w:proofErr w:type="spellEnd"/>
      <w:r w:rsidRPr="00335E4C">
        <w:rPr>
          <w:bCs/>
        </w:rPr>
        <w:t xml:space="preserve"> Finkenzeller</w:t>
      </w:r>
      <w:r w:rsidR="008A2D77">
        <w:rPr>
          <w:bCs/>
        </w:rPr>
        <w:t>,</w:t>
      </w:r>
      <w:r w:rsidRPr="00335E4C">
        <w:rPr>
          <w:bCs/>
        </w:rPr>
        <w:t xml:space="preserve"> RFID </w:t>
      </w:r>
      <w:proofErr w:type="spellStart"/>
      <w:r w:rsidRPr="00335E4C">
        <w:rPr>
          <w:bCs/>
        </w:rPr>
        <w:t>adalah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teknologi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kontakless</w:t>
      </w:r>
      <w:proofErr w:type="spellEnd"/>
      <w:r w:rsidRPr="00335E4C">
        <w:rPr>
          <w:bCs/>
        </w:rPr>
        <w:t xml:space="preserve"> yang </w:t>
      </w:r>
      <w:proofErr w:type="spellStart"/>
      <w:r w:rsidRPr="00335E4C">
        <w:rPr>
          <w:bCs/>
        </w:rPr>
        <w:t>menggunakan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frekuensi</w:t>
      </w:r>
      <w:proofErr w:type="spellEnd"/>
      <w:r w:rsidRPr="00335E4C">
        <w:rPr>
          <w:bCs/>
        </w:rPr>
        <w:t xml:space="preserve"> radio </w:t>
      </w:r>
      <w:proofErr w:type="spellStart"/>
      <w:r w:rsidRPr="00335E4C">
        <w:rPr>
          <w:bCs/>
        </w:rPr>
        <w:t>untuk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pertukaran</w:t>
      </w:r>
      <w:proofErr w:type="spellEnd"/>
      <w:r w:rsidRPr="00335E4C">
        <w:rPr>
          <w:bCs/>
        </w:rPr>
        <w:t xml:space="preserve"> data </w:t>
      </w:r>
      <w:proofErr w:type="spellStart"/>
      <w:r w:rsidRPr="00335E4C">
        <w:rPr>
          <w:bCs/>
        </w:rPr>
        <w:t>antara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pembaca</w:t>
      </w:r>
      <w:proofErr w:type="spellEnd"/>
      <w:r w:rsidRPr="00335E4C">
        <w:rPr>
          <w:bCs/>
        </w:rPr>
        <w:t xml:space="preserve"> dan transponder. </w:t>
      </w:r>
      <w:proofErr w:type="spellStart"/>
      <w:r w:rsidRPr="00335E4C">
        <w:rPr>
          <w:bCs/>
        </w:rPr>
        <w:t>Teknologi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ini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telah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banyak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diaplikasikan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dalam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berbagai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bidang</w:t>
      </w:r>
      <w:proofErr w:type="spellEnd"/>
      <w:r w:rsidRPr="00335E4C">
        <w:rPr>
          <w:bCs/>
        </w:rPr>
        <w:t xml:space="preserve">, </w:t>
      </w:r>
      <w:proofErr w:type="spellStart"/>
      <w:r w:rsidRPr="00335E4C">
        <w:rPr>
          <w:bCs/>
        </w:rPr>
        <w:t>termasuk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sistem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keamanan</w:t>
      </w:r>
      <w:proofErr w:type="spellEnd"/>
      <w:r w:rsidRPr="00335E4C">
        <w:rPr>
          <w:bCs/>
        </w:rPr>
        <w:t xml:space="preserve">, </w:t>
      </w:r>
      <w:proofErr w:type="spellStart"/>
      <w:r w:rsidRPr="00335E4C">
        <w:rPr>
          <w:bCs/>
        </w:rPr>
        <w:t>manajemen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inventori</w:t>
      </w:r>
      <w:proofErr w:type="spellEnd"/>
      <w:r w:rsidRPr="00335E4C">
        <w:rPr>
          <w:bCs/>
        </w:rPr>
        <w:t xml:space="preserve">, dan </w:t>
      </w:r>
      <w:proofErr w:type="spellStart"/>
      <w:r w:rsidRPr="00335E4C">
        <w:rPr>
          <w:bCs/>
        </w:rPr>
        <w:t>kontrol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akses</w:t>
      </w:r>
      <w:proofErr w:type="spellEnd"/>
      <w:r w:rsidRPr="00335E4C">
        <w:rPr>
          <w:bCs/>
        </w:rPr>
        <w:t>.</w:t>
      </w:r>
    </w:p>
    <w:p w14:paraId="7D8C489F" w14:textId="77777777" w:rsidR="00335E4C" w:rsidRPr="00335E4C" w:rsidRDefault="00335E4C" w:rsidP="00335E4C">
      <w:pPr>
        <w:pStyle w:val="Heading3"/>
      </w:pPr>
      <w:bookmarkStart w:id="16" w:name="_Toc233318702"/>
      <w:r w:rsidRPr="00335E4C">
        <w:t>2.1.2 Arduino Uno</w:t>
      </w:r>
      <w:bookmarkEnd w:id="16"/>
    </w:p>
    <w:p w14:paraId="09CAFCA4" w14:textId="2EC63DD1" w:rsidR="00335E4C" w:rsidRPr="00335E4C" w:rsidRDefault="00335E4C" w:rsidP="00335E4C">
      <w:pPr>
        <w:ind w:firstLine="720"/>
        <w:rPr>
          <w:bCs/>
        </w:rPr>
      </w:pPr>
      <w:r w:rsidRPr="00335E4C">
        <w:rPr>
          <w:bCs/>
        </w:rPr>
        <w:t xml:space="preserve">Arduino Uno </w:t>
      </w:r>
      <w:proofErr w:type="spellStart"/>
      <w:r w:rsidRPr="00335E4C">
        <w:rPr>
          <w:bCs/>
        </w:rPr>
        <w:t>adalah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papan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mikrokontroler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berbasis</w:t>
      </w:r>
      <w:proofErr w:type="spellEnd"/>
      <w:r w:rsidRPr="00335E4C">
        <w:rPr>
          <w:bCs/>
        </w:rPr>
        <w:t xml:space="preserve"> ATmega328P yang </w:t>
      </w:r>
      <w:proofErr w:type="spellStart"/>
      <w:r w:rsidRPr="00335E4C">
        <w:rPr>
          <w:bCs/>
        </w:rPr>
        <w:t>memiliki</w:t>
      </w:r>
      <w:proofErr w:type="spellEnd"/>
      <w:r w:rsidRPr="00335E4C">
        <w:rPr>
          <w:bCs/>
        </w:rPr>
        <w:t xml:space="preserve"> 14 pin digital input/output, 6 pin analog input, 32 KB flash memory, 2 KB SRAM, dan 1 KB EEPROM </w:t>
      </w:r>
      <w:r w:rsidR="00D03C71">
        <w:rPr>
          <w:bCs/>
        </w:rPr>
        <w:fldChar w:fldCharType="begin" w:fldLock="1"/>
      </w:r>
      <w:r w:rsidR="00D03C71">
        <w:rPr>
          <w:bCs/>
        </w:rPr>
        <w:instrText>ADDIN CSL_CITATION {"citationItems":[{"id":"ITEM-1","itemData":{"author":[{"dropping-particle":"","family":"Margono","given":"M.","non-dropping-particle":"","parse-names":false,"suffix":""}],"container-title":"Jurnal Pendidikan Teknik Elektro","id":"ITEM-1","issued":{"date-parts":[["2021"]]},"title":"No TArduino Uno Sebagai Mikrokontroler untuk Pembelajaran Sistem Embeddeditle","type":"article-journal"},"uris":["http://www.mendeley.com/documents/?uuid=88abbfcf-2a17-40fc-8a22-194770000a7d"]}],"mendeley":{"formattedCitation":"[2]","plainTextFormattedCitation":"[2]","previouslyFormattedCitation":"[2]"},"properties":{"noteIndex":0},"schema":"https://github.com/citation-style-language/schema/raw/master/csl-citation.json"}</w:instrText>
      </w:r>
      <w:r w:rsidR="00D03C71">
        <w:rPr>
          <w:bCs/>
        </w:rPr>
        <w:fldChar w:fldCharType="separate"/>
      </w:r>
      <w:r w:rsidR="00D03C71" w:rsidRPr="00D03C71">
        <w:rPr>
          <w:bCs/>
          <w:noProof/>
        </w:rPr>
        <w:t>[2]</w:t>
      </w:r>
      <w:r w:rsidR="00D03C71">
        <w:rPr>
          <w:bCs/>
        </w:rPr>
        <w:fldChar w:fldCharType="end"/>
      </w:r>
      <w:r w:rsidRPr="00335E4C">
        <w:rPr>
          <w:bCs/>
        </w:rPr>
        <w:t xml:space="preserve">. Arduino Uno </w:t>
      </w:r>
      <w:proofErr w:type="spellStart"/>
      <w:r w:rsidRPr="00335E4C">
        <w:rPr>
          <w:bCs/>
        </w:rPr>
        <w:t>beroperasi</w:t>
      </w:r>
      <w:proofErr w:type="spellEnd"/>
      <w:r w:rsidRPr="00335E4C">
        <w:rPr>
          <w:bCs/>
        </w:rPr>
        <w:t xml:space="preserve"> pada </w:t>
      </w:r>
      <w:proofErr w:type="spellStart"/>
      <w:r w:rsidRPr="00335E4C">
        <w:rPr>
          <w:bCs/>
        </w:rPr>
        <w:t>tegangan</w:t>
      </w:r>
      <w:proofErr w:type="spellEnd"/>
      <w:r w:rsidRPr="00335E4C">
        <w:rPr>
          <w:bCs/>
        </w:rPr>
        <w:t xml:space="preserve"> 5V </w:t>
      </w:r>
      <w:proofErr w:type="spellStart"/>
      <w:r w:rsidRPr="00335E4C">
        <w:rPr>
          <w:bCs/>
        </w:rPr>
        <w:t>dengan</w:t>
      </w:r>
      <w:proofErr w:type="spellEnd"/>
      <w:r w:rsidRPr="00335E4C">
        <w:rPr>
          <w:bCs/>
        </w:rPr>
        <w:t xml:space="preserve"> clock speed 16 </w:t>
      </w:r>
      <w:proofErr w:type="spellStart"/>
      <w:r w:rsidRPr="00335E4C">
        <w:rPr>
          <w:bCs/>
        </w:rPr>
        <w:t>MHz.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Mikrokontroler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ini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dapat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diprogram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menggunakan</w:t>
      </w:r>
      <w:proofErr w:type="spellEnd"/>
      <w:r w:rsidRPr="00335E4C">
        <w:rPr>
          <w:bCs/>
        </w:rPr>
        <w:t xml:space="preserve"> Arduino IDE </w:t>
      </w:r>
      <w:proofErr w:type="spellStart"/>
      <w:r w:rsidRPr="00335E4C">
        <w:rPr>
          <w:bCs/>
        </w:rPr>
        <w:t>dengan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bahasa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pemrograman</w:t>
      </w:r>
      <w:proofErr w:type="spellEnd"/>
      <w:r w:rsidRPr="00335E4C">
        <w:rPr>
          <w:bCs/>
        </w:rPr>
        <w:t xml:space="preserve"> C/C++ </w:t>
      </w:r>
      <w:r w:rsidR="00D03C71">
        <w:rPr>
          <w:bCs/>
        </w:rPr>
        <w:fldChar w:fldCharType="begin" w:fldLock="1"/>
      </w:r>
      <w:r w:rsidR="00D03C71">
        <w:rPr>
          <w:bCs/>
        </w:rPr>
        <w:instrText>ADDIN CSL_CITATION {"citationItems":[{"id":"ITEM-1","itemData":{"author":[{"dropping-particle":"","family":"Margono","given":"M.","non-dropping-particle":"","parse-names":false,"suffix":""}],"container-title":"Jurnal Pendidikan Teknik Elektro","id":"ITEM-1","issued":{"date-parts":[["2021"]]},"title":"No TArduino Uno Sebagai Mikrokontroler untuk Pembelajaran Sistem Embeddeditle","type":"article-journal"},"uris":["http://www.mendeley.com/documents/?uuid=88abbfcf-2a17-40fc-8a22-194770000a7d"]}],"mendeley":{"formattedCitation":"[2]","plainTextFormattedCitation":"[2]","previouslyFormattedCitation":"[2]"},"properties":{"noteIndex":0},"schema":"https://github.com/citation-style-language/schema/raw/master/csl-citation.json"}</w:instrText>
      </w:r>
      <w:r w:rsidR="00D03C71">
        <w:rPr>
          <w:bCs/>
        </w:rPr>
        <w:fldChar w:fldCharType="separate"/>
      </w:r>
      <w:r w:rsidR="00D03C71" w:rsidRPr="00D03C71">
        <w:rPr>
          <w:bCs/>
          <w:noProof/>
        </w:rPr>
        <w:t>[2]</w:t>
      </w:r>
      <w:r w:rsidR="00D03C71">
        <w:rPr>
          <w:bCs/>
        </w:rPr>
        <w:fldChar w:fldCharType="end"/>
      </w:r>
      <w:r w:rsidRPr="00335E4C">
        <w:rPr>
          <w:bCs/>
        </w:rPr>
        <w:t xml:space="preserve">. Arduino Uno </w:t>
      </w:r>
      <w:proofErr w:type="spellStart"/>
      <w:r w:rsidRPr="00335E4C">
        <w:rPr>
          <w:bCs/>
        </w:rPr>
        <w:t>telah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banyak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digunakan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dalam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berbagai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proyek</w:t>
      </w:r>
      <w:proofErr w:type="spellEnd"/>
      <w:r w:rsidRPr="00335E4C">
        <w:rPr>
          <w:bCs/>
        </w:rPr>
        <w:t xml:space="preserve"> embedded </w:t>
      </w:r>
      <w:proofErr w:type="spellStart"/>
      <w:r w:rsidRPr="00335E4C">
        <w:rPr>
          <w:bCs/>
        </w:rPr>
        <w:t>karena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kemudahan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penggunaannya</w:t>
      </w:r>
      <w:proofErr w:type="spellEnd"/>
      <w:r w:rsidRPr="00335E4C">
        <w:rPr>
          <w:bCs/>
        </w:rPr>
        <w:t xml:space="preserve">, </w:t>
      </w:r>
      <w:proofErr w:type="spellStart"/>
      <w:r w:rsidRPr="00335E4C">
        <w:rPr>
          <w:bCs/>
        </w:rPr>
        <w:t>biaya</w:t>
      </w:r>
      <w:proofErr w:type="spellEnd"/>
      <w:r w:rsidRPr="00335E4C">
        <w:rPr>
          <w:bCs/>
        </w:rPr>
        <w:t xml:space="preserve"> yang </w:t>
      </w:r>
      <w:proofErr w:type="spellStart"/>
      <w:r w:rsidRPr="00335E4C">
        <w:rPr>
          <w:bCs/>
        </w:rPr>
        <w:t>terjangkau</w:t>
      </w:r>
      <w:proofErr w:type="spellEnd"/>
      <w:r w:rsidRPr="00335E4C">
        <w:rPr>
          <w:bCs/>
        </w:rPr>
        <w:t xml:space="preserve">, dan </w:t>
      </w:r>
      <w:proofErr w:type="spellStart"/>
      <w:r w:rsidRPr="00335E4C">
        <w:rPr>
          <w:bCs/>
        </w:rPr>
        <w:t>komunitas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pengguna</w:t>
      </w:r>
      <w:proofErr w:type="spellEnd"/>
      <w:r w:rsidRPr="00335E4C">
        <w:rPr>
          <w:bCs/>
        </w:rPr>
        <w:t xml:space="preserve"> yang </w:t>
      </w:r>
      <w:proofErr w:type="spellStart"/>
      <w:r w:rsidRPr="00335E4C">
        <w:rPr>
          <w:bCs/>
        </w:rPr>
        <w:t>besar</w:t>
      </w:r>
      <w:proofErr w:type="spellEnd"/>
      <w:r w:rsidRPr="00335E4C">
        <w:rPr>
          <w:bCs/>
        </w:rPr>
        <w:t xml:space="preserve">. </w:t>
      </w:r>
      <w:proofErr w:type="spellStart"/>
      <w:r w:rsidRPr="00335E4C">
        <w:rPr>
          <w:bCs/>
        </w:rPr>
        <w:t>Menurut</w:t>
      </w:r>
      <w:proofErr w:type="spellEnd"/>
      <w:r w:rsidRPr="00335E4C">
        <w:rPr>
          <w:bCs/>
        </w:rPr>
        <w:t xml:space="preserve"> Pratama</w:t>
      </w:r>
      <w:r w:rsidR="008A2D77">
        <w:rPr>
          <w:bCs/>
        </w:rPr>
        <w:t>,</w:t>
      </w:r>
      <w:r w:rsidRPr="00335E4C">
        <w:rPr>
          <w:bCs/>
        </w:rPr>
        <w:t xml:space="preserve"> Arduino Uno R3 </w:t>
      </w:r>
      <w:proofErr w:type="spellStart"/>
      <w:r w:rsidRPr="00335E4C">
        <w:rPr>
          <w:bCs/>
        </w:rPr>
        <w:t>merupakan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papan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pengembangan</w:t>
      </w:r>
      <w:proofErr w:type="spellEnd"/>
      <w:r w:rsidRPr="00335E4C">
        <w:rPr>
          <w:bCs/>
        </w:rPr>
        <w:t xml:space="preserve"> yang paling </w:t>
      </w:r>
      <w:proofErr w:type="spellStart"/>
      <w:r w:rsidRPr="00335E4C">
        <w:rPr>
          <w:bCs/>
        </w:rPr>
        <w:t>populer</w:t>
      </w:r>
      <w:proofErr w:type="spellEnd"/>
      <w:r w:rsidRPr="00335E4C">
        <w:rPr>
          <w:bCs/>
        </w:rPr>
        <w:t xml:space="preserve"> dan </w:t>
      </w:r>
      <w:proofErr w:type="spellStart"/>
      <w:r w:rsidRPr="00335E4C">
        <w:rPr>
          <w:bCs/>
        </w:rPr>
        <w:t>banyak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digunakan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untuk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prototipe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sistem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elektronik</w:t>
      </w:r>
      <w:proofErr w:type="spellEnd"/>
      <w:r w:rsidRPr="00335E4C">
        <w:rPr>
          <w:bCs/>
        </w:rPr>
        <w:t>.</w:t>
      </w:r>
    </w:p>
    <w:p w14:paraId="4B4AE33D" w14:textId="77777777" w:rsidR="00335E4C" w:rsidRPr="00335E4C" w:rsidRDefault="00335E4C" w:rsidP="00335E4C">
      <w:pPr>
        <w:pStyle w:val="Heading3"/>
      </w:pPr>
      <w:bookmarkStart w:id="17" w:name="_Toc233318703"/>
      <w:r w:rsidRPr="00335E4C">
        <w:t>2.1.3 Solenoid Door Lock</w:t>
      </w:r>
      <w:bookmarkEnd w:id="17"/>
    </w:p>
    <w:p w14:paraId="12FC75D4" w14:textId="18A9ADC6" w:rsidR="00335E4C" w:rsidRPr="00335E4C" w:rsidRDefault="00335E4C" w:rsidP="00335E4C">
      <w:pPr>
        <w:ind w:firstLine="720"/>
        <w:rPr>
          <w:bCs/>
        </w:rPr>
      </w:pPr>
      <w:r w:rsidRPr="00335E4C">
        <w:rPr>
          <w:bCs/>
        </w:rPr>
        <w:t xml:space="preserve">Solenoid door lock </w:t>
      </w:r>
      <w:proofErr w:type="spellStart"/>
      <w:r w:rsidRPr="00335E4C">
        <w:rPr>
          <w:bCs/>
        </w:rPr>
        <w:t>adalah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komponen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pengunci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pintu</w:t>
      </w:r>
      <w:proofErr w:type="spellEnd"/>
      <w:r w:rsidRPr="00335E4C">
        <w:rPr>
          <w:bCs/>
        </w:rPr>
        <w:t xml:space="preserve"> yang </w:t>
      </w:r>
      <w:proofErr w:type="spellStart"/>
      <w:r w:rsidRPr="00335E4C">
        <w:rPr>
          <w:bCs/>
        </w:rPr>
        <w:t>bekerja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berdasarkan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prinsip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elektromagnetik</w:t>
      </w:r>
      <w:proofErr w:type="spellEnd"/>
      <w:r w:rsidRPr="00335E4C">
        <w:rPr>
          <w:bCs/>
        </w:rPr>
        <w:t xml:space="preserve">. Ketika </w:t>
      </w:r>
      <w:proofErr w:type="spellStart"/>
      <w:r w:rsidRPr="00335E4C">
        <w:rPr>
          <w:bCs/>
        </w:rPr>
        <w:t>arus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listrik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mengalir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melalui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kumparan</w:t>
      </w:r>
      <w:proofErr w:type="spellEnd"/>
      <w:r w:rsidRPr="00335E4C">
        <w:rPr>
          <w:bCs/>
        </w:rPr>
        <w:t xml:space="preserve"> solenoid, </w:t>
      </w:r>
      <w:proofErr w:type="spellStart"/>
      <w:r w:rsidRPr="00335E4C">
        <w:rPr>
          <w:bCs/>
        </w:rPr>
        <w:t>medan</w:t>
      </w:r>
      <w:proofErr w:type="spellEnd"/>
      <w:r w:rsidRPr="00335E4C">
        <w:rPr>
          <w:bCs/>
        </w:rPr>
        <w:t xml:space="preserve"> magnet yang </w:t>
      </w:r>
      <w:proofErr w:type="spellStart"/>
      <w:r w:rsidRPr="00335E4C">
        <w:rPr>
          <w:bCs/>
        </w:rPr>
        <w:t>dihasilkan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akan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menarik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atau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mendorong</w:t>
      </w:r>
      <w:proofErr w:type="spellEnd"/>
      <w:r w:rsidRPr="00335E4C">
        <w:rPr>
          <w:bCs/>
        </w:rPr>
        <w:t xml:space="preserve"> piston </w:t>
      </w:r>
      <w:proofErr w:type="spellStart"/>
      <w:r w:rsidRPr="00335E4C">
        <w:rPr>
          <w:bCs/>
        </w:rPr>
        <w:t>logam</w:t>
      </w:r>
      <w:proofErr w:type="spellEnd"/>
      <w:r w:rsidRPr="00335E4C">
        <w:rPr>
          <w:bCs/>
        </w:rPr>
        <w:t xml:space="preserve">, </w:t>
      </w:r>
      <w:proofErr w:type="spellStart"/>
      <w:r w:rsidRPr="00335E4C">
        <w:rPr>
          <w:bCs/>
        </w:rPr>
        <w:t>sehingga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kunci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dapat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terbuka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atau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tertutup</w:t>
      </w:r>
      <w:proofErr w:type="spellEnd"/>
      <w:r w:rsidRPr="00335E4C">
        <w:rPr>
          <w:bCs/>
        </w:rPr>
        <w:t xml:space="preserve"> </w:t>
      </w:r>
      <w:r w:rsidR="008A2D77">
        <w:rPr>
          <w:bCs/>
        </w:rPr>
        <w:fldChar w:fldCharType="begin" w:fldLock="1"/>
      </w:r>
      <w:r w:rsidR="00D03C71">
        <w:rPr>
          <w:bCs/>
        </w:rPr>
        <w:instrText>ADDIN CSL_CITATION {"citationItems":[{"id":"ITEM-1","itemData":{"author":[{"dropping-particle":"","family":"Meilinda","given":"R. Saputra and M.","non-dropping-particle":"","parse-names":false,"suffix":""}],"container-title":"Jurnal Teknik Informatik","id":"ITEM-1","issued":{"date-parts":[["2023"]]},"title":"Sistem Pengaman Pintu Gudang Menggunakan Metode R&amp;D Berbasis RFID Mikrokontroler Arduino Uno","type":"article-journal"},"uris":["http://www.mendeley.com/documents/?uuid=99f64dab-d2d8-4f31-b98c-7fe2c9422162"]}],"mendeley":{"formattedCitation":"[3]","plainTextFormattedCitation":"[3]","previouslyFormattedCitation":"[3]"},"properties":{"noteIndex":0},"schema":"https://github.com/citation-style-language/schema/raw/master/csl-citation.json"}</w:instrText>
      </w:r>
      <w:r w:rsidR="008A2D77">
        <w:rPr>
          <w:bCs/>
        </w:rPr>
        <w:fldChar w:fldCharType="separate"/>
      </w:r>
      <w:r w:rsidR="008A2D77" w:rsidRPr="00D03C71">
        <w:rPr>
          <w:bCs/>
          <w:noProof/>
        </w:rPr>
        <w:t>[3]</w:t>
      </w:r>
      <w:r w:rsidR="008A2D77">
        <w:rPr>
          <w:bCs/>
        </w:rPr>
        <w:fldChar w:fldCharType="end"/>
      </w:r>
      <w:r w:rsidR="00D03C71">
        <w:rPr>
          <w:bCs/>
        </w:rPr>
        <w:t xml:space="preserve"> </w:t>
      </w:r>
      <w:r w:rsidRPr="00335E4C">
        <w:rPr>
          <w:bCs/>
        </w:rPr>
        <w:t xml:space="preserve">Solenoid door lock </w:t>
      </w:r>
      <w:proofErr w:type="spellStart"/>
      <w:r w:rsidRPr="00335E4C">
        <w:rPr>
          <w:bCs/>
        </w:rPr>
        <w:lastRenderedPageBreak/>
        <w:t>umumnya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membutuhkan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tegangan</w:t>
      </w:r>
      <w:proofErr w:type="spellEnd"/>
      <w:r w:rsidRPr="00335E4C">
        <w:rPr>
          <w:bCs/>
        </w:rPr>
        <w:t xml:space="preserve"> 12V DC </w:t>
      </w:r>
      <w:proofErr w:type="spellStart"/>
      <w:r w:rsidRPr="00335E4C">
        <w:rPr>
          <w:bCs/>
        </w:rPr>
        <w:t>dengan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arus</w:t>
      </w:r>
      <w:proofErr w:type="spellEnd"/>
      <w:r w:rsidRPr="00335E4C">
        <w:rPr>
          <w:bCs/>
        </w:rPr>
        <w:t xml:space="preserve"> 600 mA dan </w:t>
      </w:r>
      <w:proofErr w:type="spellStart"/>
      <w:r w:rsidRPr="00335E4C">
        <w:rPr>
          <w:bCs/>
        </w:rPr>
        <w:t>konsumsi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daya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sekitar</w:t>
      </w:r>
      <w:proofErr w:type="spellEnd"/>
      <w:r w:rsidRPr="00335E4C">
        <w:rPr>
          <w:bCs/>
        </w:rPr>
        <w:t xml:space="preserve"> 7,5 Watt. Waktu </w:t>
      </w:r>
      <w:proofErr w:type="spellStart"/>
      <w:r w:rsidRPr="00335E4C">
        <w:rPr>
          <w:bCs/>
        </w:rPr>
        <w:t>pembukaan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kunci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kurang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dari</w:t>
      </w:r>
      <w:proofErr w:type="spellEnd"/>
      <w:r w:rsidRPr="00335E4C">
        <w:rPr>
          <w:bCs/>
        </w:rPr>
        <w:t xml:space="preserve"> 1 </w:t>
      </w:r>
      <w:proofErr w:type="spellStart"/>
      <w:r w:rsidRPr="00335E4C">
        <w:rPr>
          <w:bCs/>
        </w:rPr>
        <w:t>detik</w:t>
      </w:r>
      <w:proofErr w:type="spellEnd"/>
      <w:r w:rsidRPr="00335E4C">
        <w:rPr>
          <w:bCs/>
        </w:rPr>
        <w:t xml:space="preserve">. </w:t>
      </w:r>
      <w:proofErr w:type="spellStart"/>
      <w:r w:rsidRPr="00335E4C">
        <w:rPr>
          <w:bCs/>
        </w:rPr>
        <w:t>Komponen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ini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sering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digunakan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dalam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sistem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keamanan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otomatis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karena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keandalan</w:t>
      </w:r>
      <w:proofErr w:type="spellEnd"/>
      <w:r w:rsidRPr="00335E4C">
        <w:rPr>
          <w:bCs/>
        </w:rPr>
        <w:t xml:space="preserve"> dan </w:t>
      </w:r>
      <w:proofErr w:type="spellStart"/>
      <w:r w:rsidRPr="00335E4C">
        <w:rPr>
          <w:bCs/>
        </w:rPr>
        <w:t>daya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tahan</w:t>
      </w:r>
      <w:proofErr w:type="spellEnd"/>
      <w:r w:rsidRPr="00335E4C">
        <w:rPr>
          <w:bCs/>
        </w:rPr>
        <w:t xml:space="preserve"> yang </w:t>
      </w:r>
      <w:proofErr w:type="spellStart"/>
      <w:r w:rsidRPr="00335E4C">
        <w:rPr>
          <w:bCs/>
        </w:rPr>
        <w:t>tinggi</w:t>
      </w:r>
      <w:proofErr w:type="spellEnd"/>
      <w:r w:rsidRPr="00335E4C">
        <w:rPr>
          <w:bCs/>
        </w:rPr>
        <w:t xml:space="preserve">. </w:t>
      </w:r>
      <w:proofErr w:type="spellStart"/>
      <w:r w:rsidRPr="00335E4C">
        <w:rPr>
          <w:bCs/>
        </w:rPr>
        <w:t>Menurut</w:t>
      </w:r>
      <w:proofErr w:type="spellEnd"/>
      <w:r w:rsidRPr="00335E4C">
        <w:rPr>
          <w:bCs/>
        </w:rPr>
        <w:t xml:space="preserve"> Saputra dan </w:t>
      </w:r>
      <w:proofErr w:type="spellStart"/>
      <w:r w:rsidRPr="00335E4C">
        <w:rPr>
          <w:bCs/>
        </w:rPr>
        <w:t>Meilinda</w:t>
      </w:r>
      <w:proofErr w:type="spellEnd"/>
      <w:r w:rsidRPr="00335E4C">
        <w:rPr>
          <w:bCs/>
        </w:rPr>
        <w:t xml:space="preserve"> </w:t>
      </w:r>
      <w:r w:rsidR="008A2D77">
        <w:rPr>
          <w:bCs/>
        </w:rPr>
        <w:fldChar w:fldCharType="begin" w:fldLock="1"/>
      </w:r>
      <w:r w:rsidR="00D03C71">
        <w:rPr>
          <w:bCs/>
        </w:rPr>
        <w:instrText>ADDIN CSL_CITATION {"citationItems":[{"id":"ITEM-1","itemData":{"author":[{"dropping-particle":"","family":"Meilinda","given":"R. Saputra and M.","non-dropping-particle":"","parse-names":false,"suffix":""}],"container-title":"Jurnal Teknik Informatik","id":"ITEM-1","issued":{"date-parts":[["2023"]]},"title":"Sistem Pengaman Pintu Gudang Menggunakan Metode R&amp;D Berbasis RFID Mikrokontroler Arduino Uno","type":"article-journal"},"uris":["http://www.mendeley.com/documents/?uuid=99f64dab-d2d8-4f31-b98c-7fe2c9422162"]}],"mendeley":{"formattedCitation":"[3]","plainTextFormattedCitation":"[3]","previouslyFormattedCitation":"[3]"},"properties":{"noteIndex":0},"schema":"https://github.com/citation-style-language/schema/raw/master/csl-citation.json"}</w:instrText>
      </w:r>
      <w:r w:rsidR="008A2D77">
        <w:rPr>
          <w:bCs/>
        </w:rPr>
        <w:fldChar w:fldCharType="separate"/>
      </w:r>
      <w:r w:rsidR="008A2D77" w:rsidRPr="00D03C71">
        <w:rPr>
          <w:bCs/>
          <w:noProof/>
        </w:rPr>
        <w:t>[3]</w:t>
      </w:r>
      <w:r w:rsidR="008A2D77">
        <w:rPr>
          <w:bCs/>
        </w:rPr>
        <w:fldChar w:fldCharType="end"/>
      </w:r>
      <w:r w:rsidRPr="00335E4C">
        <w:rPr>
          <w:bCs/>
        </w:rPr>
        <w:t xml:space="preserve">, solenoid door lock </w:t>
      </w:r>
      <w:proofErr w:type="spellStart"/>
      <w:r w:rsidRPr="00335E4C">
        <w:rPr>
          <w:bCs/>
        </w:rPr>
        <w:t>merupakan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pilihan</w:t>
      </w:r>
      <w:proofErr w:type="spellEnd"/>
      <w:r w:rsidRPr="00335E4C">
        <w:rPr>
          <w:bCs/>
        </w:rPr>
        <w:t xml:space="preserve"> yang </w:t>
      </w:r>
      <w:proofErr w:type="spellStart"/>
      <w:r w:rsidRPr="00335E4C">
        <w:rPr>
          <w:bCs/>
        </w:rPr>
        <w:t>efektif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untuk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sistem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pengaman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pintu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berbasis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mikrokontroler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karena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respons</w:t>
      </w:r>
      <w:proofErr w:type="spellEnd"/>
      <w:r w:rsidRPr="00335E4C">
        <w:rPr>
          <w:bCs/>
        </w:rPr>
        <w:t xml:space="preserve"> yang </w:t>
      </w:r>
      <w:proofErr w:type="spellStart"/>
      <w:r w:rsidRPr="00335E4C">
        <w:rPr>
          <w:bCs/>
        </w:rPr>
        <w:t>cepat</w:t>
      </w:r>
      <w:proofErr w:type="spellEnd"/>
      <w:r w:rsidRPr="00335E4C">
        <w:rPr>
          <w:bCs/>
        </w:rPr>
        <w:t xml:space="preserve"> dan </w:t>
      </w:r>
      <w:proofErr w:type="spellStart"/>
      <w:r w:rsidRPr="00335E4C">
        <w:rPr>
          <w:bCs/>
        </w:rPr>
        <w:t>kemudahan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integrasi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dengan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sistem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kontrol</w:t>
      </w:r>
      <w:proofErr w:type="spellEnd"/>
      <w:r w:rsidRPr="00335E4C">
        <w:rPr>
          <w:bCs/>
        </w:rPr>
        <w:t>.</w:t>
      </w:r>
    </w:p>
    <w:p w14:paraId="7A40F13F" w14:textId="77777777" w:rsidR="00335E4C" w:rsidRPr="00335E4C" w:rsidRDefault="00335E4C" w:rsidP="00335E4C">
      <w:pPr>
        <w:pStyle w:val="Heading3"/>
      </w:pPr>
      <w:bookmarkStart w:id="18" w:name="_Toc233318704"/>
      <w:r w:rsidRPr="00335E4C">
        <w:t>2.1.4 Modul RFID RC522</w:t>
      </w:r>
      <w:bookmarkEnd w:id="18"/>
    </w:p>
    <w:p w14:paraId="2873F6AC" w14:textId="6A56D49A" w:rsidR="00335E4C" w:rsidRPr="00335E4C" w:rsidRDefault="00335E4C" w:rsidP="00335E4C">
      <w:pPr>
        <w:ind w:firstLine="720"/>
        <w:rPr>
          <w:bCs/>
        </w:rPr>
      </w:pPr>
      <w:r w:rsidRPr="00335E4C">
        <w:rPr>
          <w:bCs/>
        </w:rPr>
        <w:t xml:space="preserve">Modul RFID RC522 </w:t>
      </w:r>
      <w:proofErr w:type="spellStart"/>
      <w:r w:rsidRPr="00335E4C">
        <w:rPr>
          <w:bCs/>
        </w:rPr>
        <w:t>adalah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pembaca</w:t>
      </w:r>
      <w:proofErr w:type="spellEnd"/>
      <w:r w:rsidRPr="00335E4C">
        <w:rPr>
          <w:bCs/>
        </w:rPr>
        <w:t xml:space="preserve"> RFID yang </w:t>
      </w:r>
      <w:proofErr w:type="spellStart"/>
      <w:r w:rsidRPr="00335E4C">
        <w:rPr>
          <w:bCs/>
        </w:rPr>
        <w:t>bekerja</w:t>
      </w:r>
      <w:proofErr w:type="spellEnd"/>
      <w:r w:rsidRPr="00335E4C">
        <w:rPr>
          <w:bCs/>
        </w:rPr>
        <w:t xml:space="preserve"> pada </w:t>
      </w:r>
      <w:proofErr w:type="spellStart"/>
      <w:r w:rsidRPr="00335E4C">
        <w:rPr>
          <w:bCs/>
        </w:rPr>
        <w:t>frekuensi</w:t>
      </w:r>
      <w:proofErr w:type="spellEnd"/>
      <w:r w:rsidRPr="00335E4C">
        <w:rPr>
          <w:bCs/>
        </w:rPr>
        <w:t xml:space="preserve"> 13,56 MHz </w:t>
      </w:r>
      <w:proofErr w:type="spellStart"/>
      <w:r w:rsidRPr="00335E4C">
        <w:rPr>
          <w:bCs/>
        </w:rPr>
        <w:t>dengan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tegangan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operasi</w:t>
      </w:r>
      <w:proofErr w:type="spellEnd"/>
      <w:r w:rsidRPr="00335E4C">
        <w:rPr>
          <w:bCs/>
        </w:rPr>
        <w:t xml:space="preserve"> 3,3V. Modul </w:t>
      </w:r>
      <w:proofErr w:type="spellStart"/>
      <w:r w:rsidRPr="00335E4C">
        <w:rPr>
          <w:bCs/>
        </w:rPr>
        <w:t>ini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menggunakan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protokol</w:t>
      </w:r>
      <w:proofErr w:type="spellEnd"/>
      <w:r w:rsidRPr="00335E4C">
        <w:rPr>
          <w:bCs/>
        </w:rPr>
        <w:t xml:space="preserve"> SPI (Serial Peripheral Interface) </w:t>
      </w:r>
      <w:proofErr w:type="spellStart"/>
      <w:r w:rsidRPr="00335E4C">
        <w:rPr>
          <w:bCs/>
        </w:rPr>
        <w:t>untuk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berkomunikasi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dengan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mikrokontroler</w:t>
      </w:r>
      <w:proofErr w:type="spellEnd"/>
      <w:r w:rsidRPr="00335E4C">
        <w:rPr>
          <w:bCs/>
        </w:rPr>
        <w:t xml:space="preserve">. RC522 </w:t>
      </w:r>
      <w:proofErr w:type="spellStart"/>
      <w:r w:rsidRPr="00335E4C">
        <w:rPr>
          <w:bCs/>
        </w:rPr>
        <w:t>dapat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membaca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kartu</w:t>
      </w:r>
      <w:proofErr w:type="spellEnd"/>
      <w:r w:rsidRPr="00335E4C">
        <w:rPr>
          <w:bCs/>
        </w:rPr>
        <w:t xml:space="preserve"> RFID </w:t>
      </w:r>
      <w:proofErr w:type="spellStart"/>
      <w:r w:rsidRPr="00335E4C">
        <w:rPr>
          <w:bCs/>
        </w:rPr>
        <w:t>dengan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jarak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maksimal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sekitar</w:t>
      </w:r>
      <w:proofErr w:type="spellEnd"/>
      <w:r w:rsidRPr="00335E4C">
        <w:rPr>
          <w:bCs/>
        </w:rPr>
        <w:t xml:space="preserve"> 3 cm. Modul </w:t>
      </w:r>
      <w:proofErr w:type="spellStart"/>
      <w:r w:rsidRPr="00335E4C">
        <w:rPr>
          <w:bCs/>
        </w:rPr>
        <w:t>ini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memiliki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fitur</w:t>
      </w:r>
      <w:proofErr w:type="spellEnd"/>
      <w:r w:rsidRPr="00335E4C">
        <w:rPr>
          <w:bCs/>
        </w:rPr>
        <w:t xml:space="preserve"> anti-collision yang </w:t>
      </w:r>
      <w:proofErr w:type="spellStart"/>
      <w:r w:rsidRPr="00335E4C">
        <w:rPr>
          <w:bCs/>
        </w:rPr>
        <w:t>memungkinkan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pembacaan</w:t>
      </w:r>
      <w:proofErr w:type="spellEnd"/>
      <w:r w:rsidRPr="00335E4C">
        <w:rPr>
          <w:bCs/>
        </w:rPr>
        <w:t xml:space="preserve"> multiple tag </w:t>
      </w:r>
      <w:proofErr w:type="spellStart"/>
      <w:r w:rsidRPr="00335E4C">
        <w:rPr>
          <w:bCs/>
        </w:rPr>
        <w:t>secara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bersamaan</w:t>
      </w:r>
      <w:proofErr w:type="spellEnd"/>
      <w:r w:rsidRPr="00335E4C">
        <w:rPr>
          <w:bCs/>
        </w:rPr>
        <w:t xml:space="preserve">. </w:t>
      </w:r>
      <w:proofErr w:type="spellStart"/>
      <w:r w:rsidRPr="00335E4C">
        <w:rPr>
          <w:bCs/>
        </w:rPr>
        <w:t>Menurut</w:t>
      </w:r>
      <w:proofErr w:type="spellEnd"/>
      <w:r w:rsidRPr="00335E4C">
        <w:rPr>
          <w:bCs/>
        </w:rPr>
        <w:t xml:space="preserve"> Hamidah et al., </w:t>
      </w:r>
      <w:proofErr w:type="spellStart"/>
      <w:r w:rsidRPr="00335E4C">
        <w:rPr>
          <w:bCs/>
        </w:rPr>
        <w:t>modul</w:t>
      </w:r>
      <w:proofErr w:type="spellEnd"/>
      <w:r w:rsidRPr="00335E4C">
        <w:rPr>
          <w:bCs/>
        </w:rPr>
        <w:t xml:space="preserve"> RC522 </w:t>
      </w:r>
      <w:proofErr w:type="spellStart"/>
      <w:r w:rsidRPr="00335E4C">
        <w:rPr>
          <w:bCs/>
        </w:rPr>
        <w:t>mampu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mendeteksi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kartu</w:t>
      </w:r>
      <w:proofErr w:type="spellEnd"/>
      <w:r w:rsidRPr="00335E4C">
        <w:rPr>
          <w:bCs/>
        </w:rPr>
        <w:t xml:space="preserve"> RFID </w:t>
      </w:r>
      <w:proofErr w:type="spellStart"/>
      <w:r w:rsidRPr="00335E4C">
        <w:rPr>
          <w:bCs/>
        </w:rPr>
        <w:t>dengan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waktu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tanggapan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antara</w:t>
      </w:r>
      <w:proofErr w:type="spellEnd"/>
      <w:r w:rsidRPr="00335E4C">
        <w:rPr>
          <w:bCs/>
        </w:rPr>
        <w:t xml:space="preserve"> 2 </w:t>
      </w:r>
      <w:proofErr w:type="spellStart"/>
      <w:r w:rsidRPr="00335E4C">
        <w:rPr>
          <w:bCs/>
        </w:rPr>
        <w:t>hingga</w:t>
      </w:r>
      <w:proofErr w:type="spellEnd"/>
      <w:r w:rsidRPr="00335E4C">
        <w:rPr>
          <w:bCs/>
        </w:rPr>
        <w:t xml:space="preserve"> 3 </w:t>
      </w:r>
      <w:proofErr w:type="spellStart"/>
      <w:r w:rsidRPr="00335E4C">
        <w:rPr>
          <w:bCs/>
        </w:rPr>
        <w:t>detik</w:t>
      </w:r>
      <w:proofErr w:type="spellEnd"/>
      <w:r w:rsidRPr="00335E4C">
        <w:rPr>
          <w:bCs/>
        </w:rPr>
        <w:t>.</w:t>
      </w:r>
    </w:p>
    <w:p w14:paraId="796525F9" w14:textId="16F74FB6" w:rsidR="00335E4C" w:rsidRPr="00335E4C" w:rsidRDefault="00335E4C" w:rsidP="00335E4C">
      <w:pPr>
        <w:rPr>
          <w:b/>
        </w:rPr>
      </w:pPr>
      <w:r w:rsidRPr="00335E4C">
        <w:rPr>
          <w:b/>
        </w:rPr>
        <w:t>2.1.</w:t>
      </w:r>
      <w:r w:rsidR="0076232A">
        <w:rPr>
          <w:b/>
        </w:rPr>
        <w:t>5</w:t>
      </w:r>
      <w:r w:rsidRPr="00335E4C">
        <w:rPr>
          <w:b/>
        </w:rPr>
        <w:t xml:space="preserve"> </w:t>
      </w:r>
      <w:proofErr w:type="spellStart"/>
      <w:r w:rsidRPr="00335E4C">
        <w:rPr>
          <w:b/>
        </w:rPr>
        <w:t>Penelitian</w:t>
      </w:r>
      <w:proofErr w:type="spellEnd"/>
      <w:r w:rsidRPr="00335E4C">
        <w:rPr>
          <w:b/>
        </w:rPr>
        <w:t xml:space="preserve"> </w:t>
      </w:r>
      <w:proofErr w:type="spellStart"/>
      <w:r w:rsidRPr="00335E4C">
        <w:rPr>
          <w:b/>
        </w:rPr>
        <w:t>Terkait</w:t>
      </w:r>
      <w:proofErr w:type="spellEnd"/>
    </w:p>
    <w:p w14:paraId="43B3AC07" w14:textId="5D69B157" w:rsidR="00335E4C" w:rsidRDefault="00335E4C" w:rsidP="00335E4C">
      <w:pPr>
        <w:ind w:firstLine="720"/>
        <w:rPr>
          <w:bCs/>
        </w:rPr>
      </w:pPr>
      <w:r w:rsidRPr="00335E4C">
        <w:rPr>
          <w:bCs/>
        </w:rPr>
        <w:t xml:space="preserve">Hamidah et al. </w:t>
      </w:r>
      <w:proofErr w:type="spellStart"/>
      <w:r w:rsidRPr="00335E4C">
        <w:rPr>
          <w:bCs/>
        </w:rPr>
        <w:t>telah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melakukan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penelitian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mengenai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perancangan</w:t>
      </w:r>
      <w:proofErr w:type="spellEnd"/>
      <w:r w:rsidRPr="00335E4C">
        <w:rPr>
          <w:bCs/>
        </w:rPr>
        <w:t xml:space="preserve"> dan </w:t>
      </w:r>
      <w:proofErr w:type="spellStart"/>
      <w:r w:rsidRPr="00335E4C">
        <w:rPr>
          <w:bCs/>
        </w:rPr>
        <w:t>implementasi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sistem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keamanan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pintu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otomatis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berbasis</w:t>
      </w:r>
      <w:proofErr w:type="spellEnd"/>
      <w:r w:rsidRPr="00335E4C">
        <w:rPr>
          <w:bCs/>
        </w:rPr>
        <w:t xml:space="preserve"> RFID tag card </w:t>
      </w:r>
      <w:proofErr w:type="spellStart"/>
      <w:r w:rsidRPr="00335E4C">
        <w:rPr>
          <w:bCs/>
        </w:rPr>
        <w:t>untuk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meningkatkan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keamanan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akses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ruangan</w:t>
      </w:r>
      <w:proofErr w:type="spellEnd"/>
      <w:r w:rsidRPr="00335E4C">
        <w:rPr>
          <w:bCs/>
        </w:rPr>
        <w:t xml:space="preserve">. </w:t>
      </w:r>
      <w:proofErr w:type="spellStart"/>
      <w:r w:rsidRPr="00335E4C">
        <w:rPr>
          <w:bCs/>
        </w:rPr>
        <w:t>Sistem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tersebut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menggunakan</w:t>
      </w:r>
      <w:proofErr w:type="spellEnd"/>
      <w:r w:rsidRPr="00335E4C">
        <w:rPr>
          <w:bCs/>
        </w:rPr>
        <w:t xml:space="preserve"> Arduino </w:t>
      </w:r>
      <w:proofErr w:type="spellStart"/>
      <w:r w:rsidRPr="00335E4C">
        <w:rPr>
          <w:bCs/>
        </w:rPr>
        <w:t>sebagai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pengendali</w:t>
      </w:r>
      <w:proofErr w:type="spellEnd"/>
      <w:r w:rsidRPr="00335E4C">
        <w:rPr>
          <w:bCs/>
        </w:rPr>
        <w:t xml:space="preserve">, reader RFID, solenoid </w:t>
      </w:r>
      <w:proofErr w:type="spellStart"/>
      <w:r w:rsidRPr="00335E4C">
        <w:rPr>
          <w:bCs/>
        </w:rPr>
        <w:t>doorlock</w:t>
      </w:r>
      <w:proofErr w:type="spellEnd"/>
      <w:r w:rsidRPr="00335E4C">
        <w:rPr>
          <w:bCs/>
        </w:rPr>
        <w:t xml:space="preserve">, </w:t>
      </w:r>
      <w:proofErr w:type="spellStart"/>
      <w:r w:rsidRPr="00335E4C">
        <w:rPr>
          <w:bCs/>
        </w:rPr>
        <w:t>layar</w:t>
      </w:r>
      <w:proofErr w:type="spellEnd"/>
      <w:r w:rsidRPr="00335E4C">
        <w:rPr>
          <w:bCs/>
        </w:rPr>
        <w:t xml:space="preserve"> LCD, dan </w:t>
      </w:r>
      <w:proofErr w:type="spellStart"/>
      <w:r w:rsidRPr="00335E4C">
        <w:rPr>
          <w:bCs/>
        </w:rPr>
        <w:t>modul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WiFi</w:t>
      </w:r>
      <w:proofErr w:type="spellEnd"/>
      <w:r w:rsidRPr="00335E4C">
        <w:rPr>
          <w:bCs/>
        </w:rPr>
        <w:t xml:space="preserve"> yang </w:t>
      </w:r>
      <w:proofErr w:type="spellStart"/>
      <w:r w:rsidRPr="00335E4C">
        <w:rPr>
          <w:bCs/>
        </w:rPr>
        <w:t>terhubung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ke</w:t>
      </w:r>
      <w:proofErr w:type="spellEnd"/>
      <w:r w:rsidRPr="00335E4C">
        <w:rPr>
          <w:bCs/>
        </w:rPr>
        <w:t xml:space="preserve"> bot Telegram </w:t>
      </w:r>
      <w:proofErr w:type="spellStart"/>
      <w:r w:rsidRPr="00335E4C">
        <w:rPr>
          <w:bCs/>
        </w:rPr>
        <w:t>untuk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mengirimkan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notifikasi</w:t>
      </w:r>
      <w:proofErr w:type="spellEnd"/>
      <w:r w:rsidRPr="00335E4C">
        <w:rPr>
          <w:bCs/>
        </w:rPr>
        <w:t xml:space="preserve">. Hasil </w:t>
      </w:r>
      <w:proofErr w:type="spellStart"/>
      <w:r w:rsidRPr="00335E4C">
        <w:rPr>
          <w:bCs/>
        </w:rPr>
        <w:t>pengujian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menunjukkan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bahwa</w:t>
      </w:r>
      <w:proofErr w:type="spellEnd"/>
      <w:r w:rsidRPr="00335E4C">
        <w:rPr>
          <w:bCs/>
        </w:rPr>
        <w:t xml:space="preserve"> reader RFID </w:t>
      </w:r>
      <w:proofErr w:type="spellStart"/>
      <w:r w:rsidRPr="00335E4C">
        <w:rPr>
          <w:bCs/>
        </w:rPr>
        <w:t>dapat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mendeteksi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kartu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hingga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jarak</w:t>
      </w:r>
      <w:proofErr w:type="spellEnd"/>
      <w:r w:rsidRPr="00335E4C">
        <w:rPr>
          <w:bCs/>
        </w:rPr>
        <w:t xml:space="preserve"> 3 cm </w:t>
      </w:r>
      <w:proofErr w:type="spellStart"/>
      <w:r w:rsidRPr="00335E4C">
        <w:rPr>
          <w:bCs/>
        </w:rPr>
        <w:t>dengan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waktu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tanggapan</w:t>
      </w:r>
      <w:proofErr w:type="spellEnd"/>
      <w:r w:rsidRPr="00335E4C">
        <w:rPr>
          <w:bCs/>
        </w:rPr>
        <w:t xml:space="preserve"> 2 </w:t>
      </w:r>
      <w:proofErr w:type="spellStart"/>
      <w:r w:rsidRPr="00335E4C">
        <w:rPr>
          <w:bCs/>
        </w:rPr>
        <w:t>hingga</w:t>
      </w:r>
      <w:proofErr w:type="spellEnd"/>
      <w:r w:rsidRPr="00335E4C">
        <w:rPr>
          <w:bCs/>
        </w:rPr>
        <w:t xml:space="preserve"> 3 </w:t>
      </w:r>
      <w:proofErr w:type="spellStart"/>
      <w:r w:rsidRPr="00335E4C">
        <w:rPr>
          <w:bCs/>
        </w:rPr>
        <w:t>detik</w:t>
      </w:r>
      <w:proofErr w:type="spellEnd"/>
      <w:r w:rsidRPr="00335E4C">
        <w:rPr>
          <w:bCs/>
        </w:rPr>
        <w:t xml:space="preserve">. </w:t>
      </w:r>
      <w:proofErr w:type="spellStart"/>
      <w:r w:rsidRPr="00335E4C">
        <w:rPr>
          <w:bCs/>
        </w:rPr>
        <w:t>Sistem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terbukti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efektif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dalam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meningkatkan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keamanan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akses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pintu</w:t>
      </w:r>
      <w:proofErr w:type="spellEnd"/>
      <w:r w:rsidRPr="00335E4C">
        <w:rPr>
          <w:bCs/>
        </w:rPr>
        <w:t xml:space="preserve"> dan </w:t>
      </w:r>
      <w:proofErr w:type="spellStart"/>
      <w:r w:rsidRPr="00335E4C">
        <w:rPr>
          <w:bCs/>
        </w:rPr>
        <w:t>dapat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digunakan</w:t>
      </w:r>
      <w:proofErr w:type="spellEnd"/>
      <w:r w:rsidRPr="00335E4C">
        <w:rPr>
          <w:bCs/>
        </w:rPr>
        <w:t xml:space="preserve"> di </w:t>
      </w:r>
      <w:proofErr w:type="spellStart"/>
      <w:r w:rsidRPr="00335E4C">
        <w:rPr>
          <w:bCs/>
        </w:rPr>
        <w:t>berbagai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tempat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seperti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rumah</w:t>
      </w:r>
      <w:proofErr w:type="spellEnd"/>
      <w:r w:rsidRPr="00335E4C">
        <w:rPr>
          <w:bCs/>
        </w:rPr>
        <w:t xml:space="preserve">, </w:t>
      </w:r>
      <w:proofErr w:type="spellStart"/>
      <w:r w:rsidRPr="00335E4C">
        <w:rPr>
          <w:bCs/>
        </w:rPr>
        <w:t>kantor</w:t>
      </w:r>
      <w:proofErr w:type="spellEnd"/>
      <w:r w:rsidRPr="00335E4C">
        <w:rPr>
          <w:bCs/>
        </w:rPr>
        <w:t xml:space="preserve">, dan </w:t>
      </w:r>
      <w:proofErr w:type="spellStart"/>
      <w:r w:rsidRPr="00335E4C">
        <w:rPr>
          <w:bCs/>
        </w:rPr>
        <w:t>laboratorium</w:t>
      </w:r>
      <w:proofErr w:type="spellEnd"/>
      <w:r w:rsidRPr="00335E4C">
        <w:rPr>
          <w:bCs/>
        </w:rPr>
        <w:t>.</w:t>
      </w:r>
    </w:p>
    <w:p w14:paraId="6DC66958" w14:textId="5C45E5D9" w:rsidR="00335E4C" w:rsidRDefault="00335E4C" w:rsidP="00335E4C">
      <w:pPr>
        <w:ind w:firstLine="720"/>
        <w:rPr>
          <w:bCs/>
        </w:rPr>
      </w:pPr>
      <w:proofErr w:type="spellStart"/>
      <w:r w:rsidRPr="00335E4C">
        <w:rPr>
          <w:bCs/>
        </w:rPr>
        <w:t>Marpaung</w:t>
      </w:r>
      <w:proofErr w:type="spellEnd"/>
      <w:r w:rsidRPr="00335E4C">
        <w:rPr>
          <w:bCs/>
        </w:rPr>
        <w:t xml:space="preserve"> et al. </w:t>
      </w:r>
      <w:r w:rsidR="00D03C71">
        <w:rPr>
          <w:bCs/>
        </w:rPr>
        <w:fldChar w:fldCharType="begin" w:fldLock="1"/>
      </w:r>
      <w:r w:rsidR="00D03C71">
        <w:rPr>
          <w:bCs/>
        </w:rPr>
        <w:instrText>ADDIN CSL_CITATION {"citationItems":[{"id":"ITEM-1","itemData":{"author":[{"dropping-particle":"","family":"J. Marpaung, A. Simanjuntak","given":"and B. Siregar","non-dropping-particle":"","parse-names":false,"suffix":""}],"container-title":"Jurnal Rekayasa Elektrika","id":"ITEM-1","issued":{"date-parts":[["2022"]]},"title":"Sistem Pengamanan Pintu Otomatis Menggunakan RFID RC522 Berbasis Mikrokontroler Arduino","type":"article-journal"},"uris":["http://www.mendeley.com/documents/?uuid=7cad6683-fa88-4919-a252-e311cbe1f847"]}],"mendeley":{"formattedCitation":"[4]","plainTextFormattedCitation":"[4]","previouslyFormattedCitation":"[4]"},"properties":{"noteIndex":0},"schema":"https://github.com/citation-style-language/schema/raw/master/csl-citation.json"}</w:instrText>
      </w:r>
      <w:r w:rsidR="00D03C71">
        <w:rPr>
          <w:bCs/>
        </w:rPr>
        <w:fldChar w:fldCharType="separate"/>
      </w:r>
      <w:r w:rsidR="00D03C71" w:rsidRPr="00D03C71">
        <w:rPr>
          <w:bCs/>
          <w:noProof/>
        </w:rPr>
        <w:t>[4]</w:t>
      </w:r>
      <w:r w:rsidR="00D03C71">
        <w:rPr>
          <w:bCs/>
        </w:rPr>
        <w:fldChar w:fldCharType="end"/>
      </w:r>
      <w:r w:rsidR="00D03C71">
        <w:rPr>
          <w:bCs/>
        </w:rPr>
        <w:t xml:space="preserve"> </w:t>
      </w:r>
      <w:proofErr w:type="spellStart"/>
      <w:r w:rsidRPr="00335E4C">
        <w:rPr>
          <w:bCs/>
        </w:rPr>
        <w:t>mengembangkan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sistem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pengamanan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pintu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otomatis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menggunakan</w:t>
      </w:r>
      <w:proofErr w:type="spellEnd"/>
      <w:r w:rsidRPr="00335E4C">
        <w:rPr>
          <w:bCs/>
        </w:rPr>
        <w:t xml:space="preserve"> RFID RC522 </w:t>
      </w:r>
      <w:proofErr w:type="spellStart"/>
      <w:r w:rsidRPr="00335E4C">
        <w:rPr>
          <w:bCs/>
        </w:rPr>
        <w:t>berbasis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mikrokontroler</w:t>
      </w:r>
      <w:proofErr w:type="spellEnd"/>
      <w:r w:rsidRPr="00335E4C">
        <w:rPr>
          <w:bCs/>
        </w:rPr>
        <w:t xml:space="preserve"> Arduino. </w:t>
      </w:r>
      <w:proofErr w:type="spellStart"/>
      <w:r w:rsidRPr="00335E4C">
        <w:rPr>
          <w:bCs/>
        </w:rPr>
        <w:t>Penelitian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ini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menggunakan</w:t>
      </w:r>
      <w:proofErr w:type="spellEnd"/>
      <w:r w:rsidRPr="00335E4C">
        <w:rPr>
          <w:bCs/>
        </w:rPr>
        <w:t xml:space="preserve"> </w:t>
      </w:r>
      <w:r w:rsidR="00EA0E48">
        <w:rPr>
          <w:bCs/>
        </w:rPr>
        <w:t>Kartu RFID</w:t>
      </w:r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sebagai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alat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autentikasi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berbasis</w:t>
      </w:r>
      <w:proofErr w:type="spellEnd"/>
      <w:r w:rsidRPr="00335E4C">
        <w:rPr>
          <w:bCs/>
        </w:rPr>
        <w:t xml:space="preserve"> RFID. Hasil </w:t>
      </w:r>
      <w:proofErr w:type="spellStart"/>
      <w:r w:rsidRPr="00335E4C">
        <w:rPr>
          <w:bCs/>
        </w:rPr>
        <w:t>eksperimen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menunjukkan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bahwa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beberapa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kode</w:t>
      </w:r>
      <w:proofErr w:type="spellEnd"/>
      <w:r w:rsidRPr="00335E4C">
        <w:rPr>
          <w:bCs/>
        </w:rPr>
        <w:t xml:space="preserve"> RFID </w:t>
      </w:r>
      <w:proofErr w:type="spellStart"/>
      <w:r w:rsidRPr="00335E4C">
        <w:rPr>
          <w:bCs/>
        </w:rPr>
        <w:t>berhasil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dideteksi</w:t>
      </w:r>
      <w:proofErr w:type="spellEnd"/>
      <w:r w:rsidRPr="00335E4C">
        <w:rPr>
          <w:bCs/>
        </w:rPr>
        <w:t xml:space="preserve">, </w:t>
      </w:r>
      <w:proofErr w:type="spellStart"/>
      <w:r w:rsidRPr="00335E4C">
        <w:rPr>
          <w:bCs/>
        </w:rPr>
        <w:t>termasuk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kode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dari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kartu</w:t>
      </w:r>
      <w:proofErr w:type="spellEnd"/>
      <w:r w:rsidRPr="00335E4C">
        <w:rPr>
          <w:bCs/>
        </w:rPr>
        <w:t xml:space="preserve"> RFID, E-KTP, dan data SIM. </w:t>
      </w:r>
      <w:proofErr w:type="spellStart"/>
      <w:r w:rsidRPr="00335E4C">
        <w:rPr>
          <w:bCs/>
        </w:rPr>
        <w:t>Sistem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ini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dirancang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untuk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lastRenderedPageBreak/>
        <w:t>menggantikan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fungsi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kunci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tradisional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dengan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mekanisme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penguncian</w:t>
      </w:r>
      <w:proofErr w:type="spellEnd"/>
      <w:r w:rsidRPr="00335E4C">
        <w:rPr>
          <w:bCs/>
        </w:rPr>
        <w:t xml:space="preserve"> dan </w:t>
      </w:r>
      <w:proofErr w:type="spellStart"/>
      <w:r w:rsidRPr="00335E4C">
        <w:rPr>
          <w:bCs/>
        </w:rPr>
        <w:t>pembukaan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pintu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secara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otomatis</w:t>
      </w:r>
      <w:proofErr w:type="spellEnd"/>
      <w:r w:rsidRPr="00335E4C">
        <w:rPr>
          <w:bCs/>
        </w:rPr>
        <w:t>.</w:t>
      </w:r>
    </w:p>
    <w:p w14:paraId="629EA4D5" w14:textId="68A87462" w:rsidR="00335E4C" w:rsidRDefault="00335E4C" w:rsidP="00335E4C">
      <w:pPr>
        <w:ind w:firstLine="720"/>
        <w:rPr>
          <w:bCs/>
        </w:rPr>
      </w:pPr>
      <w:proofErr w:type="spellStart"/>
      <w:r w:rsidRPr="00335E4C">
        <w:rPr>
          <w:bCs/>
        </w:rPr>
        <w:t>Suwanda</w:t>
      </w:r>
      <w:proofErr w:type="spellEnd"/>
      <w:r w:rsidRPr="00335E4C">
        <w:rPr>
          <w:bCs/>
        </w:rPr>
        <w:t xml:space="preserve"> </w:t>
      </w:r>
      <w:r w:rsidR="00D03C71">
        <w:rPr>
          <w:bCs/>
        </w:rPr>
        <w:fldChar w:fldCharType="begin" w:fldLock="1"/>
      </w:r>
      <w:r w:rsidR="00D03C71">
        <w:rPr>
          <w:bCs/>
        </w:rPr>
        <w:instrText>ADDIN CSL_CITATION {"citationItems":[{"id":"ITEM-1","itemData":{"author":[{"dropping-particle":"","family":"Suwanda","given":"A.","non-dropping-particle":"","parse-names":false,"suffix":""}],"container-title":"Jurnal Teknik Elektro","id":"ITEM-1","issued":{"date-parts":[["2023"]]},"title":"Rancang Bangun Kunci Pintu Otomatis Sistem RFID Berbasis Arduino di Ruangan Laboratorium","type":"article-journal"},"uris":["http://www.mendeley.com/documents/?uuid=a846a75c-b090-40c9-b6f5-7cc3e59896a2"]}],"mendeley":{"formattedCitation":"[5]","plainTextFormattedCitation":"[5]","previouslyFormattedCitation":"[5]"},"properties":{"noteIndex":0},"schema":"https://github.com/citation-style-language/schema/raw/master/csl-citation.json"}</w:instrText>
      </w:r>
      <w:r w:rsidR="00D03C71">
        <w:rPr>
          <w:bCs/>
        </w:rPr>
        <w:fldChar w:fldCharType="separate"/>
      </w:r>
      <w:r w:rsidR="00D03C71" w:rsidRPr="00D03C71">
        <w:rPr>
          <w:bCs/>
          <w:noProof/>
        </w:rPr>
        <w:t>[5]</w:t>
      </w:r>
      <w:r w:rsidR="00D03C71">
        <w:rPr>
          <w:bCs/>
        </w:rPr>
        <w:fldChar w:fldCharType="end"/>
      </w:r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melakukan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penelitian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mengenai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rancang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bangun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kunci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pintu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otomatis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sistem</w:t>
      </w:r>
      <w:proofErr w:type="spellEnd"/>
      <w:r w:rsidRPr="00335E4C">
        <w:rPr>
          <w:bCs/>
        </w:rPr>
        <w:t xml:space="preserve"> RFID </w:t>
      </w:r>
      <w:proofErr w:type="spellStart"/>
      <w:r w:rsidRPr="00335E4C">
        <w:rPr>
          <w:bCs/>
        </w:rPr>
        <w:t>berbasis</w:t>
      </w:r>
      <w:proofErr w:type="spellEnd"/>
      <w:r w:rsidRPr="00335E4C">
        <w:rPr>
          <w:bCs/>
        </w:rPr>
        <w:t xml:space="preserve"> Arduino di </w:t>
      </w:r>
      <w:proofErr w:type="spellStart"/>
      <w:r w:rsidRPr="00335E4C">
        <w:rPr>
          <w:bCs/>
        </w:rPr>
        <w:t>ruangan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laboratorium</w:t>
      </w:r>
      <w:proofErr w:type="spellEnd"/>
      <w:r w:rsidRPr="00335E4C">
        <w:rPr>
          <w:bCs/>
        </w:rPr>
        <w:t xml:space="preserve">. </w:t>
      </w:r>
      <w:proofErr w:type="spellStart"/>
      <w:r w:rsidRPr="00335E4C">
        <w:rPr>
          <w:bCs/>
        </w:rPr>
        <w:t>Penelitian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ini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menggunakan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metode</w:t>
      </w:r>
      <w:proofErr w:type="spellEnd"/>
      <w:r w:rsidRPr="00335E4C">
        <w:rPr>
          <w:bCs/>
        </w:rPr>
        <w:t xml:space="preserve"> Literature Study dan </w:t>
      </w:r>
      <w:proofErr w:type="spellStart"/>
      <w:r w:rsidRPr="00335E4C">
        <w:rPr>
          <w:bCs/>
        </w:rPr>
        <w:t>dilakukan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dalam</w:t>
      </w:r>
      <w:proofErr w:type="spellEnd"/>
      <w:r w:rsidRPr="00335E4C">
        <w:rPr>
          <w:bCs/>
        </w:rPr>
        <w:t xml:space="preserve"> 9 </w:t>
      </w:r>
      <w:proofErr w:type="spellStart"/>
      <w:r w:rsidRPr="00335E4C">
        <w:rPr>
          <w:bCs/>
        </w:rPr>
        <w:t>tahap</w:t>
      </w:r>
      <w:proofErr w:type="spellEnd"/>
      <w:r w:rsidRPr="00335E4C">
        <w:rPr>
          <w:bCs/>
        </w:rPr>
        <w:t xml:space="preserve">. Hasil </w:t>
      </w:r>
      <w:proofErr w:type="spellStart"/>
      <w:r w:rsidRPr="00335E4C">
        <w:rPr>
          <w:bCs/>
        </w:rPr>
        <w:t>pengujian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menunjukkan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bahwa</w:t>
      </w:r>
      <w:proofErr w:type="spellEnd"/>
      <w:r w:rsidRPr="00335E4C">
        <w:rPr>
          <w:bCs/>
        </w:rPr>
        <w:t xml:space="preserve"> RFID reader </w:t>
      </w:r>
      <w:proofErr w:type="spellStart"/>
      <w:r w:rsidRPr="00335E4C">
        <w:rPr>
          <w:bCs/>
        </w:rPr>
        <w:t>dengan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frekuensi</w:t>
      </w:r>
      <w:proofErr w:type="spellEnd"/>
      <w:r w:rsidRPr="00335E4C">
        <w:rPr>
          <w:bCs/>
        </w:rPr>
        <w:t xml:space="preserve"> 13,56 MHz </w:t>
      </w:r>
      <w:proofErr w:type="spellStart"/>
      <w:r w:rsidRPr="00335E4C">
        <w:rPr>
          <w:bCs/>
        </w:rPr>
        <w:t>dapat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membaca</w:t>
      </w:r>
      <w:proofErr w:type="spellEnd"/>
      <w:r w:rsidRPr="00335E4C">
        <w:rPr>
          <w:bCs/>
        </w:rPr>
        <w:t xml:space="preserve"> ID tag </w:t>
      </w:r>
      <w:proofErr w:type="spellStart"/>
      <w:r w:rsidRPr="00335E4C">
        <w:rPr>
          <w:bCs/>
        </w:rPr>
        <w:t>dengan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jarak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maksimal</w:t>
      </w:r>
      <w:proofErr w:type="spellEnd"/>
      <w:r w:rsidRPr="00335E4C">
        <w:rPr>
          <w:bCs/>
        </w:rPr>
        <w:t xml:space="preserve"> 1,8 cm. Solenoid </w:t>
      </w:r>
      <w:proofErr w:type="spellStart"/>
      <w:r w:rsidRPr="00335E4C">
        <w:rPr>
          <w:bCs/>
        </w:rPr>
        <w:t>dapat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membuka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kunci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jika</w:t>
      </w:r>
      <w:proofErr w:type="spellEnd"/>
      <w:r w:rsidRPr="00335E4C">
        <w:rPr>
          <w:bCs/>
        </w:rPr>
        <w:t xml:space="preserve"> ID tag </w:t>
      </w:r>
      <w:proofErr w:type="spellStart"/>
      <w:r w:rsidRPr="00335E4C">
        <w:rPr>
          <w:bCs/>
        </w:rPr>
        <w:t>cocok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dengan</w:t>
      </w:r>
      <w:proofErr w:type="spellEnd"/>
      <w:r w:rsidRPr="00335E4C">
        <w:rPr>
          <w:bCs/>
        </w:rPr>
        <w:t xml:space="preserve"> data yang </w:t>
      </w:r>
      <w:proofErr w:type="spellStart"/>
      <w:r w:rsidRPr="00335E4C">
        <w:rPr>
          <w:bCs/>
        </w:rPr>
        <w:t>tersimpan</w:t>
      </w:r>
      <w:proofErr w:type="spellEnd"/>
      <w:r w:rsidRPr="00335E4C">
        <w:rPr>
          <w:bCs/>
        </w:rPr>
        <w:t xml:space="preserve"> di Arduino Nano.</w:t>
      </w:r>
    </w:p>
    <w:p w14:paraId="47F3AB0D" w14:textId="0C9E44E8" w:rsidR="00D03C71" w:rsidRDefault="00335E4C" w:rsidP="00D03C71">
      <w:pPr>
        <w:ind w:firstLine="720"/>
        <w:rPr>
          <w:bCs/>
        </w:rPr>
      </w:pPr>
      <w:r w:rsidRPr="00335E4C">
        <w:rPr>
          <w:bCs/>
        </w:rPr>
        <w:t xml:space="preserve">Ilham et al. </w:t>
      </w:r>
      <w:r w:rsidR="00D03C71">
        <w:rPr>
          <w:bCs/>
        </w:rPr>
        <w:fldChar w:fldCharType="begin" w:fldLock="1"/>
      </w:r>
      <w:r w:rsidR="00D03C71">
        <w:rPr>
          <w:bCs/>
        </w:rPr>
        <w:instrText>ADDIN CSL_CITATION {"citationItems":[{"id":"ITEM-1","itemData":{"author":[{"dropping-particle":"","family":"M. Ilham, R. Wijaya","given":"and S. Putri","non-dropping-particle":"","parse-names":false,"suffix":""}],"container-title":"Jurnal Teknologi dan Sistem Informasi","id":"ITEM-1","issued":{"date-parts":[["2024"]]},"title":"Desain Sistem Keamanan Pintu Menggunakan Sensor RFID Berbasis Arduino Uno","type":"article-journal"},"uris":["http://www.mendeley.com/documents/?uuid=2f180726-c91b-4540-8478-fbe0bb1f48f7"]}],"mendeley":{"formattedCitation":"[6]","plainTextFormattedCitation":"[6]","previouslyFormattedCitation":"[6]"},"properties":{"noteIndex":0},"schema":"https://github.com/citation-style-language/schema/raw/master/csl-citation.json"}</w:instrText>
      </w:r>
      <w:r w:rsidR="00D03C71">
        <w:rPr>
          <w:bCs/>
        </w:rPr>
        <w:fldChar w:fldCharType="separate"/>
      </w:r>
      <w:r w:rsidR="00D03C71" w:rsidRPr="00D03C71">
        <w:rPr>
          <w:bCs/>
          <w:noProof/>
        </w:rPr>
        <w:t>[6]</w:t>
      </w:r>
      <w:r w:rsidR="00D03C71">
        <w:rPr>
          <w:bCs/>
        </w:rPr>
        <w:fldChar w:fldCharType="end"/>
      </w:r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melakukan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penelitian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tentang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desain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sistem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keamanan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pintu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menggunakan</w:t>
      </w:r>
      <w:proofErr w:type="spellEnd"/>
      <w:r w:rsidRPr="00335E4C">
        <w:rPr>
          <w:bCs/>
        </w:rPr>
        <w:t xml:space="preserve"> sensor RFID </w:t>
      </w:r>
      <w:proofErr w:type="spellStart"/>
      <w:r w:rsidRPr="00335E4C">
        <w:rPr>
          <w:bCs/>
        </w:rPr>
        <w:t>berbasis</w:t>
      </w:r>
      <w:proofErr w:type="spellEnd"/>
      <w:r w:rsidRPr="00335E4C">
        <w:rPr>
          <w:bCs/>
        </w:rPr>
        <w:t xml:space="preserve"> Arduino Uno. Hasil </w:t>
      </w:r>
      <w:proofErr w:type="spellStart"/>
      <w:r w:rsidRPr="00335E4C">
        <w:rPr>
          <w:bCs/>
        </w:rPr>
        <w:t>penelitian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menunjukkan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bahwa</w:t>
      </w:r>
      <w:proofErr w:type="spellEnd"/>
      <w:r w:rsidRPr="00335E4C">
        <w:rPr>
          <w:bCs/>
        </w:rPr>
        <w:t xml:space="preserve"> prototype </w:t>
      </w:r>
      <w:proofErr w:type="spellStart"/>
      <w:r w:rsidRPr="00335E4C">
        <w:rPr>
          <w:bCs/>
        </w:rPr>
        <w:t>kunci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pintu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menggunakan</w:t>
      </w:r>
      <w:proofErr w:type="spellEnd"/>
      <w:r w:rsidRPr="00335E4C">
        <w:rPr>
          <w:bCs/>
        </w:rPr>
        <w:t xml:space="preserve"> sensor RFID </w:t>
      </w:r>
      <w:proofErr w:type="spellStart"/>
      <w:r w:rsidRPr="00335E4C">
        <w:rPr>
          <w:bCs/>
        </w:rPr>
        <w:t>dapat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berjalan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tanpa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kesalahan</w:t>
      </w:r>
      <w:proofErr w:type="spellEnd"/>
      <w:r w:rsidRPr="00335E4C">
        <w:rPr>
          <w:bCs/>
        </w:rPr>
        <w:t xml:space="preserve">. Sensor RFID </w:t>
      </w:r>
      <w:proofErr w:type="spellStart"/>
      <w:r w:rsidRPr="00335E4C">
        <w:rPr>
          <w:bCs/>
        </w:rPr>
        <w:t>mampu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bekerja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dengan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mendeteksi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kode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atau</w:t>
      </w:r>
      <w:proofErr w:type="spellEnd"/>
      <w:r w:rsidRPr="00335E4C">
        <w:rPr>
          <w:bCs/>
        </w:rPr>
        <w:t xml:space="preserve"> ID </w:t>
      </w:r>
      <w:proofErr w:type="spellStart"/>
      <w:r w:rsidRPr="00335E4C">
        <w:rPr>
          <w:bCs/>
        </w:rPr>
        <w:t>menggunakan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kartu</w:t>
      </w:r>
      <w:proofErr w:type="spellEnd"/>
      <w:r w:rsidRPr="00335E4C">
        <w:rPr>
          <w:bCs/>
        </w:rPr>
        <w:t xml:space="preserve"> yang </w:t>
      </w:r>
      <w:proofErr w:type="spellStart"/>
      <w:r w:rsidRPr="00335E4C">
        <w:rPr>
          <w:bCs/>
        </w:rPr>
        <w:t>ditempelkan</w:t>
      </w:r>
      <w:proofErr w:type="spellEnd"/>
      <w:r w:rsidRPr="00335E4C">
        <w:rPr>
          <w:bCs/>
        </w:rPr>
        <w:t xml:space="preserve"> pada reader </w:t>
      </w:r>
      <w:proofErr w:type="spellStart"/>
      <w:r w:rsidRPr="00335E4C">
        <w:rPr>
          <w:bCs/>
        </w:rPr>
        <w:t>dengan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jarak</w:t>
      </w:r>
      <w:proofErr w:type="spellEnd"/>
      <w:r w:rsidRPr="00335E4C">
        <w:rPr>
          <w:bCs/>
        </w:rPr>
        <w:t xml:space="preserve"> 3 cm, dan reader </w:t>
      </w:r>
      <w:proofErr w:type="spellStart"/>
      <w:r w:rsidRPr="00335E4C">
        <w:rPr>
          <w:bCs/>
        </w:rPr>
        <w:t>akan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mendeteksi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kartu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selama</w:t>
      </w:r>
      <w:proofErr w:type="spellEnd"/>
      <w:r w:rsidRPr="00335E4C">
        <w:rPr>
          <w:bCs/>
        </w:rPr>
        <w:t xml:space="preserve"> </w:t>
      </w:r>
      <w:r w:rsidR="003D36B2">
        <w:rPr>
          <w:bCs/>
        </w:rPr>
        <w:t>3</w:t>
      </w:r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detik</w:t>
      </w:r>
      <w:proofErr w:type="spellEnd"/>
      <w:r w:rsidRPr="00335E4C">
        <w:rPr>
          <w:bCs/>
        </w:rPr>
        <w:t>.</w:t>
      </w:r>
    </w:p>
    <w:p w14:paraId="70731AE7" w14:textId="2616CE3B" w:rsidR="00335E4C" w:rsidRPr="00335E4C" w:rsidRDefault="00335E4C" w:rsidP="00D03C71">
      <w:pPr>
        <w:ind w:firstLine="720"/>
        <w:rPr>
          <w:bCs/>
        </w:rPr>
      </w:pPr>
      <w:r w:rsidRPr="00335E4C">
        <w:rPr>
          <w:bCs/>
        </w:rPr>
        <w:t xml:space="preserve">Saputra dan </w:t>
      </w:r>
      <w:proofErr w:type="spellStart"/>
      <w:r w:rsidRPr="00335E4C">
        <w:rPr>
          <w:bCs/>
        </w:rPr>
        <w:t>Meilinda</w:t>
      </w:r>
      <w:proofErr w:type="spellEnd"/>
      <w:r w:rsidRPr="00335E4C">
        <w:rPr>
          <w:bCs/>
        </w:rPr>
        <w:t xml:space="preserve"> </w:t>
      </w:r>
      <w:r w:rsidR="00D03C71">
        <w:rPr>
          <w:bCs/>
        </w:rPr>
        <w:fldChar w:fldCharType="begin" w:fldLock="1"/>
      </w:r>
      <w:r w:rsidR="00D03C71">
        <w:rPr>
          <w:bCs/>
        </w:rPr>
        <w:instrText>ADDIN CSL_CITATION {"citationItems":[{"id":"ITEM-1","itemData":{"author":[{"dropping-particle":"","family":"Meilinda","given":"R. Saputra and M.","non-dropping-particle":"","parse-names":false,"suffix":""}],"container-title":"Jurnal Teknik Informatik","id":"ITEM-1","issued":{"date-parts":[["2023"]]},"title":"Sistem Pengaman Pintu Gudang Menggunakan Metode R&amp;D Berbasis RFID Mikrokontroler Arduino Uno","type":"article-journal"},"uris":["http://www.mendeley.com/documents/?uuid=99f64dab-d2d8-4f31-b98c-7fe2c9422162"]}],"mendeley":{"formattedCitation":"[3]","plainTextFormattedCitation":"[3]","previouslyFormattedCitation":"[3]"},"properties":{"noteIndex":0},"schema":"https://github.com/citation-style-language/schema/raw/master/csl-citation.json"}</w:instrText>
      </w:r>
      <w:r w:rsidR="00D03C71">
        <w:rPr>
          <w:bCs/>
        </w:rPr>
        <w:fldChar w:fldCharType="separate"/>
      </w:r>
      <w:r w:rsidR="00D03C71" w:rsidRPr="00D03C71">
        <w:rPr>
          <w:bCs/>
          <w:noProof/>
        </w:rPr>
        <w:t>[3]</w:t>
      </w:r>
      <w:r w:rsidR="00D03C71">
        <w:rPr>
          <w:bCs/>
        </w:rPr>
        <w:fldChar w:fldCharType="end"/>
      </w:r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mengembangkan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sistem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pengaman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pintu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gudang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menggunakan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metode</w:t>
      </w:r>
      <w:proofErr w:type="spellEnd"/>
      <w:r w:rsidRPr="00335E4C">
        <w:rPr>
          <w:bCs/>
        </w:rPr>
        <w:t xml:space="preserve"> R&amp;D </w:t>
      </w:r>
      <w:proofErr w:type="spellStart"/>
      <w:r w:rsidRPr="00335E4C">
        <w:rPr>
          <w:bCs/>
        </w:rPr>
        <w:t>berbasis</w:t>
      </w:r>
      <w:proofErr w:type="spellEnd"/>
      <w:r w:rsidRPr="00335E4C">
        <w:rPr>
          <w:bCs/>
        </w:rPr>
        <w:t xml:space="preserve"> RFID </w:t>
      </w:r>
      <w:proofErr w:type="spellStart"/>
      <w:r w:rsidRPr="00335E4C">
        <w:rPr>
          <w:bCs/>
        </w:rPr>
        <w:t>mikrokontroler</w:t>
      </w:r>
      <w:proofErr w:type="spellEnd"/>
      <w:r w:rsidRPr="00335E4C">
        <w:rPr>
          <w:bCs/>
        </w:rPr>
        <w:t xml:space="preserve"> Arduino Uno. </w:t>
      </w:r>
      <w:proofErr w:type="spellStart"/>
      <w:r w:rsidRPr="00335E4C">
        <w:rPr>
          <w:bCs/>
        </w:rPr>
        <w:t>Sistem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ini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menggunakan</w:t>
      </w:r>
      <w:proofErr w:type="spellEnd"/>
      <w:r w:rsidRPr="00335E4C">
        <w:rPr>
          <w:bCs/>
        </w:rPr>
        <w:t xml:space="preserve"> RFID </w:t>
      </w:r>
      <w:proofErr w:type="spellStart"/>
      <w:r w:rsidRPr="00335E4C">
        <w:rPr>
          <w:bCs/>
        </w:rPr>
        <w:t>sebagai</w:t>
      </w:r>
      <w:proofErr w:type="spellEnd"/>
      <w:r w:rsidRPr="00335E4C">
        <w:rPr>
          <w:bCs/>
        </w:rPr>
        <w:t xml:space="preserve"> media </w:t>
      </w:r>
      <w:proofErr w:type="spellStart"/>
      <w:r w:rsidRPr="00335E4C">
        <w:rPr>
          <w:bCs/>
        </w:rPr>
        <w:t>autentikasi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untuk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membuka</w:t>
      </w:r>
      <w:proofErr w:type="spellEnd"/>
      <w:r w:rsidRPr="00335E4C">
        <w:rPr>
          <w:bCs/>
        </w:rPr>
        <w:t xml:space="preserve"> dan </w:t>
      </w:r>
      <w:proofErr w:type="spellStart"/>
      <w:r w:rsidRPr="00335E4C">
        <w:rPr>
          <w:bCs/>
        </w:rPr>
        <w:t>menutup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pintu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gudang</w:t>
      </w:r>
      <w:proofErr w:type="spellEnd"/>
      <w:r w:rsidRPr="00335E4C">
        <w:rPr>
          <w:bCs/>
        </w:rPr>
        <w:t xml:space="preserve">. Hasil </w:t>
      </w:r>
      <w:proofErr w:type="spellStart"/>
      <w:r w:rsidRPr="00335E4C">
        <w:rPr>
          <w:bCs/>
        </w:rPr>
        <w:t>pengujian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menunjukkan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bahwa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sistem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dapat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berjalan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dengan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baik</w:t>
      </w:r>
      <w:proofErr w:type="spellEnd"/>
      <w:r w:rsidRPr="00335E4C">
        <w:rPr>
          <w:bCs/>
        </w:rPr>
        <w:t xml:space="preserve"> dan </w:t>
      </w:r>
      <w:proofErr w:type="spellStart"/>
      <w:r w:rsidRPr="00335E4C">
        <w:rPr>
          <w:bCs/>
        </w:rPr>
        <w:t>efektif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dalam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membatasi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akses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ke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ruangan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gudang</w:t>
      </w:r>
      <w:proofErr w:type="spellEnd"/>
      <w:r w:rsidRPr="00335E4C">
        <w:rPr>
          <w:bCs/>
        </w:rPr>
        <w:t>.</w:t>
      </w:r>
    </w:p>
    <w:p w14:paraId="0ADBFAD8" w14:textId="77777777" w:rsidR="00335E4C" w:rsidRPr="00335E4C" w:rsidRDefault="00335E4C" w:rsidP="00335E4C">
      <w:pPr>
        <w:pStyle w:val="Heading2"/>
      </w:pPr>
      <w:bookmarkStart w:id="19" w:name="_Toc233318705"/>
      <w:r w:rsidRPr="00335E4C">
        <w:t xml:space="preserve">2.2 </w:t>
      </w:r>
      <w:proofErr w:type="spellStart"/>
      <w:r w:rsidRPr="00335E4C">
        <w:t>Kerangka</w:t>
      </w:r>
      <w:proofErr w:type="spellEnd"/>
      <w:r w:rsidRPr="00335E4C">
        <w:t xml:space="preserve"> </w:t>
      </w:r>
      <w:proofErr w:type="spellStart"/>
      <w:r w:rsidRPr="00335E4C">
        <w:t>Pikir</w:t>
      </w:r>
      <w:proofErr w:type="spellEnd"/>
      <w:r w:rsidRPr="00335E4C">
        <w:t xml:space="preserve"> </w:t>
      </w:r>
      <w:proofErr w:type="spellStart"/>
      <w:r w:rsidRPr="00335E4C">
        <w:t>Teoritis</w:t>
      </w:r>
      <w:bookmarkEnd w:id="19"/>
      <w:proofErr w:type="spellEnd"/>
    </w:p>
    <w:p w14:paraId="3432EBBD" w14:textId="77777777" w:rsidR="00335E4C" w:rsidRPr="00335E4C" w:rsidRDefault="00335E4C" w:rsidP="00D03C71">
      <w:pPr>
        <w:ind w:firstLine="720"/>
        <w:rPr>
          <w:bCs/>
        </w:rPr>
      </w:pPr>
      <w:proofErr w:type="spellStart"/>
      <w:r w:rsidRPr="00335E4C">
        <w:rPr>
          <w:bCs/>
        </w:rPr>
        <w:t>Kerangka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pikir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teoritis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dalam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pelaksanaan</w:t>
      </w:r>
      <w:proofErr w:type="spellEnd"/>
      <w:r w:rsidRPr="00335E4C">
        <w:rPr>
          <w:bCs/>
        </w:rPr>
        <w:t xml:space="preserve"> PKL/</w:t>
      </w:r>
      <w:proofErr w:type="spellStart"/>
      <w:r w:rsidRPr="00335E4C">
        <w:rPr>
          <w:bCs/>
        </w:rPr>
        <w:t>Magang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ini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menggambarkan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alur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pemikiran</w:t>
      </w:r>
      <w:proofErr w:type="spellEnd"/>
      <w:r w:rsidRPr="00335E4C">
        <w:rPr>
          <w:bCs/>
        </w:rPr>
        <w:t xml:space="preserve"> yang </w:t>
      </w:r>
      <w:proofErr w:type="spellStart"/>
      <w:r w:rsidRPr="00335E4C">
        <w:rPr>
          <w:bCs/>
        </w:rPr>
        <w:t>menghubungkan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antara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teori</w:t>
      </w:r>
      <w:proofErr w:type="spellEnd"/>
      <w:r w:rsidRPr="00335E4C">
        <w:rPr>
          <w:bCs/>
        </w:rPr>
        <w:t xml:space="preserve">, </w:t>
      </w:r>
      <w:proofErr w:type="spellStart"/>
      <w:r w:rsidRPr="00335E4C">
        <w:rPr>
          <w:bCs/>
        </w:rPr>
        <w:t>permasalahan</w:t>
      </w:r>
      <w:proofErr w:type="spellEnd"/>
      <w:r w:rsidRPr="00335E4C">
        <w:rPr>
          <w:bCs/>
        </w:rPr>
        <w:t xml:space="preserve">, </w:t>
      </w:r>
      <w:proofErr w:type="spellStart"/>
      <w:r w:rsidRPr="00335E4C">
        <w:rPr>
          <w:bCs/>
        </w:rPr>
        <w:t>objek</w:t>
      </w:r>
      <w:proofErr w:type="spellEnd"/>
      <w:r w:rsidRPr="00335E4C">
        <w:rPr>
          <w:bCs/>
        </w:rPr>
        <w:t xml:space="preserve"> PKL/</w:t>
      </w:r>
      <w:proofErr w:type="spellStart"/>
      <w:r w:rsidRPr="00335E4C">
        <w:rPr>
          <w:bCs/>
        </w:rPr>
        <w:t>Magang</w:t>
      </w:r>
      <w:proofErr w:type="spellEnd"/>
      <w:r w:rsidRPr="00335E4C">
        <w:rPr>
          <w:bCs/>
        </w:rPr>
        <w:t xml:space="preserve">, </w:t>
      </w:r>
      <w:proofErr w:type="spellStart"/>
      <w:r w:rsidRPr="00335E4C">
        <w:rPr>
          <w:bCs/>
        </w:rPr>
        <w:t>jenis</w:t>
      </w:r>
      <w:proofErr w:type="spellEnd"/>
      <w:r w:rsidRPr="00335E4C">
        <w:rPr>
          <w:bCs/>
        </w:rPr>
        <w:t xml:space="preserve"> data, </w:t>
      </w:r>
      <w:proofErr w:type="spellStart"/>
      <w:r w:rsidRPr="00335E4C">
        <w:rPr>
          <w:bCs/>
        </w:rPr>
        <w:t>metode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pengumpulan</w:t>
      </w:r>
      <w:proofErr w:type="spellEnd"/>
      <w:r w:rsidRPr="00335E4C">
        <w:rPr>
          <w:bCs/>
        </w:rPr>
        <w:t xml:space="preserve"> data, dan </w:t>
      </w:r>
      <w:proofErr w:type="spellStart"/>
      <w:r w:rsidRPr="00335E4C">
        <w:rPr>
          <w:bCs/>
        </w:rPr>
        <w:t>teknik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analisis</w:t>
      </w:r>
      <w:proofErr w:type="spellEnd"/>
      <w:r w:rsidRPr="00335E4C">
        <w:rPr>
          <w:bCs/>
        </w:rPr>
        <w:t xml:space="preserve"> data. </w:t>
      </w:r>
      <w:proofErr w:type="spellStart"/>
      <w:r w:rsidRPr="00335E4C">
        <w:rPr>
          <w:bCs/>
        </w:rPr>
        <w:t>Berdasarkan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kajian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pustaka</w:t>
      </w:r>
      <w:proofErr w:type="spellEnd"/>
      <w:r w:rsidRPr="00335E4C">
        <w:rPr>
          <w:bCs/>
        </w:rPr>
        <w:t xml:space="preserve"> yang </w:t>
      </w:r>
      <w:proofErr w:type="spellStart"/>
      <w:r w:rsidRPr="00335E4C">
        <w:rPr>
          <w:bCs/>
        </w:rPr>
        <w:t>telah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dilakukan</w:t>
      </w:r>
      <w:proofErr w:type="spellEnd"/>
      <w:r w:rsidRPr="00335E4C">
        <w:rPr>
          <w:bCs/>
        </w:rPr>
        <w:t xml:space="preserve">, </w:t>
      </w:r>
      <w:proofErr w:type="spellStart"/>
      <w:r w:rsidRPr="00335E4C">
        <w:rPr>
          <w:bCs/>
        </w:rPr>
        <w:t>teori</w:t>
      </w:r>
      <w:proofErr w:type="spellEnd"/>
      <w:r w:rsidRPr="00335E4C">
        <w:rPr>
          <w:bCs/>
        </w:rPr>
        <w:t xml:space="preserve"> yang </w:t>
      </w:r>
      <w:proofErr w:type="spellStart"/>
      <w:r w:rsidRPr="00335E4C">
        <w:rPr>
          <w:bCs/>
        </w:rPr>
        <w:t>digunakan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meliputi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teknologi</w:t>
      </w:r>
      <w:proofErr w:type="spellEnd"/>
      <w:r w:rsidRPr="00335E4C">
        <w:rPr>
          <w:bCs/>
        </w:rPr>
        <w:t xml:space="preserve"> RFID, </w:t>
      </w:r>
      <w:proofErr w:type="spellStart"/>
      <w:r w:rsidRPr="00335E4C">
        <w:rPr>
          <w:bCs/>
        </w:rPr>
        <w:t>mikrokontroler</w:t>
      </w:r>
      <w:proofErr w:type="spellEnd"/>
      <w:r w:rsidRPr="00335E4C">
        <w:rPr>
          <w:bCs/>
        </w:rPr>
        <w:t xml:space="preserve"> Arduino Uno, dan solenoid door lock.</w:t>
      </w:r>
    </w:p>
    <w:p w14:paraId="5402CEFA" w14:textId="208A7F23" w:rsidR="006512E0" w:rsidRPr="00335E4C" w:rsidRDefault="00335E4C" w:rsidP="00D03C71">
      <w:pPr>
        <w:ind w:firstLine="720"/>
        <w:rPr>
          <w:bCs/>
        </w:rPr>
      </w:pPr>
      <w:proofErr w:type="spellStart"/>
      <w:r w:rsidRPr="00335E4C">
        <w:rPr>
          <w:bCs/>
        </w:rPr>
        <w:t>Permasalahan</w:t>
      </w:r>
      <w:proofErr w:type="spellEnd"/>
      <w:r w:rsidRPr="00335E4C">
        <w:rPr>
          <w:bCs/>
        </w:rPr>
        <w:t xml:space="preserve"> yang </w:t>
      </w:r>
      <w:proofErr w:type="spellStart"/>
      <w:r w:rsidRPr="00335E4C">
        <w:rPr>
          <w:bCs/>
        </w:rPr>
        <w:t>diidentifikasi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adalah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keamanan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akses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ruangan</w:t>
      </w:r>
      <w:proofErr w:type="spellEnd"/>
      <w:r w:rsidRPr="00335E4C">
        <w:rPr>
          <w:bCs/>
        </w:rPr>
        <w:t xml:space="preserve"> di </w:t>
      </w:r>
      <w:proofErr w:type="spellStart"/>
      <w:r w:rsidRPr="00335E4C">
        <w:rPr>
          <w:bCs/>
        </w:rPr>
        <w:t>instansi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masih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menggunakan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kunci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konvensional</w:t>
      </w:r>
      <w:proofErr w:type="spellEnd"/>
      <w:r w:rsidRPr="00335E4C">
        <w:rPr>
          <w:bCs/>
        </w:rPr>
        <w:t xml:space="preserve"> yang </w:t>
      </w:r>
      <w:proofErr w:type="spellStart"/>
      <w:r w:rsidRPr="00335E4C">
        <w:rPr>
          <w:bCs/>
        </w:rPr>
        <w:t>rentan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terhadap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duplikasi</w:t>
      </w:r>
      <w:proofErr w:type="spellEnd"/>
      <w:r w:rsidRPr="00335E4C">
        <w:rPr>
          <w:bCs/>
        </w:rPr>
        <w:t xml:space="preserve"> dan </w:t>
      </w:r>
      <w:proofErr w:type="spellStart"/>
      <w:r w:rsidRPr="00335E4C">
        <w:rPr>
          <w:bCs/>
        </w:rPr>
        <w:t>akses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tidak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terkontrol</w:t>
      </w:r>
      <w:proofErr w:type="spellEnd"/>
      <w:r w:rsidRPr="00335E4C">
        <w:rPr>
          <w:bCs/>
        </w:rPr>
        <w:t xml:space="preserve">. </w:t>
      </w:r>
      <w:proofErr w:type="spellStart"/>
      <w:r w:rsidRPr="00335E4C">
        <w:rPr>
          <w:bCs/>
        </w:rPr>
        <w:t>Objek</w:t>
      </w:r>
      <w:proofErr w:type="spellEnd"/>
      <w:r w:rsidRPr="00335E4C">
        <w:rPr>
          <w:bCs/>
        </w:rPr>
        <w:t xml:space="preserve"> PKL/</w:t>
      </w:r>
      <w:proofErr w:type="spellStart"/>
      <w:r w:rsidRPr="00335E4C">
        <w:rPr>
          <w:bCs/>
        </w:rPr>
        <w:t>Magang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adalah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sistem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keamanan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akses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ruangan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berbasis</w:t>
      </w:r>
      <w:proofErr w:type="spellEnd"/>
      <w:r w:rsidRPr="00335E4C">
        <w:rPr>
          <w:bCs/>
        </w:rPr>
        <w:t xml:space="preserve"> RFID </w:t>
      </w:r>
      <w:proofErr w:type="spellStart"/>
      <w:r w:rsidRPr="00335E4C">
        <w:rPr>
          <w:bCs/>
        </w:rPr>
        <w:t>dengan</w:t>
      </w:r>
      <w:proofErr w:type="spellEnd"/>
      <w:r w:rsidRPr="00335E4C">
        <w:rPr>
          <w:bCs/>
        </w:rPr>
        <w:t xml:space="preserve"> solenoid door lock </w:t>
      </w:r>
      <w:proofErr w:type="spellStart"/>
      <w:r w:rsidRPr="00335E4C">
        <w:rPr>
          <w:bCs/>
        </w:rPr>
        <w:t>menggunakan</w:t>
      </w:r>
      <w:proofErr w:type="spellEnd"/>
      <w:r w:rsidRPr="00335E4C">
        <w:rPr>
          <w:bCs/>
        </w:rPr>
        <w:t xml:space="preserve"> Arduino Uno. </w:t>
      </w:r>
      <w:proofErr w:type="gramStart"/>
      <w:r w:rsidRPr="00335E4C">
        <w:rPr>
          <w:bCs/>
        </w:rPr>
        <w:t>Jenis</w:t>
      </w:r>
      <w:proofErr w:type="gramEnd"/>
      <w:r w:rsidRPr="00335E4C">
        <w:rPr>
          <w:bCs/>
        </w:rPr>
        <w:t xml:space="preserve"> data yang </w:t>
      </w:r>
      <w:proofErr w:type="spellStart"/>
      <w:r w:rsidRPr="00335E4C">
        <w:rPr>
          <w:bCs/>
        </w:rPr>
        <w:t>dikumpulkan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meliputi</w:t>
      </w:r>
      <w:proofErr w:type="spellEnd"/>
      <w:r w:rsidRPr="00335E4C">
        <w:rPr>
          <w:bCs/>
        </w:rPr>
        <w:t xml:space="preserve"> data primer (</w:t>
      </w:r>
      <w:proofErr w:type="spellStart"/>
      <w:r w:rsidRPr="00335E4C">
        <w:rPr>
          <w:bCs/>
        </w:rPr>
        <w:t>hasil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observasi</w:t>
      </w:r>
      <w:proofErr w:type="spellEnd"/>
      <w:r w:rsidRPr="00335E4C">
        <w:rPr>
          <w:bCs/>
        </w:rPr>
        <w:t xml:space="preserve">, </w:t>
      </w:r>
      <w:proofErr w:type="spellStart"/>
      <w:r w:rsidRPr="00335E4C">
        <w:rPr>
          <w:bCs/>
        </w:rPr>
        <w:t>wawancara</w:t>
      </w:r>
      <w:proofErr w:type="spellEnd"/>
      <w:r w:rsidRPr="00335E4C">
        <w:rPr>
          <w:bCs/>
        </w:rPr>
        <w:t xml:space="preserve">, dan </w:t>
      </w:r>
      <w:proofErr w:type="spellStart"/>
      <w:r w:rsidRPr="00335E4C">
        <w:rPr>
          <w:bCs/>
        </w:rPr>
        <w:t>dokumentasi</w:t>
      </w:r>
      <w:proofErr w:type="spellEnd"/>
      <w:r w:rsidRPr="00335E4C">
        <w:rPr>
          <w:bCs/>
        </w:rPr>
        <w:t xml:space="preserve">) dan data </w:t>
      </w:r>
      <w:proofErr w:type="spellStart"/>
      <w:r w:rsidRPr="00335E4C">
        <w:rPr>
          <w:bCs/>
        </w:rPr>
        <w:t>sekunder</w:t>
      </w:r>
      <w:proofErr w:type="spellEnd"/>
      <w:r w:rsidRPr="00335E4C">
        <w:rPr>
          <w:bCs/>
        </w:rPr>
        <w:t xml:space="preserve"> (</w:t>
      </w:r>
      <w:proofErr w:type="spellStart"/>
      <w:r w:rsidRPr="00335E4C">
        <w:rPr>
          <w:bCs/>
        </w:rPr>
        <w:t>literatur</w:t>
      </w:r>
      <w:proofErr w:type="spellEnd"/>
      <w:r w:rsidRPr="00335E4C">
        <w:rPr>
          <w:bCs/>
        </w:rPr>
        <w:t xml:space="preserve"> dan </w:t>
      </w:r>
      <w:proofErr w:type="spellStart"/>
      <w:r w:rsidRPr="00335E4C">
        <w:rPr>
          <w:bCs/>
        </w:rPr>
        <w:t>referensi</w:t>
      </w:r>
      <w:proofErr w:type="spellEnd"/>
      <w:r w:rsidRPr="00335E4C">
        <w:rPr>
          <w:bCs/>
        </w:rPr>
        <w:t xml:space="preserve">). Metode </w:t>
      </w:r>
      <w:proofErr w:type="spellStart"/>
      <w:r w:rsidRPr="00335E4C">
        <w:rPr>
          <w:bCs/>
        </w:rPr>
        <w:t>pengumpulan</w:t>
      </w:r>
      <w:proofErr w:type="spellEnd"/>
      <w:r w:rsidRPr="00335E4C">
        <w:rPr>
          <w:bCs/>
        </w:rPr>
        <w:t xml:space="preserve"> data </w:t>
      </w:r>
      <w:proofErr w:type="spellStart"/>
      <w:r w:rsidRPr="00335E4C">
        <w:rPr>
          <w:bCs/>
        </w:rPr>
        <w:lastRenderedPageBreak/>
        <w:t>menggunakan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observasi</w:t>
      </w:r>
      <w:proofErr w:type="spellEnd"/>
      <w:r w:rsidRPr="00335E4C">
        <w:rPr>
          <w:bCs/>
        </w:rPr>
        <w:t xml:space="preserve">, </w:t>
      </w:r>
      <w:proofErr w:type="spellStart"/>
      <w:r w:rsidRPr="00335E4C">
        <w:rPr>
          <w:bCs/>
        </w:rPr>
        <w:t>wawancara</w:t>
      </w:r>
      <w:proofErr w:type="spellEnd"/>
      <w:r w:rsidRPr="00335E4C">
        <w:rPr>
          <w:bCs/>
        </w:rPr>
        <w:t xml:space="preserve">, dan </w:t>
      </w:r>
      <w:proofErr w:type="spellStart"/>
      <w:r w:rsidRPr="00335E4C">
        <w:rPr>
          <w:bCs/>
        </w:rPr>
        <w:t>dokumentasi</w:t>
      </w:r>
      <w:proofErr w:type="spellEnd"/>
      <w:r w:rsidRPr="00335E4C">
        <w:rPr>
          <w:bCs/>
        </w:rPr>
        <w:t xml:space="preserve">. Teknik </w:t>
      </w:r>
      <w:proofErr w:type="spellStart"/>
      <w:r w:rsidRPr="00335E4C">
        <w:rPr>
          <w:bCs/>
        </w:rPr>
        <w:t>analisis</w:t>
      </w:r>
      <w:proofErr w:type="spellEnd"/>
      <w:r w:rsidRPr="00335E4C">
        <w:rPr>
          <w:bCs/>
        </w:rPr>
        <w:t xml:space="preserve"> data </w:t>
      </w:r>
      <w:proofErr w:type="spellStart"/>
      <w:r w:rsidRPr="00335E4C">
        <w:rPr>
          <w:bCs/>
        </w:rPr>
        <w:t>menggunakan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analisis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deskriptif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dengan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menguji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fungsionalitas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sistem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secara</w:t>
      </w:r>
      <w:proofErr w:type="spellEnd"/>
      <w:r w:rsidRPr="00335E4C">
        <w:rPr>
          <w:bCs/>
        </w:rPr>
        <w:t xml:space="preserve"> </w:t>
      </w:r>
      <w:proofErr w:type="spellStart"/>
      <w:r w:rsidRPr="00335E4C">
        <w:rPr>
          <w:bCs/>
        </w:rPr>
        <w:t>langsung</w:t>
      </w:r>
      <w:proofErr w:type="spellEnd"/>
      <w:r w:rsidRPr="00335E4C">
        <w:rPr>
          <w:bCs/>
        </w:rPr>
        <w:t>.</w:t>
      </w:r>
    </w:p>
    <w:p w14:paraId="29A2D38A" w14:textId="77777777" w:rsidR="0007110D" w:rsidRDefault="0007110D">
      <w:pPr>
        <w:spacing w:after="200" w:line="276" w:lineRule="auto"/>
        <w:rPr>
          <w:b/>
        </w:rPr>
      </w:pPr>
      <w:r>
        <w:br w:type="page"/>
      </w:r>
    </w:p>
    <w:p w14:paraId="31865C20" w14:textId="012F2568" w:rsidR="009144C8" w:rsidRDefault="00E246F0" w:rsidP="00335E4C">
      <w:pPr>
        <w:pStyle w:val="Heading1"/>
      </w:pPr>
      <w:bookmarkStart w:id="20" w:name="_Toc233318706"/>
      <w:r>
        <w:lastRenderedPageBreak/>
        <w:t>BAB III</w:t>
      </w:r>
      <w:r w:rsidR="00335E4C">
        <w:br/>
      </w:r>
      <w:r>
        <w:t>METODE PKL/MAGANG</w:t>
      </w:r>
      <w:bookmarkEnd w:id="20"/>
    </w:p>
    <w:p w14:paraId="5DAAAE05" w14:textId="77777777" w:rsidR="00335E4C" w:rsidRDefault="00335E4C" w:rsidP="00335E4C">
      <w:pPr>
        <w:pStyle w:val="Heading2"/>
      </w:pPr>
      <w:bookmarkStart w:id="21" w:name="_Toc233318707"/>
      <w:r>
        <w:t>3.1 Lokasi PKL/</w:t>
      </w:r>
      <w:proofErr w:type="spellStart"/>
      <w:r>
        <w:t>Magang</w:t>
      </w:r>
      <w:bookmarkEnd w:id="21"/>
      <w:proofErr w:type="spellEnd"/>
    </w:p>
    <w:p w14:paraId="77E2EA07" w14:textId="5576F052" w:rsidR="00335E4C" w:rsidRDefault="00335E4C" w:rsidP="00335E4C">
      <w:pPr>
        <w:ind w:firstLine="720"/>
      </w:pPr>
      <w:proofErr w:type="spellStart"/>
      <w:r>
        <w:t>Pelaksanaan</w:t>
      </w:r>
      <w:proofErr w:type="spellEnd"/>
      <w:r>
        <w:t xml:space="preserve"> PKL/</w:t>
      </w:r>
      <w:proofErr w:type="spellStart"/>
      <w:r>
        <w:t>Magang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di </w:t>
      </w:r>
      <w:r w:rsidR="00D86C77" w:rsidRPr="00D86C77">
        <w:t xml:space="preserve">Dinas </w:t>
      </w:r>
      <w:proofErr w:type="spellStart"/>
      <w:r w:rsidR="00D86C77" w:rsidRPr="00D86C77">
        <w:t>Komunikasi</w:t>
      </w:r>
      <w:proofErr w:type="spellEnd"/>
      <w:r w:rsidR="00D86C77" w:rsidRPr="00D86C77">
        <w:t xml:space="preserve"> dan </w:t>
      </w:r>
      <w:proofErr w:type="spellStart"/>
      <w:r w:rsidR="00D86C77" w:rsidRPr="00D86C77">
        <w:t>Informatika</w:t>
      </w:r>
      <w:proofErr w:type="spellEnd"/>
      <w:r w:rsidR="00D86C77" w:rsidRPr="00D86C77">
        <w:t xml:space="preserve"> </w:t>
      </w:r>
      <w:proofErr w:type="spellStart"/>
      <w:r w:rsidR="00D86C77" w:rsidRPr="00D86C77">
        <w:t>Kabupaten</w:t>
      </w:r>
      <w:proofErr w:type="spellEnd"/>
      <w:r w:rsidR="00D86C77" w:rsidRPr="00D86C77">
        <w:t xml:space="preserve"> Tangerang</w:t>
      </w:r>
      <w:r>
        <w:t xml:space="preserve">, yang </w:t>
      </w:r>
      <w:proofErr w:type="spellStart"/>
      <w:r>
        <w:t>beralamat</w:t>
      </w:r>
      <w:proofErr w:type="spellEnd"/>
      <w:r>
        <w:t xml:space="preserve"> di </w:t>
      </w:r>
      <w:r w:rsidR="00D86C77" w:rsidRPr="00D86C77">
        <w:t xml:space="preserve">Smart Building </w:t>
      </w:r>
      <w:proofErr w:type="spellStart"/>
      <w:r w:rsidR="00D86C77" w:rsidRPr="00D86C77">
        <w:t>Kabupaten</w:t>
      </w:r>
      <w:proofErr w:type="spellEnd"/>
      <w:r w:rsidR="00D86C77" w:rsidRPr="00D86C77">
        <w:t xml:space="preserve"> Tangerang, Jl. H. </w:t>
      </w:r>
      <w:proofErr w:type="spellStart"/>
      <w:r w:rsidR="00D86C77" w:rsidRPr="00D86C77">
        <w:t>Somawinata</w:t>
      </w:r>
      <w:proofErr w:type="spellEnd"/>
      <w:r w:rsidR="00D86C77" w:rsidRPr="00D86C77">
        <w:t xml:space="preserve"> No. 1, </w:t>
      </w:r>
      <w:proofErr w:type="spellStart"/>
      <w:r w:rsidR="00D86C77" w:rsidRPr="00D86C77">
        <w:t>Kecamatan</w:t>
      </w:r>
      <w:proofErr w:type="spellEnd"/>
      <w:r w:rsidR="00D86C77" w:rsidRPr="00D86C77">
        <w:t xml:space="preserve"> </w:t>
      </w:r>
      <w:proofErr w:type="spellStart"/>
      <w:r w:rsidR="00D86C77" w:rsidRPr="00D86C77">
        <w:t>Tigaraksa</w:t>
      </w:r>
      <w:proofErr w:type="spellEnd"/>
      <w:r w:rsidR="00D86C77" w:rsidRPr="00D86C77">
        <w:t xml:space="preserve">, </w:t>
      </w:r>
      <w:proofErr w:type="spellStart"/>
      <w:r w:rsidR="00D86C77" w:rsidRPr="00D86C77">
        <w:t>Kabupaten</w:t>
      </w:r>
      <w:proofErr w:type="spellEnd"/>
      <w:r w:rsidR="00D86C77" w:rsidRPr="00D86C77">
        <w:t xml:space="preserve"> Tangerang</w:t>
      </w:r>
      <w:r w:rsidR="00D86C77">
        <w:t xml:space="preserve">, </w:t>
      </w:r>
      <w:proofErr w:type="spellStart"/>
      <w:r w:rsidR="00D86C77">
        <w:t>Pro</w:t>
      </w:r>
      <w:r>
        <w:t>vinsi</w:t>
      </w:r>
      <w:proofErr w:type="spellEnd"/>
      <w:r>
        <w:t xml:space="preserve"> Banten. </w:t>
      </w:r>
      <w:proofErr w:type="spellStart"/>
      <w:r>
        <w:t>Instansi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instansi</w:t>
      </w:r>
      <w:proofErr w:type="spellEnd"/>
      <w:r>
        <w:t xml:space="preserve"> </w:t>
      </w:r>
      <w:proofErr w:type="spellStart"/>
      <w:r>
        <w:t>pemerintah</w:t>
      </w:r>
      <w:proofErr w:type="spellEnd"/>
      <w:r>
        <w:t xml:space="preserve"> </w:t>
      </w:r>
      <w:proofErr w:type="spellStart"/>
      <w:r>
        <w:t>daerah</w:t>
      </w:r>
      <w:proofErr w:type="spellEnd"/>
      <w:r>
        <w:t xml:space="preserve"> yang </w:t>
      </w:r>
      <w:proofErr w:type="spellStart"/>
      <w:r>
        <w:t>menangani</w:t>
      </w:r>
      <w:proofErr w:type="spellEnd"/>
      <w:r>
        <w:t xml:space="preserve"> </w:t>
      </w:r>
      <w:proofErr w:type="spellStart"/>
      <w:r>
        <w:t>berbagai</w:t>
      </w:r>
      <w:proofErr w:type="spellEnd"/>
      <w:r>
        <w:t xml:space="preserve"> </w:t>
      </w:r>
      <w:proofErr w:type="spellStart"/>
      <w:r>
        <w:t>urusan</w:t>
      </w:r>
      <w:proofErr w:type="spellEnd"/>
      <w:r>
        <w:t xml:space="preserve"> </w:t>
      </w:r>
      <w:proofErr w:type="spellStart"/>
      <w:r>
        <w:t>pemerintahan</w:t>
      </w:r>
      <w:proofErr w:type="spellEnd"/>
      <w:r>
        <w:t xml:space="preserve"> dan </w:t>
      </w:r>
      <w:proofErr w:type="spellStart"/>
      <w:r>
        <w:t>pelayanan</w:t>
      </w:r>
      <w:proofErr w:type="spellEnd"/>
      <w:r>
        <w:t xml:space="preserve"> </w:t>
      </w:r>
      <w:proofErr w:type="spellStart"/>
      <w:r>
        <w:t>publik</w:t>
      </w:r>
      <w:proofErr w:type="spellEnd"/>
      <w:r>
        <w:t xml:space="preserve">. </w:t>
      </w:r>
      <w:proofErr w:type="spellStart"/>
      <w:r>
        <w:t>Penulis</w:t>
      </w:r>
      <w:proofErr w:type="spellEnd"/>
      <w:r>
        <w:t xml:space="preserve"> </w:t>
      </w:r>
      <w:proofErr w:type="spellStart"/>
      <w:r>
        <w:t>ditempatkan</w:t>
      </w:r>
      <w:proofErr w:type="spellEnd"/>
      <w:r>
        <w:t xml:space="preserve"> di </w:t>
      </w:r>
      <w:proofErr w:type="spellStart"/>
      <w:r>
        <w:t>bagian</w:t>
      </w:r>
      <w:proofErr w:type="spellEnd"/>
      <w:r>
        <w:t xml:space="preserve"> </w:t>
      </w:r>
      <w:proofErr w:type="spellStart"/>
      <w:r w:rsidR="00D86C77">
        <w:t>I</w:t>
      </w:r>
      <w:r w:rsidR="00D86C77" w:rsidRPr="00D86C77">
        <w:t>nformasi</w:t>
      </w:r>
      <w:proofErr w:type="spellEnd"/>
      <w:r w:rsidR="00D86C77" w:rsidRPr="00D86C77">
        <w:t xml:space="preserve"> dan </w:t>
      </w:r>
      <w:proofErr w:type="spellStart"/>
      <w:r w:rsidR="00D86C77" w:rsidRPr="00D86C77">
        <w:t>Komunikasi</w:t>
      </w:r>
      <w:proofErr w:type="spellEnd"/>
      <w:r w:rsidR="00D86C77" w:rsidRPr="00D86C77">
        <w:t xml:space="preserve"> Publik </w:t>
      </w:r>
      <w:r w:rsidR="00D86C77">
        <w:t xml:space="preserve">dan juga </w:t>
      </w:r>
      <w:r w:rsidR="00D86C77" w:rsidRPr="00D86C77">
        <w:t xml:space="preserve">Aplikasi </w:t>
      </w:r>
      <w:proofErr w:type="spellStart"/>
      <w:r w:rsidR="00D86C77" w:rsidRPr="00D86C77">
        <w:t>Informatika</w:t>
      </w:r>
      <w:proofErr w:type="spellEnd"/>
      <w:r>
        <w:t xml:space="preserve">,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bidang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yang </w:t>
      </w:r>
      <w:proofErr w:type="spellStart"/>
      <w:r>
        <w:t>meliputi</w:t>
      </w:r>
      <w:proofErr w:type="spellEnd"/>
      <w:r>
        <w:t xml:space="preserve"> </w:t>
      </w:r>
      <w:proofErr w:type="spellStart"/>
      <w:r>
        <w:t>dokumentasi</w:t>
      </w:r>
      <w:proofErr w:type="spellEnd"/>
      <w:r>
        <w:t xml:space="preserve">, </w:t>
      </w:r>
      <w:proofErr w:type="spellStart"/>
      <w:r>
        <w:t>liputan</w:t>
      </w:r>
      <w:proofErr w:type="spellEnd"/>
      <w:r>
        <w:t xml:space="preserve">, dan </w:t>
      </w:r>
      <w:proofErr w:type="spellStart"/>
      <w:r>
        <w:t>pengembangan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teknologi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. Waktu </w:t>
      </w:r>
      <w:proofErr w:type="spellStart"/>
      <w:r>
        <w:t>pelaksanaan</w:t>
      </w:r>
      <w:proofErr w:type="spellEnd"/>
      <w:r>
        <w:t xml:space="preserve"> PKL/</w:t>
      </w:r>
      <w:proofErr w:type="spellStart"/>
      <w:r>
        <w:t>Magang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selama</w:t>
      </w:r>
      <w:proofErr w:type="spellEnd"/>
      <w:r>
        <w:t xml:space="preserve"> </w:t>
      </w:r>
      <w:r w:rsidR="00C0167E">
        <w:t>6</w:t>
      </w:r>
      <w:r>
        <w:t xml:space="preserve"> </w:t>
      </w:r>
      <w:proofErr w:type="spellStart"/>
      <w:r>
        <w:t>bulan</w:t>
      </w:r>
      <w:proofErr w:type="spellEnd"/>
      <w:r>
        <w:t xml:space="preserve">, </w:t>
      </w:r>
      <w:proofErr w:type="spellStart"/>
      <w:r>
        <w:t>dari</w:t>
      </w:r>
      <w:proofErr w:type="spellEnd"/>
      <w:r>
        <w:t xml:space="preserve"> </w:t>
      </w:r>
      <w:r w:rsidR="00D86C77">
        <w:t xml:space="preserve">20 </w:t>
      </w:r>
      <w:proofErr w:type="spellStart"/>
      <w:r w:rsidR="00D86C77">
        <w:t>Februari</w:t>
      </w:r>
      <w:proofErr w:type="spellEnd"/>
      <w:r w:rsidR="00D86C77">
        <w:t xml:space="preserve"> 2026</w:t>
      </w:r>
      <w:r>
        <w:t xml:space="preserve"> </w:t>
      </w:r>
      <w:proofErr w:type="spellStart"/>
      <w:r>
        <w:t>sampai</w:t>
      </w:r>
      <w:proofErr w:type="spellEnd"/>
      <w:r>
        <w:t xml:space="preserve"> </w:t>
      </w:r>
      <w:r w:rsidR="00D86C77">
        <w:t>20 Juli 2026</w:t>
      </w:r>
      <w:r>
        <w:t>.</w:t>
      </w:r>
    </w:p>
    <w:p w14:paraId="5739042E" w14:textId="77777777" w:rsidR="00335E4C" w:rsidRDefault="00335E4C" w:rsidP="00D86C77">
      <w:pPr>
        <w:pStyle w:val="Heading2"/>
      </w:pPr>
      <w:bookmarkStart w:id="22" w:name="_Toc233318708"/>
      <w:r>
        <w:lastRenderedPageBreak/>
        <w:t xml:space="preserve">3.2 Desain </w:t>
      </w:r>
      <w:proofErr w:type="spellStart"/>
      <w:r>
        <w:t>Pelaksanaan</w:t>
      </w:r>
      <w:proofErr w:type="spellEnd"/>
      <w:r>
        <w:t xml:space="preserve"> PKL/</w:t>
      </w:r>
      <w:proofErr w:type="spellStart"/>
      <w:r>
        <w:t>Magang</w:t>
      </w:r>
      <w:bookmarkEnd w:id="22"/>
      <w:proofErr w:type="spellEnd"/>
    </w:p>
    <w:p w14:paraId="27F4C324" w14:textId="77777777" w:rsidR="00412F9D" w:rsidRPr="00412F9D" w:rsidRDefault="00412F9D" w:rsidP="00412F9D">
      <w:pPr>
        <w:pStyle w:val="Heading2"/>
      </w:pPr>
      <w:bookmarkStart w:id="23" w:name="_Toc233318709"/>
      <w:r w:rsidRPr="00412F9D">
        <w:t xml:space="preserve">Desain </w:t>
      </w:r>
      <w:proofErr w:type="spellStart"/>
      <w:r w:rsidRPr="00412F9D">
        <w:t>pelaksanaan</w:t>
      </w:r>
      <w:proofErr w:type="spellEnd"/>
      <w:r w:rsidRPr="00412F9D">
        <w:t xml:space="preserve"> </w:t>
      </w:r>
      <w:proofErr w:type="spellStart"/>
      <w:r w:rsidRPr="00412F9D">
        <w:t>kegiatan</w:t>
      </w:r>
      <w:proofErr w:type="spellEnd"/>
      <w:r w:rsidRPr="00412F9D">
        <w:t xml:space="preserve"> PKL/</w:t>
      </w:r>
      <w:proofErr w:type="spellStart"/>
      <w:r w:rsidRPr="00412F9D">
        <w:t>Magang</w:t>
      </w:r>
      <w:proofErr w:type="spellEnd"/>
      <w:r w:rsidRPr="00412F9D">
        <w:t xml:space="preserve"> </w:t>
      </w:r>
      <w:proofErr w:type="spellStart"/>
      <w:r w:rsidRPr="00412F9D">
        <w:t>ini</w:t>
      </w:r>
      <w:proofErr w:type="spellEnd"/>
      <w:r w:rsidRPr="00412F9D">
        <w:t xml:space="preserve"> </w:t>
      </w:r>
      <w:proofErr w:type="spellStart"/>
      <w:r w:rsidRPr="00412F9D">
        <w:t>menggunakan</w:t>
      </w:r>
      <w:proofErr w:type="spellEnd"/>
      <w:r w:rsidRPr="00412F9D">
        <w:t xml:space="preserve"> </w:t>
      </w:r>
      <w:proofErr w:type="spellStart"/>
      <w:r w:rsidRPr="00412F9D">
        <w:t>pendekatan</w:t>
      </w:r>
      <w:proofErr w:type="spellEnd"/>
      <w:r w:rsidRPr="00412F9D">
        <w:t xml:space="preserve"> </w:t>
      </w:r>
      <w:proofErr w:type="spellStart"/>
      <w:r w:rsidRPr="00412F9D">
        <w:t>deskriptif-eksperimental</w:t>
      </w:r>
      <w:proofErr w:type="spellEnd"/>
      <w:r w:rsidRPr="00412F9D">
        <w:t xml:space="preserve"> yang </w:t>
      </w:r>
      <w:proofErr w:type="spellStart"/>
      <w:r w:rsidRPr="00412F9D">
        <w:t>dikombinasikan</w:t>
      </w:r>
      <w:proofErr w:type="spellEnd"/>
      <w:r w:rsidRPr="00412F9D">
        <w:t xml:space="preserve"> </w:t>
      </w:r>
      <w:proofErr w:type="spellStart"/>
      <w:r w:rsidRPr="00412F9D">
        <w:t>dengan</w:t>
      </w:r>
      <w:proofErr w:type="spellEnd"/>
      <w:r w:rsidRPr="00412F9D">
        <w:t xml:space="preserve"> </w:t>
      </w:r>
      <w:proofErr w:type="spellStart"/>
      <w:r w:rsidRPr="00412F9D">
        <w:t>metode</w:t>
      </w:r>
      <w:proofErr w:type="spellEnd"/>
      <w:r w:rsidRPr="00412F9D">
        <w:t xml:space="preserve"> </w:t>
      </w:r>
      <w:proofErr w:type="spellStart"/>
      <w:r w:rsidRPr="00412F9D">
        <w:t>rekayasa</w:t>
      </w:r>
      <w:proofErr w:type="spellEnd"/>
      <w:r w:rsidRPr="00412F9D">
        <w:t xml:space="preserve"> </w:t>
      </w:r>
      <w:proofErr w:type="spellStart"/>
      <w:r w:rsidRPr="00412F9D">
        <w:t>perangkat</w:t>
      </w:r>
      <w:proofErr w:type="spellEnd"/>
      <w:r w:rsidRPr="00412F9D">
        <w:t xml:space="preserve"> </w:t>
      </w:r>
      <w:proofErr w:type="spellStart"/>
      <w:r w:rsidRPr="00412F9D">
        <w:t>lunak</w:t>
      </w:r>
      <w:proofErr w:type="spellEnd"/>
      <w:r w:rsidRPr="00412F9D">
        <w:t xml:space="preserve"> SDLC (</w:t>
      </w:r>
      <w:r w:rsidRPr="00412F9D">
        <w:rPr>
          <w:i/>
          <w:iCs/>
        </w:rPr>
        <w:t>System Development Life Cycle</w:t>
      </w:r>
      <w:r w:rsidRPr="00412F9D">
        <w:t xml:space="preserve">) model </w:t>
      </w:r>
      <w:r w:rsidRPr="00412F9D">
        <w:rPr>
          <w:i/>
          <w:iCs/>
        </w:rPr>
        <w:t>Waterfall</w:t>
      </w:r>
      <w:r w:rsidRPr="00412F9D">
        <w:t xml:space="preserve"> (</w:t>
      </w:r>
      <w:r w:rsidRPr="00412F9D">
        <w:rPr>
          <w:i/>
          <w:iCs/>
        </w:rPr>
        <w:t>Classic Life Cycle</w:t>
      </w:r>
      <w:r w:rsidRPr="00412F9D">
        <w:t xml:space="preserve">). </w:t>
      </w:r>
    </w:p>
    <w:p w14:paraId="73EEFB2B" w14:textId="77777777" w:rsidR="00412F9D" w:rsidRPr="00412F9D" w:rsidRDefault="00412F9D">
      <w:pPr>
        <w:pStyle w:val="Heading2"/>
        <w:numPr>
          <w:ilvl w:val="0"/>
          <w:numId w:val="26"/>
        </w:numPr>
      </w:pPr>
      <w:proofErr w:type="spellStart"/>
      <w:r w:rsidRPr="00412F9D">
        <w:t>Pendekatan</w:t>
      </w:r>
      <w:proofErr w:type="spellEnd"/>
      <w:r w:rsidRPr="00412F9D">
        <w:t xml:space="preserve"> </w:t>
      </w:r>
      <w:proofErr w:type="spellStart"/>
      <w:r w:rsidRPr="00412F9D">
        <w:t>Deskriptif</w:t>
      </w:r>
      <w:proofErr w:type="spellEnd"/>
      <w:r w:rsidRPr="00412F9D">
        <w:t xml:space="preserve">: </w:t>
      </w:r>
      <w:proofErr w:type="spellStart"/>
      <w:r w:rsidRPr="00412F9D">
        <w:t>Digunakan</w:t>
      </w:r>
      <w:proofErr w:type="spellEnd"/>
      <w:r w:rsidRPr="00412F9D">
        <w:t xml:space="preserve"> </w:t>
      </w:r>
      <w:proofErr w:type="spellStart"/>
      <w:r w:rsidRPr="00412F9D">
        <w:t>untuk</w:t>
      </w:r>
      <w:proofErr w:type="spellEnd"/>
      <w:r w:rsidRPr="00412F9D">
        <w:t xml:space="preserve"> </w:t>
      </w:r>
      <w:proofErr w:type="spellStart"/>
      <w:r w:rsidRPr="00412F9D">
        <w:t>mendokumentasikan</w:t>
      </w:r>
      <w:proofErr w:type="spellEnd"/>
      <w:r w:rsidRPr="00412F9D">
        <w:t xml:space="preserve">, </w:t>
      </w:r>
      <w:proofErr w:type="spellStart"/>
      <w:r w:rsidRPr="00412F9D">
        <w:t>mengamati</w:t>
      </w:r>
      <w:proofErr w:type="spellEnd"/>
      <w:r w:rsidRPr="00412F9D">
        <w:t xml:space="preserve">, dan </w:t>
      </w:r>
      <w:proofErr w:type="spellStart"/>
      <w:r w:rsidRPr="00412F9D">
        <w:t>menguraikan</w:t>
      </w:r>
      <w:proofErr w:type="spellEnd"/>
      <w:r w:rsidRPr="00412F9D">
        <w:t xml:space="preserve"> </w:t>
      </w:r>
      <w:proofErr w:type="spellStart"/>
      <w:r w:rsidRPr="00412F9D">
        <w:t>alur</w:t>
      </w:r>
      <w:proofErr w:type="spellEnd"/>
      <w:r w:rsidRPr="00412F9D">
        <w:t xml:space="preserve"> </w:t>
      </w:r>
      <w:proofErr w:type="spellStart"/>
      <w:r w:rsidRPr="00412F9D">
        <w:t>kerja</w:t>
      </w:r>
      <w:proofErr w:type="spellEnd"/>
      <w:r w:rsidRPr="00412F9D">
        <w:t xml:space="preserve"> </w:t>
      </w:r>
      <w:proofErr w:type="spellStart"/>
      <w:r w:rsidRPr="00412F9D">
        <w:t>operasional</w:t>
      </w:r>
      <w:proofErr w:type="spellEnd"/>
      <w:r w:rsidRPr="00412F9D">
        <w:t xml:space="preserve"> </w:t>
      </w:r>
      <w:proofErr w:type="spellStart"/>
      <w:r w:rsidRPr="00412F9D">
        <w:t>harian</w:t>
      </w:r>
      <w:proofErr w:type="spellEnd"/>
      <w:r w:rsidRPr="00412F9D">
        <w:t xml:space="preserve"> di </w:t>
      </w:r>
      <w:proofErr w:type="spellStart"/>
      <w:r w:rsidRPr="00412F9D">
        <w:t>instansi</w:t>
      </w:r>
      <w:proofErr w:type="spellEnd"/>
      <w:r w:rsidRPr="00412F9D">
        <w:t xml:space="preserve">, </w:t>
      </w:r>
      <w:proofErr w:type="spellStart"/>
      <w:r w:rsidRPr="00412F9D">
        <w:t>khususnya</w:t>
      </w:r>
      <w:proofErr w:type="spellEnd"/>
      <w:r w:rsidRPr="00412F9D">
        <w:t xml:space="preserve"> </w:t>
      </w:r>
      <w:proofErr w:type="spellStart"/>
      <w:r w:rsidRPr="00412F9D">
        <w:t>terkait</w:t>
      </w:r>
      <w:proofErr w:type="spellEnd"/>
      <w:r w:rsidRPr="00412F9D">
        <w:t xml:space="preserve"> </w:t>
      </w:r>
      <w:proofErr w:type="spellStart"/>
      <w:r w:rsidRPr="00412F9D">
        <w:t>manajemen</w:t>
      </w:r>
      <w:proofErr w:type="spellEnd"/>
      <w:r w:rsidRPr="00412F9D">
        <w:t xml:space="preserve"> </w:t>
      </w:r>
      <w:proofErr w:type="spellStart"/>
      <w:r w:rsidRPr="00412F9D">
        <w:t>keamanan</w:t>
      </w:r>
      <w:proofErr w:type="spellEnd"/>
      <w:r w:rsidRPr="00412F9D">
        <w:t xml:space="preserve"> </w:t>
      </w:r>
      <w:proofErr w:type="spellStart"/>
      <w:r w:rsidRPr="00412F9D">
        <w:t>akses</w:t>
      </w:r>
      <w:proofErr w:type="spellEnd"/>
      <w:r w:rsidRPr="00412F9D">
        <w:t xml:space="preserve"> </w:t>
      </w:r>
      <w:proofErr w:type="spellStart"/>
      <w:r w:rsidRPr="00412F9D">
        <w:t>ruangan</w:t>
      </w:r>
      <w:proofErr w:type="spellEnd"/>
      <w:r w:rsidRPr="00412F9D">
        <w:t xml:space="preserve"> </w:t>
      </w:r>
      <w:proofErr w:type="spellStart"/>
      <w:r w:rsidRPr="00412F9D">
        <w:t>fisik</w:t>
      </w:r>
      <w:proofErr w:type="spellEnd"/>
      <w:r w:rsidRPr="00412F9D">
        <w:t xml:space="preserve"> yang </w:t>
      </w:r>
      <w:proofErr w:type="spellStart"/>
      <w:r w:rsidRPr="00412F9D">
        <w:t>sedang</w:t>
      </w:r>
      <w:proofErr w:type="spellEnd"/>
      <w:r w:rsidRPr="00412F9D">
        <w:t xml:space="preserve"> </w:t>
      </w:r>
      <w:proofErr w:type="spellStart"/>
      <w:r w:rsidRPr="00412F9D">
        <w:t>berjalan</w:t>
      </w:r>
      <w:proofErr w:type="spellEnd"/>
      <w:r w:rsidRPr="00412F9D">
        <w:t xml:space="preserve">. </w:t>
      </w:r>
    </w:p>
    <w:p w14:paraId="322683B7" w14:textId="77777777" w:rsidR="00412F9D" w:rsidRPr="00412F9D" w:rsidRDefault="00412F9D">
      <w:pPr>
        <w:pStyle w:val="Heading2"/>
        <w:numPr>
          <w:ilvl w:val="0"/>
          <w:numId w:val="26"/>
        </w:numPr>
      </w:pPr>
      <w:proofErr w:type="spellStart"/>
      <w:r w:rsidRPr="00412F9D">
        <w:t>Pendekatan</w:t>
      </w:r>
      <w:proofErr w:type="spellEnd"/>
      <w:r w:rsidRPr="00412F9D">
        <w:t xml:space="preserve"> </w:t>
      </w:r>
      <w:proofErr w:type="spellStart"/>
      <w:r w:rsidRPr="00412F9D">
        <w:t>Eksperimental</w:t>
      </w:r>
      <w:proofErr w:type="spellEnd"/>
      <w:r w:rsidRPr="00412F9D">
        <w:t xml:space="preserve">: </w:t>
      </w:r>
      <w:proofErr w:type="spellStart"/>
      <w:r w:rsidRPr="00412F9D">
        <w:t>Digunakan</w:t>
      </w:r>
      <w:proofErr w:type="spellEnd"/>
      <w:r w:rsidRPr="00412F9D">
        <w:t xml:space="preserve"> </w:t>
      </w:r>
      <w:proofErr w:type="spellStart"/>
      <w:r w:rsidRPr="00412F9D">
        <w:t>dalam</w:t>
      </w:r>
      <w:proofErr w:type="spellEnd"/>
      <w:r w:rsidRPr="00412F9D">
        <w:t xml:space="preserve"> </w:t>
      </w:r>
      <w:proofErr w:type="spellStart"/>
      <w:r w:rsidRPr="00412F9D">
        <w:t>merancang</w:t>
      </w:r>
      <w:proofErr w:type="spellEnd"/>
      <w:r w:rsidRPr="00412F9D">
        <w:t xml:space="preserve">, </w:t>
      </w:r>
      <w:proofErr w:type="spellStart"/>
      <w:r w:rsidRPr="00412F9D">
        <w:t>merakit</w:t>
      </w:r>
      <w:proofErr w:type="spellEnd"/>
      <w:r w:rsidRPr="00412F9D">
        <w:t xml:space="preserve"> </w:t>
      </w:r>
      <w:proofErr w:type="spellStart"/>
      <w:r w:rsidRPr="00412F9D">
        <w:t>komponen</w:t>
      </w:r>
      <w:proofErr w:type="spellEnd"/>
      <w:r w:rsidRPr="00412F9D">
        <w:t xml:space="preserve"> </w:t>
      </w:r>
      <w:proofErr w:type="spellStart"/>
      <w:r w:rsidRPr="00412F9D">
        <w:t>perangkat</w:t>
      </w:r>
      <w:proofErr w:type="spellEnd"/>
      <w:r w:rsidRPr="00412F9D">
        <w:t xml:space="preserve"> </w:t>
      </w:r>
      <w:proofErr w:type="spellStart"/>
      <w:r w:rsidRPr="00412F9D">
        <w:t>keras</w:t>
      </w:r>
      <w:proofErr w:type="spellEnd"/>
      <w:r w:rsidRPr="00412F9D">
        <w:t xml:space="preserve"> (</w:t>
      </w:r>
      <w:r w:rsidRPr="00412F9D">
        <w:rPr>
          <w:i/>
          <w:iCs/>
        </w:rPr>
        <w:t>hardware</w:t>
      </w:r>
      <w:r w:rsidRPr="00412F9D">
        <w:t xml:space="preserve">), </w:t>
      </w:r>
      <w:proofErr w:type="spellStart"/>
      <w:r w:rsidRPr="00412F9D">
        <w:t>memprogram</w:t>
      </w:r>
      <w:proofErr w:type="spellEnd"/>
      <w:r w:rsidRPr="00412F9D">
        <w:t xml:space="preserve"> </w:t>
      </w:r>
      <w:proofErr w:type="spellStart"/>
      <w:r w:rsidRPr="00412F9D">
        <w:t>mikrokontroler</w:t>
      </w:r>
      <w:proofErr w:type="spellEnd"/>
      <w:r w:rsidRPr="00412F9D">
        <w:t xml:space="preserve">, </w:t>
      </w:r>
      <w:proofErr w:type="spellStart"/>
      <w:r w:rsidRPr="00412F9D">
        <w:t>serta</w:t>
      </w:r>
      <w:proofErr w:type="spellEnd"/>
      <w:r w:rsidRPr="00412F9D">
        <w:t xml:space="preserve"> </w:t>
      </w:r>
      <w:proofErr w:type="spellStart"/>
      <w:r w:rsidRPr="00412F9D">
        <w:t>menguji</w:t>
      </w:r>
      <w:proofErr w:type="spellEnd"/>
      <w:r w:rsidRPr="00412F9D">
        <w:t xml:space="preserve"> </w:t>
      </w:r>
      <w:proofErr w:type="spellStart"/>
      <w:r w:rsidRPr="00412F9D">
        <w:t>performa</w:t>
      </w:r>
      <w:proofErr w:type="spellEnd"/>
      <w:r w:rsidRPr="00412F9D">
        <w:t xml:space="preserve"> </w:t>
      </w:r>
      <w:proofErr w:type="spellStart"/>
      <w:r w:rsidRPr="00412F9D">
        <w:t>alat</w:t>
      </w:r>
      <w:proofErr w:type="spellEnd"/>
      <w:r w:rsidRPr="00412F9D">
        <w:t xml:space="preserve"> </w:t>
      </w:r>
      <w:proofErr w:type="spellStart"/>
      <w:r w:rsidRPr="00412F9D">
        <w:t>secara</w:t>
      </w:r>
      <w:proofErr w:type="spellEnd"/>
      <w:r w:rsidRPr="00412F9D">
        <w:t xml:space="preserve"> </w:t>
      </w:r>
      <w:proofErr w:type="spellStart"/>
      <w:r w:rsidRPr="00412F9D">
        <w:t>langsung</w:t>
      </w:r>
      <w:proofErr w:type="spellEnd"/>
      <w:r w:rsidRPr="00412F9D">
        <w:t xml:space="preserve"> di </w:t>
      </w:r>
      <w:proofErr w:type="spellStart"/>
      <w:r w:rsidRPr="00412F9D">
        <w:t>lapangan</w:t>
      </w:r>
      <w:proofErr w:type="spellEnd"/>
      <w:r w:rsidRPr="00412F9D">
        <w:t xml:space="preserve">. </w:t>
      </w:r>
    </w:p>
    <w:p w14:paraId="0A97D2AF" w14:textId="77777777" w:rsidR="00412F9D" w:rsidRPr="00412F9D" w:rsidRDefault="00412F9D">
      <w:pPr>
        <w:pStyle w:val="Heading2"/>
        <w:numPr>
          <w:ilvl w:val="0"/>
          <w:numId w:val="26"/>
        </w:numPr>
      </w:pPr>
      <w:r w:rsidRPr="00412F9D">
        <w:t xml:space="preserve">Model SDLC </w:t>
      </w:r>
      <w:r w:rsidRPr="00412F9D">
        <w:rPr>
          <w:i/>
          <w:iCs/>
        </w:rPr>
        <w:t>Waterfall</w:t>
      </w:r>
      <w:r w:rsidRPr="00412F9D">
        <w:t xml:space="preserve">: </w:t>
      </w:r>
      <w:proofErr w:type="spellStart"/>
      <w:r w:rsidRPr="00412F9D">
        <w:t>Dipilih</w:t>
      </w:r>
      <w:proofErr w:type="spellEnd"/>
      <w:r w:rsidRPr="00412F9D">
        <w:t xml:space="preserve"> </w:t>
      </w:r>
      <w:proofErr w:type="spellStart"/>
      <w:r w:rsidRPr="00412F9D">
        <w:t>sebagai</w:t>
      </w:r>
      <w:proofErr w:type="spellEnd"/>
      <w:r w:rsidRPr="00412F9D">
        <w:t xml:space="preserve"> </w:t>
      </w:r>
      <w:proofErr w:type="spellStart"/>
      <w:r w:rsidRPr="00412F9D">
        <w:t>kerangka</w:t>
      </w:r>
      <w:proofErr w:type="spellEnd"/>
      <w:r w:rsidRPr="00412F9D">
        <w:t xml:space="preserve"> </w:t>
      </w:r>
      <w:proofErr w:type="spellStart"/>
      <w:r w:rsidRPr="00412F9D">
        <w:t>kerja</w:t>
      </w:r>
      <w:proofErr w:type="spellEnd"/>
      <w:r w:rsidRPr="00412F9D">
        <w:t xml:space="preserve"> </w:t>
      </w:r>
      <w:proofErr w:type="spellStart"/>
      <w:r w:rsidRPr="00412F9D">
        <w:t>pengembangan</w:t>
      </w:r>
      <w:proofErr w:type="spellEnd"/>
      <w:r w:rsidRPr="00412F9D">
        <w:t xml:space="preserve"> </w:t>
      </w:r>
      <w:proofErr w:type="spellStart"/>
      <w:r w:rsidRPr="00412F9D">
        <w:t>sistem</w:t>
      </w:r>
      <w:proofErr w:type="spellEnd"/>
      <w:r w:rsidRPr="00412F9D">
        <w:t xml:space="preserve"> </w:t>
      </w:r>
      <w:proofErr w:type="spellStart"/>
      <w:r w:rsidRPr="00412F9D">
        <w:t>karena</w:t>
      </w:r>
      <w:proofErr w:type="spellEnd"/>
      <w:r w:rsidRPr="00412F9D">
        <w:t xml:space="preserve"> </w:t>
      </w:r>
      <w:proofErr w:type="spellStart"/>
      <w:r w:rsidRPr="00412F9D">
        <w:t>menyajikan</w:t>
      </w:r>
      <w:proofErr w:type="spellEnd"/>
      <w:r w:rsidRPr="00412F9D">
        <w:t xml:space="preserve"> </w:t>
      </w:r>
      <w:proofErr w:type="spellStart"/>
      <w:r w:rsidRPr="00412F9D">
        <w:t>alur</w:t>
      </w:r>
      <w:proofErr w:type="spellEnd"/>
      <w:r w:rsidRPr="00412F9D">
        <w:t xml:space="preserve"> </w:t>
      </w:r>
      <w:proofErr w:type="spellStart"/>
      <w:r w:rsidRPr="00412F9D">
        <w:t>pengembangan</w:t>
      </w:r>
      <w:proofErr w:type="spellEnd"/>
      <w:r w:rsidRPr="00412F9D">
        <w:t xml:space="preserve"> yang </w:t>
      </w:r>
      <w:proofErr w:type="spellStart"/>
      <w:r w:rsidRPr="00412F9D">
        <w:t>sistematis</w:t>
      </w:r>
      <w:proofErr w:type="spellEnd"/>
      <w:r w:rsidRPr="00412F9D">
        <w:t xml:space="preserve">, </w:t>
      </w:r>
      <w:proofErr w:type="spellStart"/>
      <w:r w:rsidRPr="00412F9D">
        <w:t>terstruktur</w:t>
      </w:r>
      <w:proofErr w:type="spellEnd"/>
      <w:r w:rsidRPr="00412F9D">
        <w:t xml:space="preserve">, dan </w:t>
      </w:r>
      <w:proofErr w:type="spellStart"/>
      <w:r w:rsidRPr="00412F9D">
        <w:t>berurutan</w:t>
      </w:r>
      <w:proofErr w:type="spellEnd"/>
      <w:r w:rsidRPr="00412F9D">
        <w:t xml:space="preserve"> (</w:t>
      </w:r>
      <w:r w:rsidRPr="00412F9D">
        <w:rPr>
          <w:i/>
          <w:iCs/>
        </w:rPr>
        <w:t>sequential</w:t>
      </w:r>
      <w:r w:rsidRPr="00412F9D">
        <w:t xml:space="preserve">). </w:t>
      </w:r>
      <w:proofErr w:type="spellStart"/>
      <w:r w:rsidRPr="00412F9D">
        <w:t>Setiap</w:t>
      </w:r>
      <w:proofErr w:type="spellEnd"/>
      <w:r w:rsidRPr="00412F9D">
        <w:t xml:space="preserve"> </w:t>
      </w:r>
      <w:proofErr w:type="spellStart"/>
      <w:r w:rsidRPr="00412F9D">
        <w:t>fase</w:t>
      </w:r>
      <w:proofErr w:type="spellEnd"/>
      <w:r w:rsidRPr="00412F9D">
        <w:t xml:space="preserve"> </w:t>
      </w:r>
      <w:proofErr w:type="spellStart"/>
      <w:r w:rsidRPr="00412F9D">
        <w:t>harus</w:t>
      </w:r>
      <w:proofErr w:type="spellEnd"/>
      <w:r w:rsidRPr="00412F9D">
        <w:t xml:space="preserve"> </w:t>
      </w:r>
      <w:proofErr w:type="spellStart"/>
      <w:r w:rsidRPr="00412F9D">
        <w:t>diselesaikan</w:t>
      </w:r>
      <w:proofErr w:type="spellEnd"/>
      <w:r w:rsidRPr="00412F9D">
        <w:t xml:space="preserve"> </w:t>
      </w:r>
      <w:proofErr w:type="spellStart"/>
      <w:r w:rsidRPr="00412F9D">
        <w:t>secara</w:t>
      </w:r>
      <w:proofErr w:type="spellEnd"/>
      <w:r w:rsidRPr="00412F9D">
        <w:t xml:space="preserve"> </w:t>
      </w:r>
      <w:proofErr w:type="spellStart"/>
      <w:r w:rsidRPr="00412F9D">
        <w:t>tuntas</w:t>
      </w:r>
      <w:proofErr w:type="spellEnd"/>
      <w:r w:rsidRPr="00412F9D">
        <w:t xml:space="preserve"> </w:t>
      </w:r>
      <w:proofErr w:type="spellStart"/>
      <w:r w:rsidRPr="00412F9D">
        <w:t>sebelum</w:t>
      </w:r>
      <w:proofErr w:type="spellEnd"/>
      <w:r w:rsidRPr="00412F9D">
        <w:t xml:space="preserve"> </w:t>
      </w:r>
      <w:proofErr w:type="spellStart"/>
      <w:r w:rsidRPr="00412F9D">
        <w:t>melangkah</w:t>
      </w:r>
      <w:proofErr w:type="spellEnd"/>
      <w:r w:rsidRPr="00412F9D">
        <w:t xml:space="preserve"> </w:t>
      </w:r>
      <w:proofErr w:type="spellStart"/>
      <w:r w:rsidRPr="00412F9D">
        <w:t>ke</w:t>
      </w:r>
      <w:proofErr w:type="spellEnd"/>
      <w:r w:rsidRPr="00412F9D">
        <w:t xml:space="preserve"> </w:t>
      </w:r>
      <w:proofErr w:type="spellStart"/>
      <w:r w:rsidRPr="00412F9D">
        <w:t>fase</w:t>
      </w:r>
      <w:proofErr w:type="spellEnd"/>
      <w:r w:rsidRPr="00412F9D">
        <w:t xml:space="preserve"> </w:t>
      </w:r>
      <w:proofErr w:type="spellStart"/>
      <w:r w:rsidRPr="00412F9D">
        <w:t>berikutnya</w:t>
      </w:r>
      <w:proofErr w:type="spellEnd"/>
      <w:r w:rsidRPr="00412F9D">
        <w:t xml:space="preserve">, </w:t>
      </w:r>
      <w:proofErr w:type="spellStart"/>
      <w:r w:rsidRPr="00412F9D">
        <w:t>sehingga</w:t>
      </w:r>
      <w:proofErr w:type="spellEnd"/>
      <w:r w:rsidRPr="00412F9D">
        <w:t xml:space="preserve"> </w:t>
      </w:r>
      <w:proofErr w:type="spellStart"/>
      <w:r w:rsidRPr="00412F9D">
        <w:t>meminimalisir</w:t>
      </w:r>
      <w:proofErr w:type="spellEnd"/>
      <w:r w:rsidRPr="00412F9D">
        <w:t xml:space="preserve"> </w:t>
      </w:r>
      <w:proofErr w:type="spellStart"/>
      <w:r w:rsidRPr="00412F9D">
        <w:t>risiko</w:t>
      </w:r>
      <w:proofErr w:type="spellEnd"/>
      <w:r w:rsidRPr="00412F9D">
        <w:t xml:space="preserve"> </w:t>
      </w:r>
      <w:proofErr w:type="spellStart"/>
      <w:r w:rsidRPr="00412F9D">
        <w:t>kesalahan</w:t>
      </w:r>
      <w:proofErr w:type="spellEnd"/>
      <w:r w:rsidRPr="00412F9D">
        <w:t xml:space="preserve"> </w:t>
      </w:r>
      <w:proofErr w:type="spellStart"/>
      <w:r w:rsidRPr="00412F9D">
        <w:t>arsitektur</w:t>
      </w:r>
      <w:proofErr w:type="spellEnd"/>
      <w:r w:rsidRPr="00412F9D">
        <w:t xml:space="preserve"> pada </w:t>
      </w:r>
      <w:proofErr w:type="spellStart"/>
      <w:r w:rsidRPr="00412F9D">
        <w:t>integrasi</w:t>
      </w:r>
      <w:proofErr w:type="spellEnd"/>
      <w:r w:rsidRPr="00412F9D">
        <w:t xml:space="preserve"> </w:t>
      </w:r>
      <w:proofErr w:type="spellStart"/>
      <w:r w:rsidRPr="00412F9D">
        <w:t>antara</w:t>
      </w:r>
      <w:proofErr w:type="spellEnd"/>
      <w:r w:rsidRPr="00412F9D">
        <w:t xml:space="preserve"> </w:t>
      </w:r>
      <w:r w:rsidRPr="00412F9D">
        <w:rPr>
          <w:i/>
          <w:iCs/>
        </w:rPr>
        <w:t>hardware</w:t>
      </w:r>
      <w:r w:rsidRPr="00412F9D">
        <w:t xml:space="preserve"> (Arduino &amp; Sensor) dan </w:t>
      </w:r>
      <w:r w:rsidRPr="00412F9D">
        <w:rPr>
          <w:i/>
          <w:iCs/>
        </w:rPr>
        <w:t>software</w:t>
      </w:r>
      <w:r w:rsidRPr="00412F9D">
        <w:t xml:space="preserve"> (Python Bridge &amp; Web API Laravel).</w:t>
      </w:r>
    </w:p>
    <w:p w14:paraId="704290FE" w14:textId="77777777" w:rsidR="00335E4C" w:rsidRDefault="00335E4C" w:rsidP="00D86C77">
      <w:pPr>
        <w:pStyle w:val="Heading2"/>
      </w:pPr>
      <w:r>
        <w:t xml:space="preserve">3.3 </w:t>
      </w:r>
      <w:proofErr w:type="spellStart"/>
      <w:r>
        <w:t>Penentuan</w:t>
      </w:r>
      <w:proofErr w:type="spellEnd"/>
      <w:r>
        <w:t xml:space="preserve"> </w:t>
      </w:r>
      <w:proofErr w:type="spellStart"/>
      <w:r>
        <w:t>Objek</w:t>
      </w:r>
      <w:proofErr w:type="spellEnd"/>
      <w:r>
        <w:t xml:space="preserve"> PKL/</w:t>
      </w:r>
      <w:proofErr w:type="spellStart"/>
      <w:r>
        <w:t>Magang</w:t>
      </w:r>
      <w:bookmarkEnd w:id="23"/>
      <w:proofErr w:type="spellEnd"/>
    </w:p>
    <w:p w14:paraId="44C16486" w14:textId="77777777" w:rsidR="00335E4C" w:rsidRDefault="00335E4C" w:rsidP="00D86C77">
      <w:pPr>
        <w:ind w:firstLine="720"/>
      </w:pPr>
      <w:proofErr w:type="spellStart"/>
      <w:r>
        <w:t>Objek</w:t>
      </w:r>
      <w:proofErr w:type="spellEnd"/>
      <w:r>
        <w:t xml:space="preserve"> PKL/</w:t>
      </w:r>
      <w:proofErr w:type="spellStart"/>
      <w:r>
        <w:t>Magang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keamanan</w:t>
      </w:r>
      <w:proofErr w:type="spellEnd"/>
      <w:r>
        <w:t xml:space="preserve"> </w:t>
      </w:r>
      <w:proofErr w:type="spellStart"/>
      <w:r>
        <w:t>akses</w:t>
      </w:r>
      <w:proofErr w:type="spellEnd"/>
      <w:r>
        <w:t xml:space="preserve"> </w:t>
      </w:r>
      <w:proofErr w:type="spellStart"/>
      <w:r>
        <w:t>ruangan</w:t>
      </w:r>
      <w:proofErr w:type="spellEnd"/>
      <w:r>
        <w:t xml:space="preserve"> </w:t>
      </w:r>
      <w:proofErr w:type="spellStart"/>
      <w:r>
        <w:t>berbasis</w:t>
      </w:r>
      <w:proofErr w:type="spellEnd"/>
      <w:r>
        <w:t xml:space="preserve"> RFID </w:t>
      </w:r>
      <w:proofErr w:type="spellStart"/>
      <w:r>
        <w:t>dengan</w:t>
      </w:r>
      <w:proofErr w:type="spellEnd"/>
      <w:r>
        <w:t xml:space="preserve"> solenoid door lock </w:t>
      </w:r>
      <w:proofErr w:type="spellStart"/>
      <w:r>
        <w:t>menggunakan</w:t>
      </w:r>
      <w:proofErr w:type="spellEnd"/>
      <w:r>
        <w:t xml:space="preserve"> Arduino Uno.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fokus</w:t>
      </w:r>
      <w:proofErr w:type="spellEnd"/>
      <w:r>
        <w:t xml:space="preserve"> </w:t>
      </w:r>
      <w:proofErr w:type="spellStart"/>
      <w:r>
        <w:t>utama</w:t>
      </w:r>
      <w:proofErr w:type="spellEnd"/>
      <w:r>
        <w:t xml:space="preserve"> pada </w:t>
      </w:r>
      <w:proofErr w:type="spellStart"/>
      <w:r>
        <w:t>tahap</w:t>
      </w:r>
      <w:proofErr w:type="spellEnd"/>
      <w:r>
        <w:t xml:space="preserve"> </w:t>
      </w:r>
      <w:proofErr w:type="spellStart"/>
      <w:r>
        <w:t>kedua</w:t>
      </w:r>
      <w:proofErr w:type="spellEnd"/>
      <w:r>
        <w:t xml:space="preserve"> </w:t>
      </w:r>
      <w:proofErr w:type="spellStart"/>
      <w:r>
        <w:t>pelaksanaan</w:t>
      </w:r>
      <w:proofErr w:type="spellEnd"/>
      <w:r>
        <w:t xml:space="preserve"> PKL/</w:t>
      </w:r>
      <w:proofErr w:type="spellStart"/>
      <w:r>
        <w:t>Magang</w:t>
      </w:r>
      <w:proofErr w:type="spellEnd"/>
      <w:r>
        <w:t xml:space="preserve"> </w:t>
      </w:r>
      <w:proofErr w:type="spellStart"/>
      <w:r>
        <w:t>setelah</w:t>
      </w:r>
      <w:proofErr w:type="spellEnd"/>
      <w:r>
        <w:t xml:space="preserve"> </w:t>
      </w:r>
      <w:proofErr w:type="spellStart"/>
      <w:r>
        <w:t>penulis</w:t>
      </w:r>
      <w:proofErr w:type="spellEnd"/>
      <w:r>
        <w:t xml:space="preserve"> </w:t>
      </w:r>
      <w:proofErr w:type="spellStart"/>
      <w:r>
        <w:t>menyelesaikan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liputan</w:t>
      </w:r>
      <w:proofErr w:type="spellEnd"/>
      <w:r>
        <w:t xml:space="preserve"> dan </w:t>
      </w:r>
      <w:proofErr w:type="spellStart"/>
      <w:r>
        <w:t>dokumentasi</w:t>
      </w:r>
      <w:proofErr w:type="spellEnd"/>
      <w:r>
        <w:t xml:space="preserve"> pada dua </w:t>
      </w:r>
      <w:proofErr w:type="spellStart"/>
      <w:r>
        <w:t>bulan</w:t>
      </w:r>
      <w:proofErr w:type="spellEnd"/>
      <w:r>
        <w:t xml:space="preserve"> </w:t>
      </w:r>
      <w:proofErr w:type="spellStart"/>
      <w:r>
        <w:t>pertama</w:t>
      </w:r>
      <w:proofErr w:type="spellEnd"/>
      <w:r>
        <w:t xml:space="preserve">. </w:t>
      </w:r>
      <w:proofErr w:type="spellStart"/>
      <w:r>
        <w:t>Fokus</w:t>
      </w:r>
      <w:proofErr w:type="spellEnd"/>
      <w:r>
        <w:t xml:space="preserve"> </w:t>
      </w:r>
      <w:proofErr w:type="spellStart"/>
      <w:r>
        <w:t>objek</w:t>
      </w:r>
      <w:proofErr w:type="spellEnd"/>
      <w:r>
        <w:t xml:space="preserve"> </w:t>
      </w:r>
      <w:proofErr w:type="spellStart"/>
      <w:r>
        <w:t>meliputi</w:t>
      </w:r>
      <w:proofErr w:type="spellEnd"/>
      <w:r>
        <w:t xml:space="preserve"> </w:t>
      </w:r>
      <w:proofErr w:type="spellStart"/>
      <w:r>
        <w:t>perancangan</w:t>
      </w:r>
      <w:proofErr w:type="spellEnd"/>
      <w:r>
        <w:t xml:space="preserve"> </w:t>
      </w:r>
      <w:proofErr w:type="spellStart"/>
      <w:r>
        <w:t>perangkat</w:t>
      </w:r>
      <w:proofErr w:type="spellEnd"/>
      <w:r>
        <w:t xml:space="preserve"> </w:t>
      </w:r>
      <w:proofErr w:type="spellStart"/>
      <w:r>
        <w:t>keras</w:t>
      </w:r>
      <w:proofErr w:type="spellEnd"/>
      <w:r>
        <w:t xml:space="preserve"> (hardware), </w:t>
      </w:r>
      <w:proofErr w:type="spellStart"/>
      <w:r>
        <w:t>pemrograman</w:t>
      </w:r>
      <w:proofErr w:type="spellEnd"/>
      <w:r>
        <w:t xml:space="preserve"> </w:t>
      </w:r>
      <w:proofErr w:type="spellStart"/>
      <w:r>
        <w:t>perangkat</w:t>
      </w:r>
      <w:proofErr w:type="spellEnd"/>
      <w:r>
        <w:t xml:space="preserve"> </w:t>
      </w:r>
      <w:proofErr w:type="spellStart"/>
      <w:r>
        <w:t>lunak</w:t>
      </w:r>
      <w:proofErr w:type="spellEnd"/>
      <w:r>
        <w:t xml:space="preserve"> (software), </w:t>
      </w:r>
      <w:proofErr w:type="spellStart"/>
      <w:r>
        <w:t>pengujian</w:t>
      </w:r>
      <w:proofErr w:type="spellEnd"/>
      <w:r>
        <w:t xml:space="preserve"> </w:t>
      </w:r>
      <w:proofErr w:type="spellStart"/>
      <w:r>
        <w:t>fungsionalitas</w:t>
      </w:r>
      <w:proofErr w:type="spellEnd"/>
      <w:r>
        <w:t xml:space="preserve">, dan </w:t>
      </w:r>
      <w:proofErr w:type="spellStart"/>
      <w:r>
        <w:t>analisis</w:t>
      </w:r>
      <w:proofErr w:type="spellEnd"/>
      <w:r>
        <w:t xml:space="preserve"> </w:t>
      </w:r>
      <w:proofErr w:type="spellStart"/>
      <w:r>
        <w:t>kinerja</w:t>
      </w:r>
      <w:proofErr w:type="spellEnd"/>
      <w:r>
        <w:t xml:space="preserve"> </w:t>
      </w:r>
      <w:proofErr w:type="spellStart"/>
      <w:r>
        <w:t>sistem</w:t>
      </w:r>
      <w:proofErr w:type="spellEnd"/>
      <w:r>
        <w:t>.</w:t>
      </w:r>
    </w:p>
    <w:p w14:paraId="4A3A3315" w14:textId="77777777" w:rsidR="00335E4C" w:rsidRDefault="00335E4C" w:rsidP="00D86C77">
      <w:pPr>
        <w:pStyle w:val="Heading2"/>
      </w:pPr>
      <w:bookmarkStart w:id="24" w:name="_Toc233318710"/>
      <w:r>
        <w:lastRenderedPageBreak/>
        <w:t xml:space="preserve">3.4 Metode </w:t>
      </w:r>
      <w:proofErr w:type="spellStart"/>
      <w:r>
        <w:t>Pengumpulan</w:t>
      </w:r>
      <w:proofErr w:type="spellEnd"/>
      <w:r>
        <w:t xml:space="preserve"> Data</w:t>
      </w:r>
      <w:bookmarkEnd w:id="24"/>
    </w:p>
    <w:p w14:paraId="35C694A1" w14:textId="77777777" w:rsidR="00335E4C" w:rsidRDefault="00335E4C" w:rsidP="00D86C77">
      <w:pPr>
        <w:ind w:firstLine="720"/>
      </w:pPr>
      <w:r>
        <w:t xml:space="preserve">Metode </w:t>
      </w:r>
      <w:proofErr w:type="spellStart"/>
      <w:r>
        <w:t>pengumpulan</w:t>
      </w:r>
      <w:proofErr w:type="spellEnd"/>
      <w:r>
        <w:t xml:space="preserve"> data yang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pelaksanaan</w:t>
      </w:r>
      <w:proofErr w:type="spellEnd"/>
      <w:r>
        <w:t xml:space="preserve"> PKL/</w:t>
      </w:r>
      <w:proofErr w:type="spellStart"/>
      <w:r>
        <w:t>Magang</w:t>
      </w:r>
      <w:proofErr w:type="spellEnd"/>
      <w:r>
        <w:t xml:space="preserve"> </w:t>
      </w:r>
      <w:proofErr w:type="spellStart"/>
      <w:r>
        <w:t>adalah</w:t>
      </w:r>
      <w:proofErr w:type="spellEnd"/>
      <w:r>
        <w:t>:</w:t>
      </w:r>
    </w:p>
    <w:p w14:paraId="1E40C2D3" w14:textId="24DC0381" w:rsidR="00335E4C" w:rsidRDefault="00335E4C">
      <w:pPr>
        <w:pStyle w:val="ListParagraph"/>
        <w:numPr>
          <w:ilvl w:val="0"/>
          <w:numId w:val="10"/>
        </w:numPr>
      </w:pPr>
      <w:proofErr w:type="spellStart"/>
      <w:r>
        <w:t>Observasi</w:t>
      </w:r>
      <w:proofErr w:type="spellEnd"/>
      <w:r>
        <w:t xml:space="preserve">,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pengamatan</w:t>
      </w:r>
      <w:proofErr w:type="spellEnd"/>
      <w:r>
        <w:t xml:space="preserve"> </w:t>
      </w:r>
      <w:proofErr w:type="spellStart"/>
      <w:r>
        <w:t>langsung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di </w:t>
      </w:r>
      <w:proofErr w:type="spellStart"/>
      <w:r>
        <w:t>tempat</w:t>
      </w:r>
      <w:proofErr w:type="spellEnd"/>
      <w:r>
        <w:t xml:space="preserve"> PKL/</w:t>
      </w:r>
      <w:proofErr w:type="spellStart"/>
      <w:r>
        <w:t>Magang</w:t>
      </w:r>
      <w:proofErr w:type="spellEnd"/>
      <w:r>
        <w:t xml:space="preserve">, </w:t>
      </w:r>
      <w:proofErr w:type="spellStart"/>
      <w:r>
        <w:t>termasuk</w:t>
      </w:r>
      <w:proofErr w:type="spellEnd"/>
      <w:r>
        <w:t xml:space="preserve"> </w:t>
      </w:r>
      <w:proofErr w:type="spellStart"/>
      <w:r>
        <w:t>kondisi</w:t>
      </w:r>
      <w:proofErr w:type="spellEnd"/>
      <w:r>
        <w:t xml:space="preserve"> </w:t>
      </w:r>
      <w:proofErr w:type="spellStart"/>
      <w:r>
        <w:t>ruangan</w:t>
      </w:r>
      <w:proofErr w:type="spellEnd"/>
      <w:r>
        <w:t xml:space="preserve">,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keamanan</w:t>
      </w:r>
      <w:proofErr w:type="spellEnd"/>
      <w:r>
        <w:t xml:space="preserve"> yang </w:t>
      </w:r>
      <w:proofErr w:type="spellStart"/>
      <w:r>
        <w:t>ada</w:t>
      </w:r>
      <w:proofErr w:type="spellEnd"/>
      <w:r>
        <w:t xml:space="preserve">, dan proses </w:t>
      </w:r>
      <w:proofErr w:type="spellStart"/>
      <w:r>
        <w:t>kerja</w:t>
      </w:r>
      <w:proofErr w:type="spellEnd"/>
      <w:r>
        <w:t xml:space="preserve"> yang </w:t>
      </w:r>
      <w:proofErr w:type="spellStart"/>
      <w:r>
        <w:t>berjalan</w:t>
      </w:r>
      <w:proofErr w:type="spellEnd"/>
      <w:r>
        <w:t>.</w:t>
      </w:r>
    </w:p>
    <w:p w14:paraId="357EE66E" w14:textId="277F2DA7" w:rsidR="00335E4C" w:rsidRDefault="00335E4C">
      <w:pPr>
        <w:pStyle w:val="ListParagraph"/>
        <w:numPr>
          <w:ilvl w:val="0"/>
          <w:numId w:val="10"/>
        </w:numPr>
      </w:pPr>
      <w:proofErr w:type="spellStart"/>
      <w:r>
        <w:t>Wawancara</w:t>
      </w:r>
      <w:proofErr w:type="spellEnd"/>
      <w:r>
        <w:t xml:space="preserve">,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pengumpulan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tanya</w:t>
      </w:r>
      <w:proofErr w:type="spellEnd"/>
      <w:r>
        <w:t xml:space="preserve"> </w:t>
      </w:r>
      <w:proofErr w:type="spellStart"/>
      <w:r>
        <w:t>jawab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pembimbing</w:t>
      </w:r>
      <w:proofErr w:type="spellEnd"/>
      <w:r>
        <w:t xml:space="preserve"> </w:t>
      </w:r>
      <w:proofErr w:type="spellStart"/>
      <w:r>
        <w:t>lapangan</w:t>
      </w:r>
      <w:proofErr w:type="spellEnd"/>
      <w:r>
        <w:t xml:space="preserve"> dan </w:t>
      </w:r>
      <w:proofErr w:type="spellStart"/>
      <w:r>
        <w:t>pihak</w:t>
      </w:r>
      <w:proofErr w:type="spellEnd"/>
      <w:r>
        <w:t xml:space="preserve"> </w:t>
      </w:r>
      <w:proofErr w:type="spellStart"/>
      <w:r>
        <w:t>terkait</w:t>
      </w:r>
      <w:proofErr w:type="spellEnd"/>
      <w:r>
        <w:t xml:space="preserve"> </w:t>
      </w:r>
      <w:proofErr w:type="spellStart"/>
      <w:r>
        <w:t>mengenai</w:t>
      </w:r>
      <w:proofErr w:type="spellEnd"/>
      <w:r>
        <w:t xml:space="preserve"> </w:t>
      </w:r>
      <w:proofErr w:type="spellStart"/>
      <w:r>
        <w:t>kebutuhan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keamanan</w:t>
      </w:r>
      <w:proofErr w:type="spellEnd"/>
      <w:r>
        <w:t xml:space="preserve"> dan </w:t>
      </w:r>
      <w:proofErr w:type="spellStart"/>
      <w:r>
        <w:t>spesifikasi</w:t>
      </w:r>
      <w:proofErr w:type="spellEnd"/>
      <w:r>
        <w:t xml:space="preserve"> </w:t>
      </w:r>
      <w:proofErr w:type="spellStart"/>
      <w:r>
        <w:t>teknis</w:t>
      </w:r>
      <w:proofErr w:type="spellEnd"/>
      <w:r>
        <w:t xml:space="preserve"> yang </w:t>
      </w:r>
      <w:proofErr w:type="spellStart"/>
      <w:r>
        <w:t>diinginkan</w:t>
      </w:r>
      <w:proofErr w:type="spellEnd"/>
      <w:r>
        <w:t>.</w:t>
      </w:r>
    </w:p>
    <w:p w14:paraId="605AD244" w14:textId="55072593" w:rsidR="00335E4C" w:rsidRDefault="00335E4C">
      <w:pPr>
        <w:pStyle w:val="ListParagraph"/>
        <w:numPr>
          <w:ilvl w:val="0"/>
          <w:numId w:val="10"/>
        </w:numPr>
      </w:pPr>
      <w:proofErr w:type="spellStart"/>
      <w:r>
        <w:t>Dokumentasi</w:t>
      </w:r>
      <w:proofErr w:type="spellEnd"/>
      <w:r>
        <w:t xml:space="preserve">,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pengumpulan</w:t>
      </w:r>
      <w:proofErr w:type="spellEnd"/>
      <w:r>
        <w:t xml:space="preserve"> data </w:t>
      </w:r>
      <w:proofErr w:type="spellStart"/>
      <w:r>
        <w:t>berupa</w:t>
      </w:r>
      <w:proofErr w:type="spellEnd"/>
      <w:r>
        <w:t xml:space="preserve"> </w:t>
      </w:r>
      <w:proofErr w:type="spellStart"/>
      <w:r>
        <w:t>foto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, </w:t>
      </w:r>
      <w:proofErr w:type="spellStart"/>
      <w:r>
        <w:t>arsip</w:t>
      </w:r>
      <w:proofErr w:type="spellEnd"/>
      <w:r>
        <w:t xml:space="preserve">, </w:t>
      </w:r>
      <w:proofErr w:type="spellStart"/>
      <w:r>
        <w:t>dokumen</w:t>
      </w:r>
      <w:proofErr w:type="spellEnd"/>
      <w:r>
        <w:t xml:space="preserve">, </w:t>
      </w:r>
      <w:proofErr w:type="spellStart"/>
      <w:r>
        <w:t>catatan</w:t>
      </w:r>
      <w:proofErr w:type="spellEnd"/>
      <w:r>
        <w:t xml:space="preserve">, dan </w:t>
      </w:r>
      <w:proofErr w:type="spellStart"/>
      <w:r>
        <w:t>rekaman</w:t>
      </w:r>
      <w:proofErr w:type="spellEnd"/>
      <w:r>
        <w:t xml:space="preserve"> video </w:t>
      </w:r>
      <w:proofErr w:type="spellStart"/>
      <w:r>
        <w:t>selama</w:t>
      </w:r>
      <w:proofErr w:type="spellEnd"/>
      <w:r>
        <w:t xml:space="preserve"> </w:t>
      </w:r>
      <w:proofErr w:type="spellStart"/>
      <w:r>
        <w:t>pelaksanaan</w:t>
      </w:r>
      <w:proofErr w:type="spellEnd"/>
      <w:r>
        <w:t xml:space="preserve"> PKL/</w:t>
      </w:r>
      <w:proofErr w:type="spellStart"/>
      <w:r>
        <w:t>Magang</w:t>
      </w:r>
      <w:proofErr w:type="spellEnd"/>
      <w:r>
        <w:t>.</w:t>
      </w:r>
    </w:p>
    <w:p w14:paraId="17415F69" w14:textId="77777777" w:rsidR="00335E4C" w:rsidRDefault="00335E4C" w:rsidP="00D86C77">
      <w:pPr>
        <w:pStyle w:val="Heading2"/>
      </w:pPr>
      <w:bookmarkStart w:id="25" w:name="_Toc233318711"/>
      <w:r>
        <w:t xml:space="preserve">3.5 </w:t>
      </w:r>
      <w:proofErr w:type="spellStart"/>
      <w:r>
        <w:t>Instrumen</w:t>
      </w:r>
      <w:proofErr w:type="spellEnd"/>
      <w:r>
        <w:t xml:space="preserve"> PKL/</w:t>
      </w:r>
      <w:proofErr w:type="spellStart"/>
      <w:r>
        <w:t>Magang</w:t>
      </w:r>
      <w:bookmarkEnd w:id="25"/>
      <w:proofErr w:type="spellEnd"/>
    </w:p>
    <w:p w14:paraId="41F5F76A" w14:textId="77777777" w:rsidR="00335E4C" w:rsidRDefault="00335E4C" w:rsidP="00D86C77">
      <w:pPr>
        <w:ind w:firstLine="720"/>
      </w:pPr>
      <w:proofErr w:type="spellStart"/>
      <w:r>
        <w:t>Instrumen</w:t>
      </w:r>
      <w:proofErr w:type="spellEnd"/>
      <w:r>
        <w:t xml:space="preserve"> yang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selama</w:t>
      </w:r>
      <w:proofErr w:type="spellEnd"/>
      <w:r>
        <w:t xml:space="preserve"> PKL/</w:t>
      </w:r>
      <w:proofErr w:type="spellStart"/>
      <w:r>
        <w:t>Magang</w:t>
      </w:r>
      <w:proofErr w:type="spellEnd"/>
      <w:r>
        <w:t xml:space="preserve"> </w:t>
      </w:r>
      <w:proofErr w:type="spellStart"/>
      <w:r>
        <w:t>meliputi</w:t>
      </w:r>
      <w:proofErr w:type="spellEnd"/>
      <w:r>
        <w:t>:</w:t>
      </w:r>
    </w:p>
    <w:p w14:paraId="654AE7B7" w14:textId="11EAC678" w:rsidR="00335E4C" w:rsidRDefault="00335E4C">
      <w:pPr>
        <w:pStyle w:val="ListParagraph"/>
        <w:numPr>
          <w:ilvl w:val="0"/>
          <w:numId w:val="11"/>
        </w:numPr>
      </w:pPr>
      <w:r>
        <w:t xml:space="preserve">Daftar </w:t>
      </w:r>
      <w:proofErr w:type="spellStart"/>
      <w:r>
        <w:t>pertanyaan</w:t>
      </w:r>
      <w:proofErr w:type="spellEnd"/>
      <w:r>
        <w:t xml:space="preserve"> </w:t>
      </w:r>
      <w:proofErr w:type="spellStart"/>
      <w:r>
        <w:t>wawancara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pengumpulan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pembimbing</w:t>
      </w:r>
      <w:proofErr w:type="spellEnd"/>
      <w:r>
        <w:t xml:space="preserve"> </w:t>
      </w:r>
      <w:proofErr w:type="spellStart"/>
      <w:r>
        <w:t>lapangan</w:t>
      </w:r>
      <w:proofErr w:type="spellEnd"/>
      <w:r>
        <w:t>.</w:t>
      </w:r>
    </w:p>
    <w:p w14:paraId="05A83DB0" w14:textId="76CC9905" w:rsidR="00335E4C" w:rsidRDefault="00335E4C">
      <w:pPr>
        <w:pStyle w:val="ListParagraph"/>
        <w:numPr>
          <w:ilvl w:val="0"/>
          <w:numId w:val="11"/>
        </w:numPr>
      </w:pPr>
      <w:r>
        <w:t xml:space="preserve">Kamera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dokumentasi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liputan</w:t>
      </w:r>
      <w:proofErr w:type="spellEnd"/>
      <w:r>
        <w:t xml:space="preserve"> dan proses </w:t>
      </w:r>
      <w:proofErr w:type="spellStart"/>
      <w:r>
        <w:t>pembuatan</w:t>
      </w:r>
      <w:proofErr w:type="spellEnd"/>
      <w:r>
        <w:t xml:space="preserve"> </w:t>
      </w:r>
      <w:proofErr w:type="spellStart"/>
      <w:r>
        <w:t>sistem</w:t>
      </w:r>
      <w:proofErr w:type="spellEnd"/>
      <w:r>
        <w:t>.</w:t>
      </w:r>
    </w:p>
    <w:p w14:paraId="22533320" w14:textId="0BA4082E" w:rsidR="00335E4C" w:rsidRDefault="00335E4C">
      <w:pPr>
        <w:pStyle w:val="ListParagraph"/>
        <w:numPr>
          <w:ilvl w:val="0"/>
          <w:numId w:val="11"/>
        </w:numPr>
      </w:pPr>
      <w:r>
        <w:t xml:space="preserve">Laptop </w:t>
      </w:r>
      <w:proofErr w:type="spellStart"/>
      <w:r>
        <w:t>dengan</w:t>
      </w:r>
      <w:proofErr w:type="spellEnd"/>
      <w:r>
        <w:t xml:space="preserve"> Arduino </w:t>
      </w:r>
      <w:proofErr w:type="spellStart"/>
      <w:proofErr w:type="gramStart"/>
      <w:r>
        <w:t>IDE</w:t>
      </w:r>
      <w:r w:rsidR="00412F9D">
        <w:t>,Antigravity</w:t>
      </w:r>
      <w:proofErr w:type="spellEnd"/>
      <w:proofErr w:type="gramEnd"/>
      <w:r w:rsidR="00412F9D">
        <w:t xml:space="preserve"> IDE</w:t>
      </w:r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pemrograman</w:t>
      </w:r>
      <w:proofErr w:type="spellEnd"/>
      <w:r>
        <w:t xml:space="preserve"> </w:t>
      </w:r>
      <w:proofErr w:type="spellStart"/>
      <w:r>
        <w:t>mikrokontroler</w:t>
      </w:r>
      <w:proofErr w:type="spellEnd"/>
      <w:r>
        <w:t>.</w:t>
      </w:r>
    </w:p>
    <w:p w14:paraId="3468FB2B" w14:textId="21D07CFB" w:rsidR="00D86C77" w:rsidRDefault="00335E4C">
      <w:pPr>
        <w:pStyle w:val="ListParagraph"/>
        <w:numPr>
          <w:ilvl w:val="0"/>
          <w:numId w:val="11"/>
        </w:numPr>
      </w:pPr>
      <w:proofErr w:type="spellStart"/>
      <w:r>
        <w:t>Komponen</w:t>
      </w:r>
      <w:proofErr w:type="spellEnd"/>
      <w:r>
        <w:t xml:space="preserve"> hardware: Arduino Uno R3, </w:t>
      </w:r>
      <w:proofErr w:type="spellStart"/>
      <w:r>
        <w:t>modul</w:t>
      </w:r>
      <w:proofErr w:type="spellEnd"/>
      <w:r>
        <w:t xml:space="preserve"> RFID RC522, solenoid door lock 12V, relay module, power supply 12V, </w:t>
      </w:r>
      <w:proofErr w:type="spellStart"/>
      <w:r>
        <w:t>kabel</w:t>
      </w:r>
      <w:proofErr w:type="spellEnd"/>
      <w:r>
        <w:t xml:space="preserve"> jumper.</w:t>
      </w:r>
    </w:p>
    <w:p w14:paraId="77C3F3A8" w14:textId="4EEE6190" w:rsidR="00335E4C" w:rsidRDefault="00335E4C">
      <w:pPr>
        <w:pStyle w:val="ListParagraph"/>
        <w:numPr>
          <w:ilvl w:val="0"/>
          <w:numId w:val="11"/>
        </w:numPr>
      </w:pPr>
      <w:r>
        <w:t xml:space="preserve">Kartu RFID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pengujian</w:t>
      </w:r>
      <w:proofErr w:type="spellEnd"/>
      <w:r>
        <w:t xml:space="preserve"> </w:t>
      </w:r>
      <w:proofErr w:type="spellStart"/>
      <w:r>
        <w:t>sistem</w:t>
      </w:r>
      <w:proofErr w:type="spellEnd"/>
      <w:r>
        <w:t>.</w:t>
      </w:r>
    </w:p>
    <w:p w14:paraId="3367609A" w14:textId="77777777" w:rsidR="00335E4C" w:rsidRDefault="00335E4C" w:rsidP="00D86C77">
      <w:pPr>
        <w:pStyle w:val="Heading2"/>
      </w:pPr>
      <w:bookmarkStart w:id="26" w:name="_Toc233318712"/>
      <w:r>
        <w:t xml:space="preserve">3.6 Teknik </w:t>
      </w:r>
      <w:proofErr w:type="spellStart"/>
      <w:r>
        <w:t>Analisis</w:t>
      </w:r>
      <w:proofErr w:type="spellEnd"/>
      <w:r>
        <w:t xml:space="preserve"> Data</w:t>
      </w:r>
      <w:bookmarkEnd w:id="26"/>
    </w:p>
    <w:p w14:paraId="10569878" w14:textId="77777777" w:rsidR="00412F9D" w:rsidRPr="00412F9D" w:rsidRDefault="00412F9D" w:rsidP="00412F9D">
      <w:proofErr w:type="spellStart"/>
      <w:r w:rsidRPr="00412F9D">
        <w:t>Pengembangan</w:t>
      </w:r>
      <w:proofErr w:type="spellEnd"/>
      <w:r w:rsidRPr="00412F9D">
        <w:t xml:space="preserve"> </w:t>
      </w:r>
      <w:proofErr w:type="spellStart"/>
      <w:r w:rsidRPr="00412F9D">
        <w:t>sistem</w:t>
      </w:r>
      <w:proofErr w:type="spellEnd"/>
      <w:r w:rsidRPr="00412F9D">
        <w:t xml:space="preserve"> </w:t>
      </w:r>
      <w:proofErr w:type="spellStart"/>
      <w:r w:rsidRPr="00412F9D">
        <w:t>akses</w:t>
      </w:r>
      <w:proofErr w:type="spellEnd"/>
      <w:r w:rsidRPr="00412F9D">
        <w:t xml:space="preserve"> </w:t>
      </w:r>
      <w:proofErr w:type="spellStart"/>
      <w:r w:rsidRPr="00412F9D">
        <w:t>ruangan</w:t>
      </w:r>
      <w:proofErr w:type="spellEnd"/>
      <w:r w:rsidRPr="00412F9D">
        <w:t xml:space="preserve"> </w:t>
      </w:r>
      <w:proofErr w:type="spellStart"/>
      <w:r w:rsidRPr="00412F9D">
        <w:t>berbasis</w:t>
      </w:r>
      <w:proofErr w:type="spellEnd"/>
      <w:r w:rsidRPr="00412F9D">
        <w:t xml:space="preserve"> RFID dan </w:t>
      </w:r>
      <w:r w:rsidRPr="00412F9D">
        <w:rPr>
          <w:i/>
          <w:iCs/>
        </w:rPr>
        <w:t>solenoid door lock</w:t>
      </w:r>
      <w:r w:rsidRPr="00412F9D">
        <w:t xml:space="preserve"> </w:t>
      </w:r>
      <w:proofErr w:type="spellStart"/>
      <w:r w:rsidRPr="00412F9D">
        <w:t>ini</w:t>
      </w:r>
      <w:proofErr w:type="spellEnd"/>
      <w:r w:rsidRPr="00412F9D">
        <w:t xml:space="preserve"> </w:t>
      </w:r>
      <w:proofErr w:type="spellStart"/>
      <w:r w:rsidRPr="00412F9D">
        <w:t>menerapkan</w:t>
      </w:r>
      <w:proofErr w:type="spellEnd"/>
      <w:r w:rsidRPr="00412F9D">
        <w:t xml:space="preserve"> </w:t>
      </w:r>
      <w:proofErr w:type="spellStart"/>
      <w:r w:rsidRPr="00412F9D">
        <w:t>tahapan-tahapan</w:t>
      </w:r>
      <w:proofErr w:type="spellEnd"/>
      <w:r w:rsidRPr="00412F9D">
        <w:t xml:space="preserve"> pada model </w:t>
      </w:r>
      <w:r w:rsidRPr="00412F9D">
        <w:rPr>
          <w:b/>
          <w:bCs/>
        </w:rPr>
        <w:t xml:space="preserve">SDLC </w:t>
      </w:r>
      <w:r w:rsidRPr="00412F9D">
        <w:rPr>
          <w:b/>
          <w:bCs/>
          <w:i/>
          <w:iCs/>
        </w:rPr>
        <w:t>Waterfall</w:t>
      </w:r>
      <w:r w:rsidRPr="00412F9D">
        <w:t xml:space="preserve"> </w:t>
      </w:r>
      <w:proofErr w:type="spellStart"/>
      <w:r w:rsidRPr="00412F9D">
        <w:t>sebagai</w:t>
      </w:r>
      <w:proofErr w:type="spellEnd"/>
      <w:r w:rsidRPr="00412F9D">
        <w:t xml:space="preserve"> </w:t>
      </w:r>
      <w:proofErr w:type="spellStart"/>
      <w:r w:rsidRPr="00412F9D">
        <w:t>berikut</w:t>
      </w:r>
      <w:proofErr w:type="spellEnd"/>
      <w:r w:rsidRPr="00412F9D">
        <w:t xml:space="preserve">: </w:t>
      </w:r>
    </w:p>
    <w:p w14:paraId="6523E1D3" w14:textId="77777777" w:rsidR="00412F9D" w:rsidRPr="00412F9D" w:rsidRDefault="00412F9D">
      <w:pPr>
        <w:numPr>
          <w:ilvl w:val="0"/>
          <w:numId w:val="25"/>
        </w:numPr>
      </w:pPr>
      <w:proofErr w:type="spellStart"/>
      <w:r w:rsidRPr="00412F9D">
        <w:rPr>
          <w:b/>
          <w:bCs/>
        </w:rPr>
        <w:t>Analisis</w:t>
      </w:r>
      <w:proofErr w:type="spellEnd"/>
      <w:r w:rsidRPr="00412F9D">
        <w:rPr>
          <w:b/>
          <w:bCs/>
        </w:rPr>
        <w:t xml:space="preserve"> </w:t>
      </w:r>
      <w:proofErr w:type="spellStart"/>
      <w:r w:rsidRPr="00412F9D">
        <w:rPr>
          <w:b/>
          <w:bCs/>
        </w:rPr>
        <w:t>Kebutuhan</w:t>
      </w:r>
      <w:proofErr w:type="spellEnd"/>
      <w:r w:rsidRPr="00412F9D">
        <w:rPr>
          <w:b/>
          <w:bCs/>
        </w:rPr>
        <w:t xml:space="preserve"> (</w:t>
      </w:r>
      <w:r w:rsidRPr="00412F9D">
        <w:rPr>
          <w:b/>
          <w:bCs/>
          <w:i/>
          <w:iCs/>
        </w:rPr>
        <w:t>Requirements Analysis</w:t>
      </w:r>
      <w:r w:rsidRPr="00412F9D">
        <w:rPr>
          <w:b/>
          <w:bCs/>
        </w:rPr>
        <w:t>):</w:t>
      </w:r>
    </w:p>
    <w:p w14:paraId="2C9B3844" w14:textId="77777777" w:rsidR="00412F9D" w:rsidRPr="00412F9D" w:rsidRDefault="00412F9D">
      <w:pPr>
        <w:numPr>
          <w:ilvl w:val="1"/>
          <w:numId w:val="25"/>
        </w:numPr>
      </w:pPr>
      <w:proofErr w:type="spellStart"/>
      <w:r w:rsidRPr="00412F9D">
        <w:t>Menganalisis</w:t>
      </w:r>
      <w:proofErr w:type="spellEnd"/>
      <w:r w:rsidRPr="00412F9D">
        <w:t xml:space="preserve"> </w:t>
      </w:r>
      <w:proofErr w:type="spellStart"/>
      <w:r w:rsidRPr="00412F9D">
        <w:t>kondisi</w:t>
      </w:r>
      <w:proofErr w:type="spellEnd"/>
      <w:r w:rsidRPr="00412F9D">
        <w:t xml:space="preserve"> </w:t>
      </w:r>
      <w:proofErr w:type="spellStart"/>
      <w:r w:rsidRPr="00412F9D">
        <w:t>akses</w:t>
      </w:r>
      <w:proofErr w:type="spellEnd"/>
      <w:r w:rsidRPr="00412F9D">
        <w:t xml:space="preserve"> </w:t>
      </w:r>
      <w:proofErr w:type="spellStart"/>
      <w:r w:rsidRPr="00412F9D">
        <w:t>ruangan</w:t>
      </w:r>
      <w:proofErr w:type="spellEnd"/>
      <w:r w:rsidRPr="00412F9D">
        <w:t xml:space="preserve"> di </w:t>
      </w:r>
      <w:proofErr w:type="spellStart"/>
      <w:r w:rsidRPr="00412F9D">
        <w:t>tempat</w:t>
      </w:r>
      <w:proofErr w:type="spellEnd"/>
      <w:r w:rsidRPr="00412F9D">
        <w:t xml:space="preserve"> </w:t>
      </w:r>
      <w:proofErr w:type="spellStart"/>
      <w:r w:rsidRPr="00412F9D">
        <w:t>magang</w:t>
      </w:r>
      <w:proofErr w:type="spellEnd"/>
      <w:r w:rsidRPr="00412F9D">
        <w:t xml:space="preserve"> yang </w:t>
      </w:r>
      <w:proofErr w:type="spellStart"/>
      <w:r w:rsidRPr="00412F9D">
        <w:t>masih</w:t>
      </w:r>
      <w:proofErr w:type="spellEnd"/>
      <w:r w:rsidRPr="00412F9D">
        <w:t xml:space="preserve"> </w:t>
      </w:r>
      <w:proofErr w:type="spellStart"/>
      <w:r w:rsidRPr="00412F9D">
        <w:t>menggunakan</w:t>
      </w:r>
      <w:proofErr w:type="spellEnd"/>
      <w:r w:rsidRPr="00412F9D">
        <w:t xml:space="preserve"> </w:t>
      </w:r>
      <w:proofErr w:type="spellStart"/>
      <w:r w:rsidRPr="00412F9D">
        <w:t>kunci</w:t>
      </w:r>
      <w:proofErr w:type="spellEnd"/>
      <w:r w:rsidRPr="00412F9D">
        <w:t xml:space="preserve"> </w:t>
      </w:r>
      <w:proofErr w:type="spellStart"/>
      <w:r w:rsidRPr="00412F9D">
        <w:t>fisik</w:t>
      </w:r>
      <w:proofErr w:type="spellEnd"/>
      <w:r w:rsidRPr="00412F9D">
        <w:t xml:space="preserve"> </w:t>
      </w:r>
      <w:proofErr w:type="spellStart"/>
      <w:r w:rsidRPr="00412F9D">
        <w:t>konvensional</w:t>
      </w:r>
      <w:proofErr w:type="spellEnd"/>
      <w:r w:rsidRPr="00412F9D">
        <w:t xml:space="preserve">. </w:t>
      </w:r>
    </w:p>
    <w:p w14:paraId="59CA4FA9" w14:textId="54A08FB8" w:rsidR="00412F9D" w:rsidRPr="00412F9D" w:rsidRDefault="00412F9D">
      <w:pPr>
        <w:numPr>
          <w:ilvl w:val="1"/>
          <w:numId w:val="25"/>
        </w:numPr>
      </w:pPr>
      <w:proofErr w:type="spellStart"/>
      <w:r w:rsidRPr="00412F9D">
        <w:t>Mengidentifikasi</w:t>
      </w:r>
      <w:proofErr w:type="spellEnd"/>
      <w:r w:rsidRPr="00412F9D">
        <w:t xml:space="preserve"> </w:t>
      </w:r>
      <w:proofErr w:type="spellStart"/>
      <w:r w:rsidRPr="00412F9D">
        <w:t>kebutuhan</w:t>
      </w:r>
      <w:proofErr w:type="spellEnd"/>
      <w:r w:rsidRPr="00412F9D">
        <w:t xml:space="preserve"> </w:t>
      </w:r>
      <w:proofErr w:type="spellStart"/>
      <w:r w:rsidRPr="00412F9D">
        <w:t>fungsional</w:t>
      </w:r>
      <w:proofErr w:type="spellEnd"/>
      <w:r w:rsidRPr="00412F9D">
        <w:t xml:space="preserve"> (</w:t>
      </w:r>
      <w:proofErr w:type="spellStart"/>
      <w:r w:rsidRPr="00412F9D">
        <w:t>pembacaan</w:t>
      </w:r>
      <w:proofErr w:type="spellEnd"/>
      <w:r w:rsidRPr="00412F9D">
        <w:t xml:space="preserve"> UID RFID, </w:t>
      </w:r>
      <w:proofErr w:type="spellStart"/>
      <w:r w:rsidRPr="00412F9D">
        <w:t>penguncian</w:t>
      </w:r>
      <w:proofErr w:type="spellEnd"/>
      <w:r w:rsidRPr="00412F9D">
        <w:t xml:space="preserve"> </w:t>
      </w:r>
      <w:proofErr w:type="spellStart"/>
      <w:r w:rsidRPr="00412F9D">
        <w:t>otomatis</w:t>
      </w:r>
      <w:proofErr w:type="spellEnd"/>
      <w:r w:rsidRPr="00412F9D">
        <w:t xml:space="preserve">, </w:t>
      </w:r>
      <w:proofErr w:type="spellStart"/>
      <w:r w:rsidRPr="00412F9D">
        <w:t>pencatatan</w:t>
      </w:r>
      <w:proofErr w:type="spellEnd"/>
      <w:r w:rsidRPr="00412F9D">
        <w:t xml:space="preserve"> log </w:t>
      </w:r>
      <w:proofErr w:type="spellStart"/>
      <w:r w:rsidRPr="00412F9D">
        <w:t>akses</w:t>
      </w:r>
      <w:proofErr w:type="spellEnd"/>
      <w:r w:rsidRPr="00412F9D">
        <w:t xml:space="preserve"> via web, </w:t>
      </w:r>
      <w:proofErr w:type="spellStart"/>
      <w:r w:rsidRPr="00412F9D">
        <w:t>serta</w:t>
      </w:r>
      <w:proofErr w:type="spellEnd"/>
      <w:r w:rsidRPr="00412F9D">
        <w:t xml:space="preserve"> </w:t>
      </w:r>
      <w:proofErr w:type="spellStart"/>
      <w:r w:rsidRPr="00412F9D">
        <w:lastRenderedPageBreak/>
        <w:t>mekanisme</w:t>
      </w:r>
      <w:proofErr w:type="spellEnd"/>
      <w:r w:rsidRPr="00412F9D">
        <w:t xml:space="preserve"> </w:t>
      </w:r>
      <w:r w:rsidRPr="00412F9D">
        <w:rPr>
          <w:i/>
          <w:iCs/>
        </w:rPr>
        <w:t>fail-safe</w:t>
      </w:r>
      <w:r w:rsidRPr="00412F9D">
        <w:t xml:space="preserve"> </w:t>
      </w:r>
      <w:proofErr w:type="spellStart"/>
      <w:r w:rsidRPr="00412F9D">
        <w:t>saat</w:t>
      </w:r>
      <w:proofErr w:type="spellEnd"/>
      <w:r w:rsidRPr="00412F9D">
        <w:t xml:space="preserve"> </w:t>
      </w:r>
      <w:proofErr w:type="spellStart"/>
      <w:r w:rsidRPr="00412F9D">
        <w:t>darurat</w:t>
      </w:r>
      <w:proofErr w:type="spellEnd"/>
      <w:r w:rsidRPr="00412F9D">
        <w:t xml:space="preserve">) dan </w:t>
      </w:r>
      <w:proofErr w:type="spellStart"/>
      <w:r w:rsidRPr="00412F9D">
        <w:t>kebutuhan</w:t>
      </w:r>
      <w:proofErr w:type="spellEnd"/>
      <w:r w:rsidRPr="00412F9D">
        <w:t xml:space="preserve"> non-</w:t>
      </w:r>
      <w:proofErr w:type="spellStart"/>
      <w:r w:rsidRPr="00412F9D">
        <w:t>fungsional</w:t>
      </w:r>
      <w:proofErr w:type="spellEnd"/>
      <w:r w:rsidRPr="00412F9D">
        <w:t xml:space="preserve"> (</w:t>
      </w:r>
      <w:proofErr w:type="spellStart"/>
      <w:r w:rsidRPr="00412F9D">
        <w:t>kecepatan</w:t>
      </w:r>
      <w:proofErr w:type="spellEnd"/>
      <w:r w:rsidRPr="00412F9D">
        <w:t xml:space="preserve"> </w:t>
      </w:r>
      <w:proofErr w:type="spellStart"/>
      <w:r w:rsidRPr="00412F9D">
        <w:t>respons</w:t>
      </w:r>
      <w:proofErr w:type="spellEnd"/>
      <w:r w:rsidRPr="00412F9D">
        <w:t xml:space="preserve"> </w:t>
      </w:r>
      <m:oMath>
        <m:r>
          <w:rPr>
            <w:rFonts w:ascii="Cambria Math" w:hAnsi="Cambria Math"/>
          </w:rPr>
          <m:t>&lt;1</m:t>
        </m:r>
      </m:oMath>
      <w:r w:rsidRPr="00412F9D">
        <w:t xml:space="preserve"> detik, jarak baca RFID </w:t>
      </w:r>
      <m:oMath>
        <m:r>
          <w:rPr>
            <w:rFonts w:ascii="Cambria Math" w:hAnsi="Cambria Math"/>
          </w:rPr>
          <m:t>≤3</m:t>
        </m:r>
        <m:r>
          <m:rPr>
            <m:nor/>
          </m:rPr>
          <m:t> cm</m:t>
        </m:r>
      </m:oMath>
      <w:r w:rsidRPr="00412F9D">
        <w:t xml:space="preserve">). </w:t>
      </w:r>
    </w:p>
    <w:p w14:paraId="415EE0C2" w14:textId="77777777" w:rsidR="00412F9D" w:rsidRPr="00412F9D" w:rsidRDefault="00412F9D">
      <w:pPr>
        <w:numPr>
          <w:ilvl w:val="0"/>
          <w:numId w:val="25"/>
        </w:numPr>
      </w:pPr>
      <w:proofErr w:type="spellStart"/>
      <w:r w:rsidRPr="00412F9D">
        <w:rPr>
          <w:b/>
          <w:bCs/>
        </w:rPr>
        <w:t>Perancangan</w:t>
      </w:r>
      <w:proofErr w:type="spellEnd"/>
      <w:r w:rsidRPr="00412F9D">
        <w:rPr>
          <w:b/>
          <w:bCs/>
        </w:rPr>
        <w:t xml:space="preserve"> </w:t>
      </w:r>
      <w:proofErr w:type="spellStart"/>
      <w:r w:rsidRPr="00412F9D">
        <w:rPr>
          <w:b/>
          <w:bCs/>
        </w:rPr>
        <w:t>Sistem</w:t>
      </w:r>
      <w:proofErr w:type="spellEnd"/>
      <w:r w:rsidRPr="00412F9D">
        <w:rPr>
          <w:b/>
          <w:bCs/>
        </w:rPr>
        <w:t xml:space="preserve"> (</w:t>
      </w:r>
      <w:r w:rsidRPr="00412F9D">
        <w:rPr>
          <w:b/>
          <w:bCs/>
          <w:i/>
          <w:iCs/>
        </w:rPr>
        <w:t>System Design</w:t>
      </w:r>
      <w:r w:rsidRPr="00412F9D">
        <w:rPr>
          <w:b/>
          <w:bCs/>
        </w:rPr>
        <w:t>):</w:t>
      </w:r>
    </w:p>
    <w:p w14:paraId="6FE14E90" w14:textId="77777777" w:rsidR="00412F9D" w:rsidRPr="00412F9D" w:rsidRDefault="00412F9D">
      <w:pPr>
        <w:numPr>
          <w:ilvl w:val="1"/>
          <w:numId w:val="25"/>
        </w:numPr>
      </w:pPr>
      <w:proofErr w:type="spellStart"/>
      <w:r w:rsidRPr="00412F9D">
        <w:rPr>
          <w:b/>
          <w:bCs/>
        </w:rPr>
        <w:t>Perancangan</w:t>
      </w:r>
      <w:proofErr w:type="spellEnd"/>
      <w:r w:rsidRPr="00412F9D">
        <w:rPr>
          <w:b/>
          <w:bCs/>
        </w:rPr>
        <w:t xml:space="preserve"> </w:t>
      </w:r>
      <w:proofErr w:type="spellStart"/>
      <w:r w:rsidRPr="00412F9D">
        <w:rPr>
          <w:b/>
          <w:bCs/>
        </w:rPr>
        <w:t>Perangkat</w:t>
      </w:r>
      <w:proofErr w:type="spellEnd"/>
      <w:r w:rsidRPr="00412F9D">
        <w:rPr>
          <w:b/>
          <w:bCs/>
        </w:rPr>
        <w:t xml:space="preserve"> Keras:</w:t>
      </w:r>
      <w:r w:rsidRPr="00412F9D">
        <w:t xml:space="preserve"> </w:t>
      </w:r>
      <w:proofErr w:type="spellStart"/>
      <w:r w:rsidRPr="00412F9D">
        <w:t>Merancang</w:t>
      </w:r>
      <w:proofErr w:type="spellEnd"/>
      <w:r w:rsidRPr="00412F9D">
        <w:t xml:space="preserve"> </w:t>
      </w:r>
      <w:proofErr w:type="spellStart"/>
      <w:r w:rsidRPr="00412F9D">
        <w:t>skema</w:t>
      </w:r>
      <w:proofErr w:type="spellEnd"/>
      <w:r w:rsidRPr="00412F9D">
        <w:t xml:space="preserve"> </w:t>
      </w:r>
      <w:proofErr w:type="spellStart"/>
      <w:r w:rsidRPr="00412F9D">
        <w:t>hubungan</w:t>
      </w:r>
      <w:proofErr w:type="spellEnd"/>
      <w:r w:rsidRPr="00412F9D">
        <w:t xml:space="preserve"> </w:t>
      </w:r>
      <w:proofErr w:type="spellStart"/>
      <w:r w:rsidRPr="00412F9D">
        <w:t>antar</w:t>
      </w:r>
      <w:proofErr w:type="spellEnd"/>
      <w:r w:rsidRPr="00412F9D">
        <w:t xml:space="preserve"> </w:t>
      </w:r>
      <w:proofErr w:type="spellStart"/>
      <w:r w:rsidRPr="00412F9D">
        <w:t>komponen</w:t>
      </w:r>
      <w:proofErr w:type="spellEnd"/>
      <w:r w:rsidRPr="00412F9D">
        <w:t xml:space="preserve"> (</w:t>
      </w:r>
      <w:r w:rsidRPr="00412F9D">
        <w:rPr>
          <w:i/>
          <w:iCs/>
        </w:rPr>
        <w:t>circuit diagram</w:t>
      </w:r>
      <w:r w:rsidRPr="00412F9D">
        <w:t xml:space="preserve">) </w:t>
      </w:r>
      <w:proofErr w:type="spellStart"/>
      <w:r w:rsidRPr="00412F9D">
        <w:t>meliputi</w:t>
      </w:r>
      <w:proofErr w:type="spellEnd"/>
      <w:r w:rsidRPr="00412F9D">
        <w:t xml:space="preserve"> Arduino Uno, RFID RC522, </w:t>
      </w:r>
      <w:r w:rsidRPr="00412F9D">
        <w:rPr>
          <w:i/>
          <w:iCs/>
        </w:rPr>
        <w:t>Relay Module</w:t>
      </w:r>
      <w:r w:rsidRPr="00412F9D">
        <w:t xml:space="preserve">, </w:t>
      </w:r>
      <w:r w:rsidRPr="00412F9D">
        <w:rPr>
          <w:i/>
          <w:iCs/>
        </w:rPr>
        <w:t>Solenoid Door Lock</w:t>
      </w:r>
      <w:r w:rsidRPr="00412F9D">
        <w:t xml:space="preserve">, dan </w:t>
      </w:r>
      <w:proofErr w:type="spellStart"/>
      <w:r w:rsidRPr="00412F9D">
        <w:t>Layar</w:t>
      </w:r>
      <w:proofErr w:type="spellEnd"/>
      <w:r w:rsidRPr="00412F9D">
        <w:t xml:space="preserve"> LCD. </w:t>
      </w:r>
    </w:p>
    <w:p w14:paraId="318FCD38" w14:textId="77777777" w:rsidR="00412F9D" w:rsidRPr="00412F9D" w:rsidRDefault="00412F9D">
      <w:pPr>
        <w:numPr>
          <w:ilvl w:val="1"/>
          <w:numId w:val="25"/>
        </w:numPr>
      </w:pPr>
      <w:proofErr w:type="spellStart"/>
      <w:r w:rsidRPr="00412F9D">
        <w:rPr>
          <w:b/>
          <w:bCs/>
        </w:rPr>
        <w:t>Perancangan</w:t>
      </w:r>
      <w:proofErr w:type="spellEnd"/>
      <w:r w:rsidRPr="00412F9D">
        <w:rPr>
          <w:b/>
          <w:bCs/>
        </w:rPr>
        <w:t xml:space="preserve"> </w:t>
      </w:r>
      <w:proofErr w:type="spellStart"/>
      <w:r w:rsidRPr="00412F9D">
        <w:rPr>
          <w:b/>
          <w:bCs/>
        </w:rPr>
        <w:t>Perangkat</w:t>
      </w:r>
      <w:proofErr w:type="spellEnd"/>
      <w:r w:rsidRPr="00412F9D">
        <w:rPr>
          <w:b/>
          <w:bCs/>
        </w:rPr>
        <w:t xml:space="preserve"> Lunak:</w:t>
      </w:r>
      <w:r w:rsidRPr="00412F9D">
        <w:t xml:space="preserve"> </w:t>
      </w:r>
      <w:proofErr w:type="spellStart"/>
      <w:r w:rsidRPr="00412F9D">
        <w:t>Memodelkan</w:t>
      </w:r>
      <w:proofErr w:type="spellEnd"/>
      <w:r w:rsidRPr="00412F9D">
        <w:t xml:space="preserve"> </w:t>
      </w:r>
      <w:proofErr w:type="spellStart"/>
      <w:r w:rsidRPr="00412F9D">
        <w:t>arsitektur</w:t>
      </w:r>
      <w:proofErr w:type="spellEnd"/>
      <w:r w:rsidRPr="00412F9D">
        <w:t xml:space="preserve"> </w:t>
      </w:r>
      <w:proofErr w:type="spellStart"/>
      <w:r w:rsidRPr="00412F9D">
        <w:t>sistem</w:t>
      </w:r>
      <w:proofErr w:type="spellEnd"/>
      <w:r w:rsidRPr="00412F9D">
        <w:t xml:space="preserve"> </w:t>
      </w:r>
      <w:proofErr w:type="spellStart"/>
      <w:r w:rsidRPr="00412F9D">
        <w:t>menggunakan</w:t>
      </w:r>
      <w:proofErr w:type="spellEnd"/>
      <w:r w:rsidRPr="00412F9D">
        <w:t xml:space="preserve"> Unified Modeling Language (UML) yang </w:t>
      </w:r>
      <w:proofErr w:type="spellStart"/>
      <w:r w:rsidRPr="00412F9D">
        <w:t>mencakup</w:t>
      </w:r>
      <w:proofErr w:type="spellEnd"/>
      <w:r w:rsidRPr="00412F9D">
        <w:t xml:space="preserve"> </w:t>
      </w:r>
      <w:r w:rsidRPr="00412F9D">
        <w:rPr>
          <w:i/>
          <w:iCs/>
        </w:rPr>
        <w:t>Use Case Diagram</w:t>
      </w:r>
      <w:r w:rsidRPr="00412F9D">
        <w:t xml:space="preserve">, </w:t>
      </w:r>
      <w:r w:rsidRPr="00412F9D">
        <w:rPr>
          <w:i/>
          <w:iCs/>
        </w:rPr>
        <w:t>Activity Diagram</w:t>
      </w:r>
      <w:r w:rsidRPr="00412F9D">
        <w:t xml:space="preserve">, dan </w:t>
      </w:r>
      <w:r w:rsidRPr="00412F9D">
        <w:rPr>
          <w:i/>
          <w:iCs/>
        </w:rPr>
        <w:t>Class Diagram</w:t>
      </w:r>
      <w:r w:rsidRPr="00412F9D">
        <w:t xml:space="preserve">, </w:t>
      </w:r>
      <w:proofErr w:type="spellStart"/>
      <w:r w:rsidRPr="00412F9D">
        <w:t>serta</w:t>
      </w:r>
      <w:proofErr w:type="spellEnd"/>
      <w:r w:rsidRPr="00412F9D">
        <w:t xml:space="preserve"> diagram </w:t>
      </w:r>
      <w:r w:rsidRPr="00412F9D">
        <w:rPr>
          <w:i/>
          <w:iCs/>
        </w:rPr>
        <w:t>Flowchart</w:t>
      </w:r>
      <w:r w:rsidRPr="00412F9D">
        <w:t xml:space="preserve"> </w:t>
      </w:r>
      <w:proofErr w:type="spellStart"/>
      <w:r w:rsidRPr="00412F9D">
        <w:t>alur</w:t>
      </w:r>
      <w:proofErr w:type="spellEnd"/>
      <w:r w:rsidRPr="00412F9D">
        <w:t xml:space="preserve"> </w:t>
      </w:r>
      <w:proofErr w:type="spellStart"/>
      <w:r w:rsidRPr="00412F9D">
        <w:t>sistem</w:t>
      </w:r>
      <w:proofErr w:type="spellEnd"/>
      <w:r w:rsidRPr="00412F9D">
        <w:t xml:space="preserve"> dan </w:t>
      </w:r>
      <w:r w:rsidRPr="00412F9D">
        <w:rPr>
          <w:i/>
          <w:iCs/>
        </w:rPr>
        <w:t>fail-safe</w:t>
      </w:r>
      <w:r w:rsidRPr="00412F9D">
        <w:t xml:space="preserve">. </w:t>
      </w:r>
    </w:p>
    <w:p w14:paraId="74C0AE30" w14:textId="77777777" w:rsidR="00412F9D" w:rsidRPr="00412F9D" w:rsidRDefault="00412F9D">
      <w:pPr>
        <w:numPr>
          <w:ilvl w:val="0"/>
          <w:numId w:val="25"/>
        </w:numPr>
      </w:pPr>
      <w:proofErr w:type="spellStart"/>
      <w:r w:rsidRPr="00412F9D">
        <w:rPr>
          <w:b/>
          <w:bCs/>
        </w:rPr>
        <w:t>Implementasi</w:t>
      </w:r>
      <w:proofErr w:type="spellEnd"/>
      <w:r w:rsidRPr="00412F9D">
        <w:rPr>
          <w:b/>
          <w:bCs/>
        </w:rPr>
        <w:t xml:space="preserve"> &amp; </w:t>
      </w:r>
      <w:proofErr w:type="spellStart"/>
      <w:r w:rsidRPr="00412F9D">
        <w:rPr>
          <w:b/>
          <w:bCs/>
        </w:rPr>
        <w:t>Pengkodean</w:t>
      </w:r>
      <w:proofErr w:type="spellEnd"/>
      <w:r w:rsidRPr="00412F9D">
        <w:rPr>
          <w:b/>
          <w:bCs/>
        </w:rPr>
        <w:t xml:space="preserve"> (</w:t>
      </w:r>
      <w:r w:rsidRPr="00412F9D">
        <w:rPr>
          <w:b/>
          <w:bCs/>
          <w:i/>
          <w:iCs/>
        </w:rPr>
        <w:t>Implementation &amp; Coding</w:t>
      </w:r>
      <w:r w:rsidRPr="00412F9D">
        <w:rPr>
          <w:b/>
          <w:bCs/>
        </w:rPr>
        <w:t>):</w:t>
      </w:r>
    </w:p>
    <w:p w14:paraId="1EE76744" w14:textId="77777777" w:rsidR="00412F9D" w:rsidRPr="00412F9D" w:rsidRDefault="00412F9D">
      <w:pPr>
        <w:numPr>
          <w:ilvl w:val="1"/>
          <w:numId w:val="25"/>
        </w:numPr>
      </w:pPr>
      <w:proofErr w:type="spellStart"/>
      <w:r w:rsidRPr="00412F9D">
        <w:t>Penerjemahan</w:t>
      </w:r>
      <w:proofErr w:type="spellEnd"/>
      <w:r w:rsidRPr="00412F9D">
        <w:t xml:space="preserve"> </w:t>
      </w:r>
      <w:proofErr w:type="spellStart"/>
      <w:r w:rsidRPr="00412F9D">
        <w:t>hasil</w:t>
      </w:r>
      <w:proofErr w:type="spellEnd"/>
      <w:r w:rsidRPr="00412F9D">
        <w:t xml:space="preserve"> </w:t>
      </w:r>
      <w:proofErr w:type="spellStart"/>
      <w:r w:rsidRPr="00412F9D">
        <w:t>rancangan</w:t>
      </w:r>
      <w:proofErr w:type="spellEnd"/>
      <w:r w:rsidRPr="00412F9D">
        <w:t xml:space="preserve"> </w:t>
      </w:r>
      <w:proofErr w:type="spellStart"/>
      <w:r w:rsidRPr="00412F9D">
        <w:t>ke</w:t>
      </w:r>
      <w:proofErr w:type="spellEnd"/>
      <w:r w:rsidRPr="00412F9D">
        <w:t xml:space="preserve"> </w:t>
      </w:r>
      <w:proofErr w:type="spellStart"/>
      <w:r w:rsidRPr="00412F9D">
        <w:t>dalam</w:t>
      </w:r>
      <w:proofErr w:type="spellEnd"/>
      <w:r w:rsidRPr="00412F9D">
        <w:t xml:space="preserve"> </w:t>
      </w:r>
      <w:proofErr w:type="spellStart"/>
      <w:r w:rsidRPr="00412F9D">
        <w:t>kode</w:t>
      </w:r>
      <w:proofErr w:type="spellEnd"/>
      <w:r w:rsidRPr="00412F9D">
        <w:t xml:space="preserve"> program (</w:t>
      </w:r>
      <w:r w:rsidRPr="00412F9D">
        <w:rPr>
          <w:i/>
          <w:iCs/>
        </w:rPr>
        <w:t>coding</w:t>
      </w:r>
      <w:r w:rsidRPr="00412F9D">
        <w:t xml:space="preserve">). </w:t>
      </w:r>
    </w:p>
    <w:p w14:paraId="2E71710C" w14:textId="77777777" w:rsidR="00412F9D" w:rsidRPr="00412F9D" w:rsidRDefault="00412F9D">
      <w:pPr>
        <w:numPr>
          <w:ilvl w:val="1"/>
          <w:numId w:val="25"/>
        </w:numPr>
      </w:pPr>
      <w:proofErr w:type="spellStart"/>
      <w:r w:rsidRPr="00412F9D">
        <w:t>Pemrograman</w:t>
      </w:r>
      <w:proofErr w:type="spellEnd"/>
      <w:r w:rsidRPr="00412F9D">
        <w:t xml:space="preserve"> </w:t>
      </w:r>
      <w:proofErr w:type="spellStart"/>
      <w:r w:rsidRPr="00412F9D">
        <w:t>mikrokontroler</w:t>
      </w:r>
      <w:proofErr w:type="spellEnd"/>
      <w:r w:rsidRPr="00412F9D">
        <w:t xml:space="preserve"> </w:t>
      </w:r>
      <w:proofErr w:type="spellStart"/>
      <w:r w:rsidRPr="00412F9D">
        <w:t>menggunakan</w:t>
      </w:r>
      <w:proofErr w:type="spellEnd"/>
      <w:r w:rsidRPr="00412F9D">
        <w:t xml:space="preserve"> </w:t>
      </w:r>
      <w:proofErr w:type="spellStart"/>
      <w:r w:rsidRPr="00412F9D">
        <w:t>bahasa</w:t>
      </w:r>
      <w:proofErr w:type="spellEnd"/>
      <w:r w:rsidRPr="00412F9D">
        <w:t xml:space="preserve"> C/C++ pada Arduino IDE. </w:t>
      </w:r>
    </w:p>
    <w:p w14:paraId="510AAEED" w14:textId="77777777" w:rsidR="00412F9D" w:rsidRPr="00412F9D" w:rsidRDefault="00412F9D">
      <w:pPr>
        <w:numPr>
          <w:ilvl w:val="1"/>
          <w:numId w:val="25"/>
        </w:numPr>
      </w:pPr>
      <w:proofErr w:type="spellStart"/>
      <w:r w:rsidRPr="00412F9D">
        <w:t>Pembuatan</w:t>
      </w:r>
      <w:proofErr w:type="spellEnd"/>
      <w:r w:rsidRPr="00412F9D">
        <w:t xml:space="preserve"> </w:t>
      </w:r>
      <w:r w:rsidRPr="00412F9D">
        <w:rPr>
          <w:i/>
          <w:iCs/>
        </w:rPr>
        <w:t>script bridge</w:t>
      </w:r>
      <w:r w:rsidRPr="00412F9D">
        <w:t xml:space="preserve"> Python </w:t>
      </w:r>
      <w:proofErr w:type="spellStart"/>
      <w:r w:rsidRPr="00412F9D">
        <w:t>untuk</w:t>
      </w:r>
      <w:proofErr w:type="spellEnd"/>
      <w:r w:rsidRPr="00412F9D">
        <w:t xml:space="preserve"> </w:t>
      </w:r>
      <w:proofErr w:type="spellStart"/>
      <w:r w:rsidRPr="00412F9D">
        <w:t>komunikasi</w:t>
      </w:r>
      <w:proofErr w:type="spellEnd"/>
      <w:r w:rsidRPr="00412F9D">
        <w:t xml:space="preserve"> Serial USB </w:t>
      </w:r>
      <w:proofErr w:type="spellStart"/>
      <w:r w:rsidRPr="00412F9D">
        <w:t>antara</w:t>
      </w:r>
      <w:proofErr w:type="spellEnd"/>
      <w:r w:rsidRPr="00412F9D">
        <w:t xml:space="preserve"> Arduino dan API Laravel. </w:t>
      </w:r>
    </w:p>
    <w:p w14:paraId="21E5A493" w14:textId="77777777" w:rsidR="00412F9D" w:rsidRPr="00412F9D" w:rsidRDefault="00412F9D">
      <w:pPr>
        <w:numPr>
          <w:ilvl w:val="1"/>
          <w:numId w:val="25"/>
        </w:numPr>
      </w:pPr>
      <w:proofErr w:type="spellStart"/>
      <w:r w:rsidRPr="00412F9D">
        <w:t>Pengembangan</w:t>
      </w:r>
      <w:proofErr w:type="spellEnd"/>
      <w:r w:rsidRPr="00412F9D">
        <w:t xml:space="preserve"> </w:t>
      </w:r>
      <w:r w:rsidRPr="00412F9D">
        <w:rPr>
          <w:i/>
          <w:iCs/>
        </w:rPr>
        <w:t>web dashboard</w:t>
      </w:r>
      <w:r w:rsidRPr="00412F9D">
        <w:t xml:space="preserve"> monitoring log dan </w:t>
      </w:r>
      <w:proofErr w:type="spellStart"/>
      <w:r w:rsidRPr="00412F9D">
        <w:t>otorisasi</w:t>
      </w:r>
      <w:proofErr w:type="spellEnd"/>
      <w:r w:rsidRPr="00412F9D">
        <w:t xml:space="preserve"> database </w:t>
      </w:r>
      <w:proofErr w:type="spellStart"/>
      <w:r w:rsidRPr="00412F9D">
        <w:t>berbasis</w:t>
      </w:r>
      <w:proofErr w:type="spellEnd"/>
      <w:r w:rsidRPr="00412F9D">
        <w:t xml:space="preserve"> framework Laravel. </w:t>
      </w:r>
    </w:p>
    <w:p w14:paraId="01E75327" w14:textId="77777777" w:rsidR="00412F9D" w:rsidRPr="00412F9D" w:rsidRDefault="00412F9D">
      <w:pPr>
        <w:numPr>
          <w:ilvl w:val="0"/>
          <w:numId w:val="25"/>
        </w:numPr>
      </w:pPr>
      <w:proofErr w:type="spellStart"/>
      <w:r w:rsidRPr="00412F9D">
        <w:rPr>
          <w:b/>
          <w:bCs/>
        </w:rPr>
        <w:t>Pengujian</w:t>
      </w:r>
      <w:proofErr w:type="spellEnd"/>
      <w:r w:rsidRPr="00412F9D">
        <w:rPr>
          <w:b/>
          <w:bCs/>
        </w:rPr>
        <w:t xml:space="preserve"> </w:t>
      </w:r>
      <w:proofErr w:type="spellStart"/>
      <w:r w:rsidRPr="00412F9D">
        <w:rPr>
          <w:b/>
          <w:bCs/>
        </w:rPr>
        <w:t>Sistem</w:t>
      </w:r>
      <w:proofErr w:type="spellEnd"/>
      <w:r w:rsidRPr="00412F9D">
        <w:rPr>
          <w:b/>
          <w:bCs/>
        </w:rPr>
        <w:t xml:space="preserve"> (</w:t>
      </w:r>
      <w:r w:rsidRPr="00412F9D">
        <w:rPr>
          <w:b/>
          <w:bCs/>
          <w:i/>
          <w:iCs/>
        </w:rPr>
        <w:t>Testing</w:t>
      </w:r>
      <w:r w:rsidRPr="00412F9D">
        <w:rPr>
          <w:b/>
          <w:bCs/>
        </w:rPr>
        <w:t>):</w:t>
      </w:r>
    </w:p>
    <w:p w14:paraId="226DB80A" w14:textId="77777777" w:rsidR="00412F9D" w:rsidRPr="00412F9D" w:rsidRDefault="00412F9D">
      <w:pPr>
        <w:numPr>
          <w:ilvl w:val="1"/>
          <w:numId w:val="25"/>
        </w:numPr>
      </w:pPr>
      <w:proofErr w:type="spellStart"/>
      <w:r w:rsidRPr="00412F9D">
        <w:t>Melakukan</w:t>
      </w:r>
      <w:proofErr w:type="spellEnd"/>
      <w:r w:rsidRPr="00412F9D">
        <w:t xml:space="preserve"> </w:t>
      </w:r>
      <w:proofErr w:type="spellStart"/>
      <w:r w:rsidRPr="00412F9D">
        <w:t>pengujian</w:t>
      </w:r>
      <w:proofErr w:type="spellEnd"/>
      <w:r w:rsidRPr="00412F9D">
        <w:t xml:space="preserve"> </w:t>
      </w:r>
      <w:proofErr w:type="spellStart"/>
      <w:r w:rsidRPr="00412F9D">
        <w:t>fungsionalitas</w:t>
      </w:r>
      <w:proofErr w:type="spellEnd"/>
      <w:r w:rsidRPr="00412F9D">
        <w:t xml:space="preserve"> </w:t>
      </w:r>
      <w:proofErr w:type="spellStart"/>
      <w:r w:rsidRPr="00412F9D">
        <w:t>komponen</w:t>
      </w:r>
      <w:proofErr w:type="spellEnd"/>
      <w:r w:rsidRPr="00412F9D">
        <w:t xml:space="preserve"> </w:t>
      </w:r>
      <w:proofErr w:type="spellStart"/>
      <w:r w:rsidRPr="00412F9D">
        <w:t>secara</w:t>
      </w:r>
      <w:proofErr w:type="spellEnd"/>
      <w:r w:rsidRPr="00412F9D">
        <w:t xml:space="preserve"> </w:t>
      </w:r>
      <w:proofErr w:type="spellStart"/>
      <w:r w:rsidRPr="00412F9D">
        <w:t>parsial</w:t>
      </w:r>
      <w:proofErr w:type="spellEnd"/>
      <w:r w:rsidRPr="00412F9D">
        <w:t xml:space="preserve"> (</w:t>
      </w:r>
      <w:r w:rsidRPr="00412F9D">
        <w:rPr>
          <w:i/>
          <w:iCs/>
        </w:rPr>
        <w:t>unit testing</w:t>
      </w:r>
      <w:r w:rsidRPr="00412F9D">
        <w:t xml:space="preserve">) dan </w:t>
      </w:r>
      <w:proofErr w:type="spellStart"/>
      <w:r w:rsidRPr="00412F9D">
        <w:t>menyeluruh</w:t>
      </w:r>
      <w:proofErr w:type="spellEnd"/>
      <w:r w:rsidRPr="00412F9D">
        <w:t xml:space="preserve"> (</w:t>
      </w:r>
      <w:r w:rsidRPr="00412F9D">
        <w:rPr>
          <w:i/>
          <w:iCs/>
        </w:rPr>
        <w:t>integration testing</w:t>
      </w:r>
      <w:r w:rsidRPr="00412F9D">
        <w:t xml:space="preserve">). </w:t>
      </w:r>
    </w:p>
    <w:p w14:paraId="663A2C4D" w14:textId="77777777" w:rsidR="00412F9D" w:rsidRPr="00412F9D" w:rsidRDefault="00412F9D">
      <w:pPr>
        <w:numPr>
          <w:ilvl w:val="1"/>
          <w:numId w:val="25"/>
        </w:numPr>
      </w:pPr>
      <w:proofErr w:type="spellStart"/>
      <w:r w:rsidRPr="00412F9D">
        <w:t>Pengujian</w:t>
      </w:r>
      <w:proofErr w:type="spellEnd"/>
      <w:r w:rsidRPr="00412F9D">
        <w:t xml:space="preserve"> </w:t>
      </w:r>
      <w:proofErr w:type="spellStart"/>
      <w:r w:rsidRPr="00412F9D">
        <w:t>meliputi</w:t>
      </w:r>
      <w:proofErr w:type="spellEnd"/>
      <w:r w:rsidRPr="00412F9D">
        <w:t xml:space="preserve"> </w:t>
      </w:r>
      <w:proofErr w:type="spellStart"/>
      <w:r w:rsidRPr="00412F9D">
        <w:t>responsibilitas</w:t>
      </w:r>
      <w:proofErr w:type="spellEnd"/>
      <w:r w:rsidRPr="00412F9D">
        <w:t xml:space="preserve"> </w:t>
      </w:r>
      <w:proofErr w:type="spellStart"/>
      <w:r w:rsidRPr="00412F9D">
        <w:t>pembacaan</w:t>
      </w:r>
      <w:proofErr w:type="spellEnd"/>
      <w:r w:rsidRPr="00412F9D">
        <w:t xml:space="preserve"> RFID, </w:t>
      </w:r>
      <w:proofErr w:type="spellStart"/>
      <w:r w:rsidRPr="00412F9D">
        <w:t>validasi</w:t>
      </w:r>
      <w:proofErr w:type="spellEnd"/>
      <w:r w:rsidRPr="00412F9D">
        <w:t xml:space="preserve"> </w:t>
      </w:r>
      <w:proofErr w:type="spellStart"/>
      <w:r w:rsidRPr="00412F9D">
        <w:t>otorisasi</w:t>
      </w:r>
      <w:proofErr w:type="spellEnd"/>
      <w:r w:rsidRPr="00412F9D">
        <w:t xml:space="preserve"> database, </w:t>
      </w:r>
      <w:proofErr w:type="spellStart"/>
      <w:r w:rsidRPr="00412F9D">
        <w:t>pengujian</w:t>
      </w:r>
      <w:proofErr w:type="spellEnd"/>
      <w:r w:rsidRPr="00412F9D">
        <w:t xml:space="preserve"> </w:t>
      </w:r>
      <w:proofErr w:type="spellStart"/>
      <w:r w:rsidRPr="00412F9D">
        <w:t>waktu</w:t>
      </w:r>
      <w:proofErr w:type="spellEnd"/>
      <w:r w:rsidRPr="00412F9D">
        <w:t xml:space="preserve"> </w:t>
      </w:r>
      <w:proofErr w:type="spellStart"/>
      <w:r w:rsidRPr="00412F9D">
        <w:t>pemblokiran</w:t>
      </w:r>
      <w:proofErr w:type="spellEnd"/>
      <w:r w:rsidRPr="00412F9D">
        <w:t>/</w:t>
      </w:r>
      <w:proofErr w:type="spellStart"/>
      <w:r w:rsidRPr="00412F9D">
        <w:t>pembukaan</w:t>
      </w:r>
      <w:proofErr w:type="spellEnd"/>
      <w:r w:rsidRPr="00412F9D">
        <w:t xml:space="preserve"> solenoid (3 </w:t>
      </w:r>
      <w:proofErr w:type="spellStart"/>
      <w:r w:rsidRPr="00412F9D">
        <w:t>detik</w:t>
      </w:r>
      <w:proofErr w:type="spellEnd"/>
      <w:r w:rsidRPr="00412F9D">
        <w:t xml:space="preserve">), </w:t>
      </w:r>
      <w:proofErr w:type="spellStart"/>
      <w:r w:rsidRPr="00412F9D">
        <w:t>serta</w:t>
      </w:r>
      <w:proofErr w:type="spellEnd"/>
      <w:r w:rsidRPr="00412F9D">
        <w:t xml:space="preserve"> </w:t>
      </w:r>
      <w:proofErr w:type="spellStart"/>
      <w:r w:rsidRPr="00412F9D">
        <w:t>pengujian</w:t>
      </w:r>
      <w:proofErr w:type="spellEnd"/>
      <w:r w:rsidRPr="00412F9D">
        <w:t xml:space="preserve"> </w:t>
      </w:r>
      <w:proofErr w:type="spellStart"/>
      <w:r w:rsidRPr="00412F9D">
        <w:t>protokol</w:t>
      </w:r>
      <w:proofErr w:type="spellEnd"/>
      <w:r w:rsidRPr="00412F9D">
        <w:t xml:space="preserve"> </w:t>
      </w:r>
      <w:proofErr w:type="spellStart"/>
      <w:r w:rsidRPr="00412F9D">
        <w:t>darurat</w:t>
      </w:r>
      <w:proofErr w:type="spellEnd"/>
      <w:r w:rsidRPr="00412F9D">
        <w:t xml:space="preserve"> </w:t>
      </w:r>
      <w:r w:rsidRPr="00412F9D">
        <w:rPr>
          <w:i/>
          <w:iCs/>
        </w:rPr>
        <w:t>fail-safe watchdog</w:t>
      </w:r>
      <w:r w:rsidRPr="00412F9D">
        <w:t xml:space="preserve"> (12 </w:t>
      </w:r>
      <w:proofErr w:type="spellStart"/>
      <w:r w:rsidRPr="00412F9D">
        <w:t>detik</w:t>
      </w:r>
      <w:proofErr w:type="spellEnd"/>
      <w:r w:rsidRPr="00412F9D">
        <w:t xml:space="preserve">). </w:t>
      </w:r>
    </w:p>
    <w:p w14:paraId="60C2808E" w14:textId="77777777" w:rsidR="00412F9D" w:rsidRPr="00412F9D" w:rsidRDefault="00412F9D">
      <w:pPr>
        <w:numPr>
          <w:ilvl w:val="0"/>
          <w:numId w:val="25"/>
        </w:numPr>
      </w:pPr>
      <w:proofErr w:type="spellStart"/>
      <w:r w:rsidRPr="00412F9D">
        <w:rPr>
          <w:b/>
          <w:bCs/>
        </w:rPr>
        <w:t>Pemeliharaan</w:t>
      </w:r>
      <w:proofErr w:type="spellEnd"/>
      <w:r w:rsidRPr="00412F9D">
        <w:rPr>
          <w:b/>
          <w:bCs/>
        </w:rPr>
        <w:t xml:space="preserve"> &amp; Integrasi (</w:t>
      </w:r>
      <w:r w:rsidRPr="00412F9D">
        <w:rPr>
          <w:b/>
          <w:bCs/>
          <w:i/>
          <w:iCs/>
        </w:rPr>
        <w:t>Deployment &amp; Maintenance</w:t>
      </w:r>
      <w:r w:rsidRPr="00412F9D">
        <w:rPr>
          <w:b/>
          <w:bCs/>
        </w:rPr>
        <w:t>):</w:t>
      </w:r>
    </w:p>
    <w:p w14:paraId="20CAA7B9" w14:textId="77777777" w:rsidR="00412F9D" w:rsidRPr="00412F9D" w:rsidRDefault="00412F9D">
      <w:pPr>
        <w:numPr>
          <w:ilvl w:val="1"/>
          <w:numId w:val="25"/>
        </w:numPr>
      </w:pPr>
      <w:proofErr w:type="spellStart"/>
      <w:r w:rsidRPr="00412F9D">
        <w:t>Pemasangan</w:t>
      </w:r>
      <w:proofErr w:type="spellEnd"/>
      <w:r w:rsidRPr="00412F9D">
        <w:t xml:space="preserve"> </w:t>
      </w:r>
      <w:proofErr w:type="spellStart"/>
      <w:r w:rsidRPr="00412F9D">
        <w:t>prototipe</w:t>
      </w:r>
      <w:proofErr w:type="spellEnd"/>
      <w:r w:rsidRPr="00412F9D">
        <w:t xml:space="preserve"> </w:t>
      </w:r>
      <w:proofErr w:type="spellStart"/>
      <w:r w:rsidRPr="00412F9D">
        <w:t>alat</w:t>
      </w:r>
      <w:proofErr w:type="spellEnd"/>
      <w:r w:rsidRPr="00412F9D">
        <w:t xml:space="preserve"> pada </w:t>
      </w:r>
      <w:proofErr w:type="spellStart"/>
      <w:r w:rsidRPr="00412F9D">
        <w:t>maket</w:t>
      </w:r>
      <w:proofErr w:type="spellEnd"/>
      <w:r w:rsidRPr="00412F9D">
        <w:t>/</w:t>
      </w:r>
      <w:proofErr w:type="spellStart"/>
      <w:r w:rsidRPr="00412F9D">
        <w:t>pintu</w:t>
      </w:r>
      <w:proofErr w:type="spellEnd"/>
      <w:r w:rsidRPr="00412F9D">
        <w:t xml:space="preserve"> </w:t>
      </w:r>
      <w:proofErr w:type="spellStart"/>
      <w:r w:rsidRPr="00412F9D">
        <w:t>akses</w:t>
      </w:r>
      <w:proofErr w:type="spellEnd"/>
      <w:r w:rsidRPr="00412F9D">
        <w:t xml:space="preserve"> </w:t>
      </w:r>
      <w:proofErr w:type="spellStart"/>
      <w:r w:rsidRPr="00412F9D">
        <w:t>ruangan</w:t>
      </w:r>
      <w:proofErr w:type="spellEnd"/>
      <w:r w:rsidRPr="00412F9D">
        <w:t xml:space="preserve"> </w:t>
      </w:r>
      <w:proofErr w:type="spellStart"/>
      <w:r w:rsidRPr="00412F9D">
        <w:t>serta</w:t>
      </w:r>
      <w:proofErr w:type="spellEnd"/>
      <w:r w:rsidRPr="00412F9D">
        <w:t xml:space="preserve"> </w:t>
      </w:r>
      <w:proofErr w:type="spellStart"/>
      <w:r w:rsidRPr="00412F9D">
        <w:t>penyelarasan</w:t>
      </w:r>
      <w:proofErr w:type="spellEnd"/>
      <w:r w:rsidRPr="00412F9D">
        <w:t xml:space="preserve"> (</w:t>
      </w:r>
      <w:r w:rsidRPr="00412F9D">
        <w:rPr>
          <w:i/>
          <w:iCs/>
        </w:rPr>
        <w:t>synchronization</w:t>
      </w:r>
      <w:r w:rsidRPr="00412F9D">
        <w:t xml:space="preserve">) data </w:t>
      </w:r>
      <w:proofErr w:type="spellStart"/>
      <w:r w:rsidRPr="00412F9D">
        <w:t>riwayat</w:t>
      </w:r>
      <w:proofErr w:type="spellEnd"/>
      <w:r w:rsidRPr="00412F9D">
        <w:t xml:space="preserve"> </w:t>
      </w:r>
      <w:proofErr w:type="spellStart"/>
      <w:r w:rsidRPr="00412F9D">
        <w:t>akses</w:t>
      </w:r>
      <w:proofErr w:type="spellEnd"/>
      <w:r w:rsidRPr="00412F9D">
        <w:t xml:space="preserve"> </w:t>
      </w:r>
      <w:proofErr w:type="spellStart"/>
      <w:r w:rsidRPr="00412F9D">
        <w:t>secara</w:t>
      </w:r>
      <w:proofErr w:type="spellEnd"/>
      <w:r w:rsidRPr="00412F9D">
        <w:t xml:space="preserve"> </w:t>
      </w:r>
      <w:r w:rsidRPr="00412F9D">
        <w:rPr>
          <w:i/>
          <w:iCs/>
        </w:rPr>
        <w:t>real-time</w:t>
      </w:r>
      <w:r w:rsidRPr="00412F9D">
        <w:t xml:space="preserve"> </w:t>
      </w:r>
      <w:proofErr w:type="spellStart"/>
      <w:r w:rsidRPr="00412F9D">
        <w:t>ke</w:t>
      </w:r>
      <w:proofErr w:type="spellEnd"/>
      <w:r w:rsidRPr="00412F9D">
        <w:t xml:space="preserve"> </w:t>
      </w:r>
      <w:proofErr w:type="spellStart"/>
      <w:r w:rsidRPr="00412F9D">
        <w:t>sistem</w:t>
      </w:r>
      <w:proofErr w:type="spellEnd"/>
      <w:r w:rsidRPr="00412F9D">
        <w:t xml:space="preserve"> web. </w:t>
      </w:r>
    </w:p>
    <w:p w14:paraId="72E42451" w14:textId="77777777" w:rsidR="006512E0" w:rsidRDefault="006512E0"/>
    <w:p w14:paraId="407A1EA7" w14:textId="1A3A7D86" w:rsidR="009144C8" w:rsidRDefault="009144C8">
      <w:pPr>
        <w:spacing w:after="200" w:line="276" w:lineRule="auto"/>
        <w:rPr>
          <w:b/>
        </w:rPr>
      </w:pPr>
    </w:p>
    <w:p w14:paraId="355227BF" w14:textId="1EC2ACA4" w:rsidR="006512E0" w:rsidRDefault="00E246F0" w:rsidP="00D86C77">
      <w:pPr>
        <w:pStyle w:val="Heading1"/>
      </w:pPr>
      <w:bookmarkStart w:id="27" w:name="_Toc233318713"/>
      <w:r>
        <w:lastRenderedPageBreak/>
        <w:t>BAB IV</w:t>
      </w:r>
      <w:r w:rsidR="00CE0FFB">
        <w:br/>
      </w:r>
      <w:r>
        <w:t>HASIL PKL/MAGANG DAN PEMBAHASAN</w:t>
      </w:r>
      <w:bookmarkEnd w:id="27"/>
    </w:p>
    <w:p w14:paraId="1982B376" w14:textId="77777777" w:rsidR="009144C8" w:rsidRDefault="009144C8">
      <w:pPr>
        <w:pStyle w:val="BabTitle"/>
      </w:pPr>
    </w:p>
    <w:p w14:paraId="0AE5419A" w14:textId="77777777" w:rsidR="009144C8" w:rsidRDefault="009144C8">
      <w:pPr>
        <w:pStyle w:val="BabTitle"/>
      </w:pPr>
    </w:p>
    <w:p w14:paraId="2BCB88A7" w14:textId="77777777" w:rsidR="006512E0" w:rsidRDefault="00E246F0" w:rsidP="00D86C77">
      <w:pPr>
        <w:pStyle w:val="Heading2"/>
      </w:pPr>
      <w:bookmarkStart w:id="28" w:name="_Toc233318714"/>
      <w:r>
        <w:t xml:space="preserve">4.1 </w:t>
      </w:r>
      <w:proofErr w:type="spellStart"/>
      <w:r>
        <w:t>Deskripsi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PKL/</w:t>
      </w:r>
      <w:proofErr w:type="spellStart"/>
      <w:r>
        <w:t>Magang</w:t>
      </w:r>
      <w:bookmarkEnd w:id="28"/>
      <w:proofErr w:type="spellEnd"/>
    </w:p>
    <w:p w14:paraId="3A464656" w14:textId="63B3897A" w:rsidR="006512E0" w:rsidRDefault="00CE0FFB">
      <w:pPr>
        <w:ind w:firstLine="567"/>
      </w:pPr>
      <w:proofErr w:type="spellStart"/>
      <w:r w:rsidRPr="00CE0FFB">
        <w:t>Selama</w:t>
      </w:r>
      <w:proofErr w:type="spellEnd"/>
      <w:r w:rsidRPr="00CE0FFB">
        <w:t xml:space="preserve"> </w:t>
      </w:r>
      <w:proofErr w:type="spellStart"/>
      <w:r w:rsidRPr="00CE0FFB">
        <w:t>pelaksanaan</w:t>
      </w:r>
      <w:proofErr w:type="spellEnd"/>
      <w:r w:rsidRPr="00CE0FFB">
        <w:t xml:space="preserve"> PKL/</w:t>
      </w:r>
      <w:proofErr w:type="spellStart"/>
      <w:r w:rsidRPr="00CE0FFB">
        <w:t>Magang</w:t>
      </w:r>
      <w:proofErr w:type="spellEnd"/>
      <w:r w:rsidRPr="00CE0FFB">
        <w:t xml:space="preserve">, </w:t>
      </w:r>
      <w:proofErr w:type="spellStart"/>
      <w:r w:rsidRPr="00CE0FFB">
        <w:t>penulis</w:t>
      </w:r>
      <w:proofErr w:type="spellEnd"/>
      <w:r w:rsidRPr="00CE0FFB">
        <w:t xml:space="preserve"> </w:t>
      </w:r>
      <w:proofErr w:type="spellStart"/>
      <w:r w:rsidRPr="00CE0FFB">
        <w:t>melakukan</w:t>
      </w:r>
      <w:proofErr w:type="spellEnd"/>
      <w:r w:rsidRPr="00CE0FFB">
        <w:t xml:space="preserve"> </w:t>
      </w:r>
      <w:proofErr w:type="spellStart"/>
      <w:r w:rsidRPr="00CE0FFB">
        <w:t>berbagai</w:t>
      </w:r>
      <w:proofErr w:type="spellEnd"/>
      <w:r w:rsidRPr="00CE0FFB">
        <w:t xml:space="preserve"> </w:t>
      </w:r>
      <w:proofErr w:type="spellStart"/>
      <w:r w:rsidRPr="00CE0FFB">
        <w:t>kegiatan</w:t>
      </w:r>
      <w:proofErr w:type="spellEnd"/>
      <w:r w:rsidRPr="00CE0FFB">
        <w:t xml:space="preserve"> yang </w:t>
      </w:r>
      <w:proofErr w:type="spellStart"/>
      <w:r w:rsidRPr="00CE0FFB">
        <w:t>dapat</w:t>
      </w:r>
      <w:proofErr w:type="spellEnd"/>
      <w:r w:rsidRPr="00CE0FFB">
        <w:t xml:space="preserve"> </w:t>
      </w:r>
      <w:proofErr w:type="spellStart"/>
      <w:r w:rsidRPr="00CE0FFB">
        <w:t>diklasifikasikan</w:t>
      </w:r>
      <w:proofErr w:type="spellEnd"/>
      <w:r w:rsidRPr="00CE0FFB">
        <w:t xml:space="preserve"> </w:t>
      </w:r>
      <w:proofErr w:type="spellStart"/>
      <w:r w:rsidRPr="00CE0FFB">
        <w:t>menjadi</w:t>
      </w:r>
      <w:proofErr w:type="spellEnd"/>
      <w:r w:rsidRPr="00CE0FFB">
        <w:t xml:space="preserve"> dua </w:t>
      </w:r>
      <w:proofErr w:type="spellStart"/>
      <w:r w:rsidRPr="00CE0FFB">
        <w:t>tahap</w:t>
      </w:r>
      <w:proofErr w:type="spellEnd"/>
      <w:r w:rsidRPr="00CE0FFB">
        <w:t xml:space="preserve"> </w:t>
      </w:r>
      <w:proofErr w:type="spellStart"/>
      <w:r w:rsidRPr="00CE0FFB">
        <w:t>utama</w:t>
      </w:r>
      <w:proofErr w:type="spellEnd"/>
      <w:r w:rsidRPr="00CE0FFB">
        <w:t xml:space="preserve">. </w:t>
      </w:r>
      <w:proofErr w:type="spellStart"/>
      <w:r w:rsidRPr="00CE0FFB">
        <w:t>Tahap</w:t>
      </w:r>
      <w:proofErr w:type="spellEnd"/>
      <w:r w:rsidRPr="00CE0FFB">
        <w:t xml:space="preserve"> </w:t>
      </w:r>
      <w:proofErr w:type="spellStart"/>
      <w:r w:rsidRPr="00CE0FFB">
        <w:t>pertama</w:t>
      </w:r>
      <w:proofErr w:type="spellEnd"/>
      <w:r w:rsidRPr="00CE0FFB">
        <w:t xml:space="preserve"> </w:t>
      </w:r>
      <w:proofErr w:type="spellStart"/>
      <w:r w:rsidRPr="00CE0FFB">
        <w:t>adalah</w:t>
      </w:r>
      <w:proofErr w:type="spellEnd"/>
      <w:r w:rsidRPr="00CE0FFB">
        <w:t xml:space="preserve"> </w:t>
      </w:r>
      <w:proofErr w:type="spellStart"/>
      <w:r w:rsidRPr="00CE0FFB">
        <w:t>kegiatan</w:t>
      </w:r>
      <w:proofErr w:type="spellEnd"/>
      <w:r w:rsidRPr="00CE0FFB">
        <w:t xml:space="preserve"> </w:t>
      </w:r>
      <w:proofErr w:type="spellStart"/>
      <w:r w:rsidRPr="00CE0FFB">
        <w:t>liputan</w:t>
      </w:r>
      <w:proofErr w:type="spellEnd"/>
      <w:r w:rsidRPr="00CE0FFB">
        <w:t xml:space="preserve"> dan </w:t>
      </w:r>
      <w:proofErr w:type="spellStart"/>
      <w:r w:rsidRPr="00CE0FFB">
        <w:t>dokumentasi</w:t>
      </w:r>
      <w:proofErr w:type="spellEnd"/>
      <w:r w:rsidRPr="00CE0FFB">
        <w:t xml:space="preserve"> </w:t>
      </w:r>
      <w:proofErr w:type="spellStart"/>
      <w:r w:rsidRPr="00CE0FFB">
        <w:t>selama</w:t>
      </w:r>
      <w:proofErr w:type="spellEnd"/>
      <w:r w:rsidRPr="00CE0FFB">
        <w:t xml:space="preserve"> dua </w:t>
      </w:r>
      <w:proofErr w:type="spellStart"/>
      <w:r w:rsidRPr="00CE0FFB">
        <w:t>bulan</w:t>
      </w:r>
      <w:proofErr w:type="spellEnd"/>
      <w:r w:rsidRPr="00CE0FFB">
        <w:t xml:space="preserve"> </w:t>
      </w:r>
      <w:proofErr w:type="spellStart"/>
      <w:r w:rsidRPr="00CE0FFB">
        <w:t>pertama</w:t>
      </w:r>
      <w:proofErr w:type="spellEnd"/>
      <w:r w:rsidRPr="00CE0FFB">
        <w:t xml:space="preserve">, dan </w:t>
      </w:r>
      <w:proofErr w:type="spellStart"/>
      <w:r w:rsidRPr="00CE0FFB">
        <w:t>tahap</w:t>
      </w:r>
      <w:proofErr w:type="spellEnd"/>
      <w:r w:rsidRPr="00CE0FFB">
        <w:t xml:space="preserve"> </w:t>
      </w:r>
      <w:proofErr w:type="spellStart"/>
      <w:r w:rsidRPr="00CE0FFB">
        <w:t>kedua</w:t>
      </w:r>
      <w:proofErr w:type="spellEnd"/>
      <w:r w:rsidRPr="00CE0FFB">
        <w:t xml:space="preserve"> </w:t>
      </w:r>
      <w:proofErr w:type="spellStart"/>
      <w:r w:rsidRPr="00CE0FFB">
        <w:t>adalah</w:t>
      </w:r>
      <w:proofErr w:type="spellEnd"/>
      <w:r w:rsidRPr="00CE0FFB">
        <w:t xml:space="preserve"> </w:t>
      </w:r>
      <w:proofErr w:type="spellStart"/>
      <w:r w:rsidRPr="00CE0FFB">
        <w:t>rancang</w:t>
      </w:r>
      <w:proofErr w:type="spellEnd"/>
      <w:r w:rsidRPr="00CE0FFB">
        <w:t xml:space="preserve"> </w:t>
      </w:r>
      <w:proofErr w:type="spellStart"/>
      <w:r w:rsidRPr="00CE0FFB">
        <w:t>bangun</w:t>
      </w:r>
      <w:proofErr w:type="spellEnd"/>
      <w:r w:rsidRPr="00CE0FFB">
        <w:t xml:space="preserve"> </w:t>
      </w:r>
      <w:proofErr w:type="spellStart"/>
      <w:r w:rsidRPr="00CE0FFB">
        <w:t>sistem</w:t>
      </w:r>
      <w:proofErr w:type="spellEnd"/>
      <w:r w:rsidRPr="00CE0FFB">
        <w:t xml:space="preserve"> </w:t>
      </w:r>
      <w:proofErr w:type="spellStart"/>
      <w:r w:rsidRPr="00CE0FFB">
        <w:t>akses</w:t>
      </w:r>
      <w:proofErr w:type="spellEnd"/>
      <w:r w:rsidRPr="00CE0FFB">
        <w:t xml:space="preserve"> </w:t>
      </w:r>
      <w:proofErr w:type="spellStart"/>
      <w:r w:rsidRPr="00CE0FFB">
        <w:t>ruangan</w:t>
      </w:r>
      <w:proofErr w:type="spellEnd"/>
      <w:r w:rsidRPr="00CE0FFB">
        <w:t xml:space="preserve"> </w:t>
      </w:r>
      <w:proofErr w:type="spellStart"/>
      <w:r w:rsidRPr="00CE0FFB">
        <w:t>berbasis</w:t>
      </w:r>
      <w:proofErr w:type="spellEnd"/>
      <w:r w:rsidRPr="00CE0FFB">
        <w:t xml:space="preserve"> RFID </w:t>
      </w:r>
      <w:proofErr w:type="spellStart"/>
      <w:r w:rsidRPr="00CE0FFB">
        <w:t>dengan</w:t>
      </w:r>
      <w:proofErr w:type="spellEnd"/>
      <w:r w:rsidRPr="00CE0FFB">
        <w:t xml:space="preserve"> solenoid door lock </w:t>
      </w:r>
      <w:proofErr w:type="spellStart"/>
      <w:r w:rsidRPr="00CE0FFB">
        <w:t>menggunakan</w:t>
      </w:r>
      <w:proofErr w:type="spellEnd"/>
      <w:r w:rsidRPr="00CE0FFB">
        <w:t xml:space="preserve"> Arduino Uno.</w:t>
      </w:r>
    </w:p>
    <w:p w14:paraId="350518A6" w14:textId="23A45C25" w:rsidR="006512E0" w:rsidRDefault="00E246F0" w:rsidP="00753466">
      <w:pPr>
        <w:spacing w:after="240" w:line="240" w:lineRule="auto"/>
        <w:jc w:val="center"/>
      </w:pPr>
      <w:r>
        <w:t xml:space="preserve">Tabel </w:t>
      </w:r>
      <w:r w:rsidR="00753466">
        <w:t>1.</w:t>
      </w:r>
      <w:r>
        <w:t xml:space="preserve"> </w:t>
      </w:r>
      <w:proofErr w:type="spellStart"/>
      <w:r>
        <w:t>Kegiatan</w:t>
      </w:r>
      <w:proofErr w:type="spellEnd"/>
      <w:r>
        <w:t xml:space="preserve"> PKL/</w:t>
      </w:r>
      <w:proofErr w:type="spellStart"/>
      <w:r>
        <w:t>Magang</w:t>
      </w:r>
      <w:proofErr w:type="spellEnd"/>
    </w:p>
    <w:tbl>
      <w:tblPr>
        <w:tblStyle w:val="PlainTable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95"/>
        <w:gridCol w:w="1825"/>
        <w:gridCol w:w="1409"/>
        <w:gridCol w:w="3001"/>
      </w:tblGrid>
      <w:tr w:rsidR="006D1965" w14:paraId="49C9F876" w14:textId="77777777" w:rsidTr="006D19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5" w:type="dxa"/>
            <w:shd w:val="clear" w:color="auto" w:fill="FFFFFF" w:themeFill="background1"/>
          </w:tcPr>
          <w:p w14:paraId="1F8F761E" w14:textId="77777777" w:rsidR="006D1965" w:rsidRPr="00753466" w:rsidRDefault="006D1965">
            <w:pPr>
              <w:spacing w:line="240" w:lineRule="auto"/>
              <w:jc w:val="center"/>
              <w:rPr>
                <w:sz w:val="22"/>
                <w:szCs w:val="24"/>
              </w:rPr>
            </w:pPr>
            <w:r w:rsidRPr="00753466">
              <w:rPr>
                <w:sz w:val="22"/>
                <w:szCs w:val="24"/>
              </w:rPr>
              <w:t>No</w:t>
            </w:r>
          </w:p>
        </w:tc>
        <w:tc>
          <w:tcPr>
            <w:tcW w:w="1825" w:type="dxa"/>
            <w:shd w:val="clear" w:color="auto" w:fill="FFFFFF" w:themeFill="background1"/>
          </w:tcPr>
          <w:p w14:paraId="13F3A0B2" w14:textId="54FE6E1B" w:rsidR="006D1965" w:rsidRPr="00753466" w:rsidRDefault="006D1965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</w:rPr>
            </w:pPr>
            <w:proofErr w:type="spellStart"/>
            <w:r>
              <w:rPr>
                <w:sz w:val="22"/>
                <w:szCs w:val="24"/>
              </w:rPr>
              <w:t>Minggu</w:t>
            </w:r>
            <w:proofErr w:type="spellEnd"/>
          </w:p>
        </w:tc>
        <w:tc>
          <w:tcPr>
            <w:tcW w:w="1409" w:type="dxa"/>
            <w:shd w:val="clear" w:color="auto" w:fill="FFFFFF" w:themeFill="background1"/>
          </w:tcPr>
          <w:p w14:paraId="5DB32042" w14:textId="3EC7D999" w:rsidR="006D1965" w:rsidRPr="00753466" w:rsidRDefault="006D1965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</w:rPr>
            </w:pPr>
            <w:proofErr w:type="spellStart"/>
            <w:r w:rsidRPr="00753466">
              <w:rPr>
                <w:sz w:val="22"/>
                <w:szCs w:val="24"/>
              </w:rPr>
              <w:t>Tanggal</w:t>
            </w:r>
            <w:proofErr w:type="spellEnd"/>
          </w:p>
        </w:tc>
        <w:tc>
          <w:tcPr>
            <w:tcW w:w="3001" w:type="dxa"/>
            <w:shd w:val="clear" w:color="auto" w:fill="FFFFFF" w:themeFill="background1"/>
          </w:tcPr>
          <w:p w14:paraId="3BE96921" w14:textId="77777777" w:rsidR="006D1965" w:rsidRPr="00753466" w:rsidRDefault="006D1965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</w:rPr>
            </w:pPr>
            <w:proofErr w:type="spellStart"/>
            <w:r w:rsidRPr="00753466">
              <w:rPr>
                <w:sz w:val="22"/>
                <w:szCs w:val="24"/>
              </w:rPr>
              <w:t>Kegiatan</w:t>
            </w:r>
            <w:proofErr w:type="spellEnd"/>
          </w:p>
        </w:tc>
      </w:tr>
      <w:tr w:rsidR="006D1965" w14:paraId="6FC75DF0" w14:textId="77777777" w:rsidTr="006D19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5" w:type="dxa"/>
            <w:vMerge w:val="restart"/>
            <w:vAlign w:val="center"/>
          </w:tcPr>
          <w:p w14:paraId="644DA74C" w14:textId="77777777" w:rsidR="006D1965" w:rsidRPr="00753466" w:rsidRDefault="006D1965" w:rsidP="006D1965">
            <w:pPr>
              <w:spacing w:line="240" w:lineRule="auto"/>
              <w:jc w:val="center"/>
              <w:rPr>
                <w:sz w:val="22"/>
                <w:szCs w:val="24"/>
              </w:rPr>
            </w:pPr>
            <w:r w:rsidRPr="00753466">
              <w:rPr>
                <w:sz w:val="22"/>
                <w:szCs w:val="24"/>
              </w:rPr>
              <w:t>1</w:t>
            </w:r>
          </w:p>
        </w:tc>
        <w:tc>
          <w:tcPr>
            <w:tcW w:w="1825" w:type="dxa"/>
            <w:vMerge w:val="restart"/>
            <w:vAlign w:val="center"/>
          </w:tcPr>
          <w:p w14:paraId="38D7AD70" w14:textId="422E1631" w:rsidR="006D1965" w:rsidRPr="00CE0FFB" w:rsidRDefault="006D1965" w:rsidP="006D196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</w:rPr>
            </w:pPr>
            <w:proofErr w:type="spellStart"/>
            <w:r>
              <w:rPr>
                <w:sz w:val="22"/>
                <w:szCs w:val="24"/>
              </w:rPr>
              <w:t>Minggu</w:t>
            </w:r>
            <w:proofErr w:type="spellEnd"/>
            <w:r>
              <w:rPr>
                <w:sz w:val="22"/>
                <w:szCs w:val="24"/>
              </w:rPr>
              <w:t xml:space="preserve"> ke-1</w:t>
            </w:r>
          </w:p>
        </w:tc>
        <w:tc>
          <w:tcPr>
            <w:tcW w:w="1409" w:type="dxa"/>
          </w:tcPr>
          <w:p w14:paraId="1218060C" w14:textId="0468858A" w:rsidR="006D1965" w:rsidRPr="00753466" w:rsidRDefault="006D196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CE0FFB">
              <w:rPr>
                <w:sz w:val="22"/>
                <w:szCs w:val="24"/>
              </w:rPr>
              <w:t>04/03/2026</w:t>
            </w:r>
          </w:p>
        </w:tc>
        <w:tc>
          <w:tcPr>
            <w:tcW w:w="3001" w:type="dxa"/>
          </w:tcPr>
          <w:p w14:paraId="3EACC25E" w14:textId="2854B2A8" w:rsidR="006D1965" w:rsidRPr="00753466" w:rsidRDefault="006D1965" w:rsidP="00CE0FFB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</w:rPr>
            </w:pPr>
            <w:proofErr w:type="spellStart"/>
            <w:r>
              <w:rPr>
                <w:sz w:val="22"/>
                <w:szCs w:val="24"/>
              </w:rPr>
              <w:t>Li</w:t>
            </w:r>
            <w:r w:rsidRPr="00CE0FFB">
              <w:rPr>
                <w:sz w:val="22"/>
                <w:szCs w:val="24"/>
              </w:rPr>
              <w:t>putan</w:t>
            </w:r>
            <w:proofErr w:type="spellEnd"/>
            <w:r w:rsidRPr="00CE0FFB">
              <w:rPr>
                <w:sz w:val="22"/>
                <w:szCs w:val="24"/>
              </w:rPr>
              <w:t xml:space="preserve"> </w:t>
            </w:r>
            <w:proofErr w:type="spellStart"/>
            <w:r w:rsidRPr="00CE0FFB">
              <w:rPr>
                <w:sz w:val="22"/>
                <w:szCs w:val="24"/>
              </w:rPr>
              <w:t>gerai</w:t>
            </w:r>
            <w:proofErr w:type="spellEnd"/>
            <w:r w:rsidRPr="00CE0FFB">
              <w:rPr>
                <w:sz w:val="22"/>
                <w:szCs w:val="24"/>
              </w:rPr>
              <w:t xml:space="preserve"> </w:t>
            </w:r>
            <w:proofErr w:type="spellStart"/>
            <w:r w:rsidRPr="00CE0FFB">
              <w:rPr>
                <w:sz w:val="22"/>
                <w:szCs w:val="24"/>
              </w:rPr>
              <w:t>tangerang</w:t>
            </w:r>
            <w:proofErr w:type="spellEnd"/>
            <w:r w:rsidRPr="00CE0FFB">
              <w:rPr>
                <w:sz w:val="22"/>
                <w:szCs w:val="24"/>
              </w:rPr>
              <w:t xml:space="preserve"> </w:t>
            </w:r>
            <w:proofErr w:type="spellStart"/>
            <w:r w:rsidRPr="00CE0FFB">
              <w:rPr>
                <w:sz w:val="22"/>
                <w:szCs w:val="24"/>
              </w:rPr>
              <w:t>gemilang</w:t>
            </w:r>
            <w:proofErr w:type="spellEnd"/>
          </w:p>
        </w:tc>
      </w:tr>
      <w:tr w:rsidR="006D1965" w14:paraId="561F2F4C" w14:textId="77777777" w:rsidTr="006D19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5" w:type="dxa"/>
            <w:vMerge/>
          </w:tcPr>
          <w:p w14:paraId="4E6BA856" w14:textId="7D162B24" w:rsidR="006D1965" w:rsidRPr="00753466" w:rsidRDefault="006D1965">
            <w:pPr>
              <w:spacing w:line="240" w:lineRule="auto"/>
              <w:jc w:val="center"/>
              <w:rPr>
                <w:sz w:val="22"/>
                <w:szCs w:val="24"/>
              </w:rPr>
            </w:pPr>
          </w:p>
        </w:tc>
        <w:tc>
          <w:tcPr>
            <w:tcW w:w="1825" w:type="dxa"/>
            <w:vMerge/>
          </w:tcPr>
          <w:p w14:paraId="4B766AE7" w14:textId="77777777" w:rsidR="006D1965" w:rsidRPr="00CE0FFB" w:rsidRDefault="006D196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</w:rPr>
            </w:pPr>
          </w:p>
        </w:tc>
        <w:tc>
          <w:tcPr>
            <w:tcW w:w="1409" w:type="dxa"/>
          </w:tcPr>
          <w:p w14:paraId="1325D7AB" w14:textId="7C6F4264" w:rsidR="006D1965" w:rsidRPr="00753466" w:rsidRDefault="006D196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CE0FFB">
              <w:rPr>
                <w:sz w:val="22"/>
                <w:szCs w:val="24"/>
              </w:rPr>
              <w:t>05/0</w:t>
            </w:r>
            <w:r w:rsidR="00113967">
              <w:rPr>
                <w:sz w:val="22"/>
                <w:szCs w:val="24"/>
              </w:rPr>
              <w:t>3</w:t>
            </w:r>
            <w:r w:rsidRPr="00CE0FFB">
              <w:rPr>
                <w:sz w:val="22"/>
                <w:szCs w:val="24"/>
              </w:rPr>
              <w:t>/2026</w:t>
            </w:r>
          </w:p>
        </w:tc>
        <w:tc>
          <w:tcPr>
            <w:tcW w:w="3001" w:type="dxa"/>
          </w:tcPr>
          <w:p w14:paraId="2DCF683B" w14:textId="65A3CA79" w:rsidR="006D1965" w:rsidRPr="00753466" w:rsidRDefault="006D1965" w:rsidP="00CE0FFB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</w:rPr>
            </w:pPr>
            <w:proofErr w:type="spellStart"/>
            <w:r w:rsidRPr="00CE0FFB">
              <w:rPr>
                <w:sz w:val="22"/>
                <w:szCs w:val="24"/>
              </w:rPr>
              <w:t>Liputan</w:t>
            </w:r>
            <w:proofErr w:type="spellEnd"/>
            <w:r w:rsidRPr="00CE0FFB">
              <w:rPr>
                <w:sz w:val="22"/>
                <w:szCs w:val="24"/>
              </w:rPr>
              <w:t xml:space="preserve"> </w:t>
            </w:r>
            <w:proofErr w:type="spellStart"/>
            <w:r w:rsidRPr="00CE0FFB">
              <w:rPr>
                <w:sz w:val="22"/>
                <w:szCs w:val="24"/>
              </w:rPr>
              <w:t>Distribusi</w:t>
            </w:r>
            <w:proofErr w:type="spellEnd"/>
            <w:r w:rsidRPr="00CE0FFB">
              <w:rPr>
                <w:sz w:val="22"/>
                <w:szCs w:val="24"/>
              </w:rPr>
              <w:t xml:space="preserve"> Ramadhan </w:t>
            </w:r>
            <w:proofErr w:type="spellStart"/>
            <w:r w:rsidRPr="00CE0FFB">
              <w:rPr>
                <w:sz w:val="22"/>
                <w:szCs w:val="24"/>
              </w:rPr>
              <w:t>baznas</w:t>
            </w:r>
            <w:proofErr w:type="spellEnd"/>
            <w:r w:rsidRPr="00CE0FFB">
              <w:rPr>
                <w:sz w:val="22"/>
                <w:szCs w:val="24"/>
              </w:rPr>
              <w:t xml:space="preserve">, </w:t>
            </w:r>
            <w:proofErr w:type="spellStart"/>
            <w:r w:rsidRPr="00CE0FFB">
              <w:rPr>
                <w:sz w:val="22"/>
                <w:szCs w:val="24"/>
              </w:rPr>
              <w:t>kecamatan</w:t>
            </w:r>
            <w:proofErr w:type="spellEnd"/>
            <w:r w:rsidRPr="00CE0FFB">
              <w:rPr>
                <w:sz w:val="22"/>
                <w:szCs w:val="24"/>
              </w:rPr>
              <w:t xml:space="preserve"> </w:t>
            </w:r>
            <w:proofErr w:type="spellStart"/>
            <w:r w:rsidRPr="00CE0FFB">
              <w:rPr>
                <w:sz w:val="22"/>
                <w:szCs w:val="24"/>
              </w:rPr>
              <w:t>legok</w:t>
            </w:r>
            <w:proofErr w:type="spellEnd"/>
          </w:p>
        </w:tc>
      </w:tr>
      <w:tr w:rsidR="006D1965" w14:paraId="00610C7F" w14:textId="77777777" w:rsidTr="006D19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5" w:type="dxa"/>
            <w:vMerge/>
          </w:tcPr>
          <w:p w14:paraId="05664B5B" w14:textId="56820002" w:rsidR="006D1965" w:rsidRPr="00753466" w:rsidRDefault="006D1965">
            <w:pPr>
              <w:spacing w:line="240" w:lineRule="auto"/>
              <w:jc w:val="center"/>
              <w:rPr>
                <w:sz w:val="22"/>
                <w:szCs w:val="24"/>
              </w:rPr>
            </w:pPr>
          </w:p>
        </w:tc>
        <w:tc>
          <w:tcPr>
            <w:tcW w:w="1825" w:type="dxa"/>
            <w:vMerge/>
          </w:tcPr>
          <w:p w14:paraId="496FD799" w14:textId="77777777" w:rsidR="006D1965" w:rsidRPr="00CE0FFB" w:rsidRDefault="006D196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</w:rPr>
            </w:pPr>
          </w:p>
        </w:tc>
        <w:tc>
          <w:tcPr>
            <w:tcW w:w="1409" w:type="dxa"/>
          </w:tcPr>
          <w:p w14:paraId="4065A63E" w14:textId="18EFFAA9" w:rsidR="006D1965" w:rsidRPr="00753466" w:rsidRDefault="006D196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CE0FFB">
              <w:rPr>
                <w:sz w:val="22"/>
                <w:szCs w:val="24"/>
              </w:rPr>
              <w:t>09/03/2026</w:t>
            </w:r>
          </w:p>
        </w:tc>
        <w:tc>
          <w:tcPr>
            <w:tcW w:w="3001" w:type="dxa"/>
          </w:tcPr>
          <w:p w14:paraId="16A77D9B" w14:textId="20D0B862" w:rsidR="006D1965" w:rsidRPr="00753466" w:rsidRDefault="006D1965" w:rsidP="00CE0FFB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</w:rPr>
            </w:pPr>
            <w:proofErr w:type="spellStart"/>
            <w:r w:rsidRPr="00CE0FFB">
              <w:rPr>
                <w:sz w:val="22"/>
                <w:szCs w:val="24"/>
              </w:rPr>
              <w:t>Liputan</w:t>
            </w:r>
            <w:proofErr w:type="spellEnd"/>
            <w:r w:rsidRPr="00CE0FFB">
              <w:rPr>
                <w:sz w:val="22"/>
                <w:szCs w:val="24"/>
              </w:rPr>
              <w:t xml:space="preserve"> di </w:t>
            </w:r>
            <w:proofErr w:type="spellStart"/>
            <w:proofErr w:type="gramStart"/>
            <w:r w:rsidRPr="00CE0FFB">
              <w:rPr>
                <w:sz w:val="22"/>
                <w:szCs w:val="24"/>
              </w:rPr>
              <w:t>Pagedangan,lomba</w:t>
            </w:r>
            <w:proofErr w:type="spellEnd"/>
            <w:proofErr w:type="gramEnd"/>
            <w:r w:rsidRPr="00CE0FFB">
              <w:rPr>
                <w:sz w:val="22"/>
                <w:szCs w:val="24"/>
              </w:rPr>
              <w:t xml:space="preserve"> </w:t>
            </w:r>
            <w:proofErr w:type="spellStart"/>
            <w:r w:rsidRPr="00CE0FFB">
              <w:rPr>
                <w:sz w:val="22"/>
                <w:szCs w:val="24"/>
              </w:rPr>
              <w:t>apresiasi</w:t>
            </w:r>
            <w:proofErr w:type="spellEnd"/>
            <w:r w:rsidRPr="00CE0FFB">
              <w:rPr>
                <w:sz w:val="22"/>
                <w:szCs w:val="24"/>
              </w:rPr>
              <w:t xml:space="preserve"> kampung </w:t>
            </w:r>
            <w:proofErr w:type="spellStart"/>
            <w:r w:rsidRPr="00CE0FFB">
              <w:rPr>
                <w:sz w:val="22"/>
                <w:szCs w:val="24"/>
              </w:rPr>
              <w:t>keluarga</w:t>
            </w:r>
            <w:proofErr w:type="spellEnd"/>
            <w:r w:rsidRPr="00CE0FFB">
              <w:rPr>
                <w:sz w:val="22"/>
                <w:szCs w:val="24"/>
              </w:rPr>
              <w:t xml:space="preserve"> </w:t>
            </w:r>
            <w:proofErr w:type="spellStart"/>
            <w:r w:rsidRPr="00CE0FFB">
              <w:rPr>
                <w:sz w:val="22"/>
                <w:szCs w:val="24"/>
              </w:rPr>
              <w:t>berkualitas</w:t>
            </w:r>
            <w:proofErr w:type="spellEnd"/>
          </w:p>
        </w:tc>
      </w:tr>
      <w:tr w:rsidR="006D1965" w14:paraId="5978B66B" w14:textId="77777777" w:rsidTr="006D19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5" w:type="dxa"/>
            <w:vMerge w:val="restart"/>
            <w:vAlign w:val="center"/>
          </w:tcPr>
          <w:p w14:paraId="30D2D253" w14:textId="776A38BA" w:rsidR="006D1965" w:rsidRPr="00753466" w:rsidRDefault="006D1965" w:rsidP="006D1965">
            <w:pPr>
              <w:spacing w:line="240" w:lineRule="auto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</w:t>
            </w:r>
          </w:p>
        </w:tc>
        <w:tc>
          <w:tcPr>
            <w:tcW w:w="1825" w:type="dxa"/>
            <w:vMerge w:val="restart"/>
            <w:vAlign w:val="center"/>
          </w:tcPr>
          <w:p w14:paraId="68766ED2" w14:textId="36A90D5D" w:rsidR="006D1965" w:rsidRPr="00CE0FFB" w:rsidRDefault="006D1965" w:rsidP="006D196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</w:rPr>
            </w:pPr>
            <w:proofErr w:type="spellStart"/>
            <w:r>
              <w:rPr>
                <w:sz w:val="22"/>
                <w:szCs w:val="24"/>
              </w:rPr>
              <w:t>Minggu</w:t>
            </w:r>
            <w:proofErr w:type="spellEnd"/>
            <w:r>
              <w:rPr>
                <w:sz w:val="22"/>
                <w:szCs w:val="24"/>
              </w:rPr>
              <w:t xml:space="preserve"> ke-2</w:t>
            </w:r>
          </w:p>
        </w:tc>
        <w:tc>
          <w:tcPr>
            <w:tcW w:w="1409" w:type="dxa"/>
          </w:tcPr>
          <w:p w14:paraId="22DB8AB4" w14:textId="62AED6E1" w:rsidR="006D1965" w:rsidRPr="00CE0FFB" w:rsidRDefault="006D196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CE0FFB">
              <w:rPr>
                <w:sz w:val="22"/>
                <w:szCs w:val="24"/>
              </w:rPr>
              <w:t>12/03/2026</w:t>
            </w:r>
          </w:p>
        </w:tc>
        <w:tc>
          <w:tcPr>
            <w:tcW w:w="3001" w:type="dxa"/>
          </w:tcPr>
          <w:p w14:paraId="5B64D8FB" w14:textId="4800E6D1" w:rsidR="006D1965" w:rsidRPr="00CE0FFB" w:rsidRDefault="006D1965" w:rsidP="00CE0FFB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</w:rPr>
            </w:pPr>
            <w:proofErr w:type="spellStart"/>
            <w:r w:rsidRPr="00CE0FFB">
              <w:rPr>
                <w:sz w:val="22"/>
                <w:szCs w:val="24"/>
              </w:rPr>
              <w:t>Liputan</w:t>
            </w:r>
            <w:proofErr w:type="spellEnd"/>
            <w:r w:rsidRPr="00CE0FFB">
              <w:rPr>
                <w:sz w:val="22"/>
                <w:szCs w:val="24"/>
              </w:rPr>
              <w:t xml:space="preserve"> video </w:t>
            </w:r>
            <w:proofErr w:type="spellStart"/>
            <w:r w:rsidRPr="00CE0FFB">
              <w:rPr>
                <w:sz w:val="22"/>
                <w:szCs w:val="24"/>
              </w:rPr>
              <w:t>dahsyat</w:t>
            </w:r>
            <w:proofErr w:type="spellEnd"/>
            <w:r w:rsidRPr="00CE0FFB">
              <w:rPr>
                <w:sz w:val="22"/>
                <w:szCs w:val="24"/>
              </w:rPr>
              <w:t xml:space="preserve"> dan kampung </w:t>
            </w:r>
            <w:proofErr w:type="spellStart"/>
            <w:r w:rsidRPr="00CE0FFB">
              <w:rPr>
                <w:sz w:val="22"/>
                <w:szCs w:val="24"/>
              </w:rPr>
              <w:t>keluarga</w:t>
            </w:r>
            <w:proofErr w:type="spellEnd"/>
            <w:r w:rsidRPr="00CE0FFB">
              <w:rPr>
                <w:sz w:val="22"/>
                <w:szCs w:val="24"/>
              </w:rPr>
              <w:t xml:space="preserve"> </w:t>
            </w:r>
            <w:proofErr w:type="spellStart"/>
            <w:r w:rsidRPr="00CE0FFB">
              <w:rPr>
                <w:sz w:val="22"/>
                <w:szCs w:val="24"/>
              </w:rPr>
              <w:t>berkualitas</w:t>
            </w:r>
            <w:proofErr w:type="spellEnd"/>
            <w:r w:rsidRPr="00CE0FFB">
              <w:rPr>
                <w:sz w:val="22"/>
                <w:szCs w:val="24"/>
              </w:rPr>
              <w:t xml:space="preserve">, di </w:t>
            </w:r>
            <w:proofErr w:type="spellStart"/>
            <w:r w:rsidRPr="00CE0FFB">
              <w:rPr>
                <w:sz w:val="22"/>
                <w:szCs w:val="24"/>
              </w:rPr>
              <w:t>Pagedangan</w:t>
            </w:r>
            <w:proofErr w:type="spellEnd"/>
          </w:p>
        </w:tc>
      </w:tr>
      <w:tr w:rsidR="006D1965" w14:paraId="26ACF545" w14:textId="77777777" w:rsidTr="006D19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5" w:type="dxa"/>
            <w:vMerge/>
          </w:tcPr>
          <w:p w14:paraId="074FD83D" w14:textId="410F21BE" w:rsidR="006D1965" w:rsidRPr="00753466" w:rsidRDefault="006D1965">
            <w:pPr>
              <w:spacing w:line="240" w:lineRule="auto"/>
              <w:jc w:val="center"/>
              <w:rPr>
                <w:sz w:val="22"/>
                <w:szCs w:val="24"/>
              </w:rPr>
            </w:pPr>
          </w:p>
        </w:tc>
        <w:tc>
          <w:tcPr>
            <w:tcW w:w="1825" w:type="dxa"/>
            <w:vMerge/>
          </w:tcPr>
          <w:p w14:paraId="1797C87C" w14:textId="77777777" w:rsidR="006D1965" w:rsidRPr="00CE0FFB" w:rsidRDefault="006D196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</w:rPr>
            </w:pPr>
          </w:p>
        </w:tc>
        <w:tc>
          <w:tcPr>
            <w:tcW w:w="1409" w:type="dxa"/>
          </w:tcPr>
          <w:p w14:paraId="1D275CC0" w14:textId="22865C83" w:rsidR="006D1965" w:rsidRPr="00CE0FFB" w:rsidRDefault="006D196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CE0FFB">
              <w:rPr>
                <w:sz w:val="22"/>
                <w:szCs w:val="24"/>
              </w:rPr>
              <w:t>16/03/2026</w:t>
            </w:r>
          </w:p>
        </w:tc>
        <w:tc>
          <w:tcPr>
            <w:tcW w:w="3001" w:type="dxa"/>
          </w:tcPr>
          <w:p w14:paraId="0A1DFB42" w14:textId="6B75731C" w:rsidR="006D1965" w:rsidRPr="00CE0FFB" w:rsidRDefault="006D1965" w:rsidP="00CE0FFB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</w:rPr>
            </w:pPr>
            <w:proofErr w:type="spellStart"/>
            <w:r w:rsidRPr="00CE0FFB">
              <w:rPr>
                <w:sz w:val="22"/>
                <w:szCs w:val="24"/>
              </w:rPr>
              <w:t>Liputan</w:t>
            </w:r>
            <w:proofErr w:type="spellEnd"/>
            <w:r w:rsidRPr="00CE0FFB">
              <w:rPr>
                <w:sz w:val="22"/>
                <w:szCs w:val="24"/>
              </w:rPr>
              <w:t xml:space="preserve"> Pekan Amaliyah Ramadhan KNPI, </w:t>
            </w:r>
            <w:proofErr w:type="spellStart"/>
            <w:r w:rsidRPr="00CE0FFB">
              <w:rPr>
                <w:sz w:val="22"/>
                <w:szCs w:val="24"/>
              </w:rPr>
              <w:t>gedung</w:t>
            </w:r>
            <w:proofErr w:type="spellEnd"/>
            <w:r w:rsidRPr="00CE0FFB">
              <w:rPr>
                <w:sz w:val="22"/>
                <w:szCs w:val="24"/>
              </w:rPr>
              <w:t xml:space="preserve"> GSG </w:t>
            </w:r>
            <w:proofErr w:type="spellStart"/>
            <w:r w:rsidRPr="00CE0FFB">
              <w:rPr>
                <w:sz w:val="22"/>
                <w:szCs w:val="24"/>
              </w:rPr>
              <w:t>tigaraksa</w:t>
            </w:r>
            <w:proofErr w:type="spellEnd"/>
          </w:p>
        </w:tc>
      </w:tr>
      <w:tr w:rsidR="006D1965" w14:paraId="77B7FE4E" w14:textId="77777777" w:rsidTr="006D19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5" w:type="dxa"/>
            <w:vMerge/>
          </w:tcPr>
          <w:p w14:paraId="0321788F" w14:textId="7C8E5EB2" w:rsidR="006D1965" w:rsidRPr="00753466" w:rsidRDefault="006D1965">
            <w:pPr>
              <w:spacing w:line="240" w:lineRule="auto"/>
              <w:jc w:val="center"/>
              <w:rPr>
                <w:sz w:val="22"/>
                <w:szCs w:val="24"/>
              </w:rPr>
            </w:pPr>
          </w:p>
        </w:tc>
        <w:tc>
          <w:tcPr>
            <w:tcW w:w="1825" w:type="dxa"/>
            <w:vMerge/>
          </w:tcPr>
          <w:p w14:paraId="6B6EA365" w14:textId="77777777" w:rsidR="006D1965" w:rsidRPr="00CE0FFB" w:rsidRDefault="006D196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</w:rPr>
            </w:pPr>
          </w:p>
        </w:tc>
        <w:tc>
          <w:tcPr>
            <w:tcW w:w="1409" w:type="dxa"/>
          </w:tcPr>
          <w:p w14:paraId="361AC677" w14:textId="34F30E0C" w:rsidR="006D1965" w:rsidRPr="00CE0FFB" w:rsidRDefault="006D196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CE0FFB">
              <w:rPr>
                <w:sz w:val="22"/>
                <w:szCs w:val="24"/>
              </w:rPr>
              <w:t>17/03/2026</w:t>
            </w:r>
          </w:p>
        </w:tc>
        <w:tc>
          <w:tcPr>
            <w:tcW w:w="3001" w:type="dxa"/>
          </w:tcPr>
          <w:p w14:paraId="3C3C85C5" w14:textId="65C3AF62" w:rsidR="006D1965" w:rsidRPr="00CE0FFB" w:rsidRDefault="006D1965" w:rsidP="00CE0FFB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</w:rPr>
            </w:pPr>
            <w:proofErr w:type="spellStart"/>
            <w:r w:rsidRPr="00CE0FFB">
              <w:rPr>
                <w:sz w:val="22"/>
                <w:szCs w:val="24"/>
              </w:rPr>
              <w:t>Liputan</w:t>
            </w:r>
            <w:proofErr w:type="spellEnd"/>
            <w:r w:rsidRPr="00CE0FFB">
              <w:rPr>
                <w:sz w:val="22"/>
                <w:szCs w:val="24"/>
              </w:rPr>
              <w:t xml:space="preserve"> Monitoring </w:t>
            </w:r>
            <w:proofErr w:type="spellStart"/>
            <w:r w:rsidRPr="00CE0FFB">
              <w:rPr>
                <w:sz w:val="22"/>
                <w:szCs w:val="24"/>
              </w:rPr>
              <w:t>harga</w:t>
            </w:r>
            <w:proofErr w:type="spellEnd"/>
            <w:r w:rsidRPr="00CE0FFB">
              <w:rPr>
                <w:sz w:val="22"/>
                <w:szCs w:val="24"/>
              </w:rPr>
              <w:t xml:space="preserve"> pasar dan </w:t>
            </w:r>
            <w:proofErr w:type="spellStart"/>
            <w:r w:rsidRPr="00CE0FFB">
              <w:rPr>
                <w:sz w:val="22"/>
                <w:szCs w:val="24"/>
              </w:rPr>
              <w:t>ketersediaan</w:t>
            </w:r>
            <w:proofErr w:type="spellEnd"/>
            <w:r w:rsidRPr="00CE0FFB">
              <w:rPr>
                <w:sz w:val="22"/>
                <w:szCs w:val="24"/>
              </w:rPr>
              <w:t xml:space="preserve"> </w:t>
            </w:r>
            <w:proofErr w:type="spellStart"/>
            <w:r w:rsidRPr="00CE0FFB">
              <w:rPr>
                <w:sz w:val="22"/>
                <w:szCs w:val="24"/>
              </w:rPr>
              <w:t>bahan</w:t>
            </w:r>
            <w:proofErr w:type="spellEnd"/>
            <w:r w:rsidRPr="00CE0FFB">
              <w:rPr>
                <w:sz w:val="22"/>
                <w:szCs w:val="24"/>
              </w:rPr>
              <w:t xml:space="preserve"> </w:t>
            </w:r>
            <w:proofErr w:type="spellStart"/>
            <w:r w:rsidRPr="00CE0FFB">
              <w:rPr>
                <w:sz w:val="22"/>
                <w:szCs w:val="24"/>
              </w:rPr>
              <w:t>pangan</w:t>
            </w:r>
            <w:proofErr w:type="spellEnd"/>
          </w:p>
        </w:tc>
      </w:tr>
      <w:tr w:rsidR="006D1965" w14:paraId="5E2621C9" w14:textId="77777777" w:rsidTr="006D19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5" w:type="dxa"/>
          </w:tcPr>
          <w:p w14:paraId="68A3EA66" w14:textId="598E6B5B" w:rsidR="006D1965" w:rsidRPr="00753466" w:rsidRDefault="006D1965">
            <w:pPr>
              <w:spacing w:line="240" w:lineRule="auto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3</w:t>
            </w:r>
          </w:p>
        </w:tc>
        <w:tc>
          <w:tcPr>
            <w:tcW w:w="1825" w:type="dxa"/>
          </w:tcPr>
          <w:p w14:paraId="44BA0E2F" w14:textId="3C79C642" w:rsidR="006D1965" w:rsidRPr="00CE0FFB" w:rsidRDefault="006D196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</w:rPr>
            </w:pPr>
            <w:proofErr w:type="spellStart"/>
            <w:r>
              <w:rPr>
                <w:sz w:val="22"/>
                <w:szCs w:val="24"/>
              </w:rPr>
              <w:t>Minggu</w:t>
            </w:r>
            <w:proofErr w:type="spellEnd"/>
            <w:r>
              <w:rPr>
                <w:sz w:val="22"/>
                <w:szCs w:val="24"/>
              </w:rPr>
              <w:t xml:space="preserve"> ke-3</w:t>
            </w:r>
          </w:p>
        </w:tc>
        <w:tc>
          <w:tcPr>
            <w:tcW w:w="1409" w:type="dxa"/>
          </w:tcPr>
          <w:p w14:paraId="736432D4" w14:textId="0E7F4D02" w:rsidR="006D1965" w:rsidRPr="00CE0FFB" w:rsidRDefault="006D196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CE0FFB">
              <w:rPr>
                <w:sz w:val="22"/>
                <w:szCs w:val="24"/>
              </w:rPr>
              <w:t>26/03/2026</w:t>
            </w:r>
          </w:p>
        </w:tc>
        <w:tc>
          <w:tcPr>
            <w:tcW w:w="3001" w:type="dxa"/>
          </w:tcPr>
          <w:p w14:paraId="65FEDECF" w14:textId="4D243720" w:rsidR="006D1965" w:rsidRPr="00CE0FFB" w:rsidRDefault="006D1965" w:rsidP="00CE0FFB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</w:rPr>
            </w:pPr>
            <w:proofErr w:type="spellStart"/>
            <w:r w:rsidRPr="00CE0FFB">
              <w:rPr>
                <w:sz w:val="22"/>
                <w:szCs w:val="24"/>
              </w:rPr>
              <w:t>Liputan</w:t>
            </w:r>
            <w:proofErr w:type="spellEnd"/>
            <w:r w:rsidRPr="00CE0FFB">
              <w:rPr>
                <w:sz w:val="22"/>
                <w:szCs w:val="24"/>
              </w:rPr>
              <w:t xml:space="preserve"> </w:t>
            </w:r>
            <w:proofErr w:type="spellStart"/>
            <w:r w:rsidRPr="00CE0FFB">
              <w:rPr>
                <w:sz w:val="22"/>
                <w:szCs w:val="24"/>
              </w:rPr>
              <w:t>Pelepasan</w:t>
            </w:r>
            <w:proofErr w:type="spellEnd"/>
            <w:r w:rsidRPr="00CE0FFB">
              <w:rPr>
                <w:sz w:val="22"/>
                <w:szCs w:val="24"/>
              </w:rPr>
              <w:t xml:space="preserve"> </w:t>
            </w:r>
            <w:proofErr w:type="spellStart"/>
            <w:r w:rsidRPr="00CE0FFB">
              <w:rPr>
                <w:sz w:val="22"/>
                <w:szCs w:val="24"/>
              </w:rPr>
              <w:t>pelatihan</w:t>
            </w:r>
            <w:proofErr w:type="spellEnd"/>
            <w:r w:rsidRPr="00CE0FFB">
              <w:rPr>
                <w:sz w:val="22"/>
                <w:szCs w:val="24"/>
              </w:rPr>
              <w:t xml:space="preserve"> </w:t>
            </w:r>
            <w:proofErr w:type="spellStart"/>
            <w:r w:rsidRPr="00CE0FFB">
              <w:rPr>
                <w:sz w:val="22"/>
                <w:szCs w:val="24"/>
              </w:rPr>
              <w:t>bahasa</w:t>
            </w:r>
            <w:proofErr w:type="spellEnd"/>
            <w:r w:rsidRPr="00CE0FFB">
              <w:rPr>
                <w:sz w:val="22"/>
                <w:szCs w:val="24"/>
              </w:rPr>
              <w:t xml:space="preserve"> </w:t>
            </w:r>
            <w:proofErr w:type="spellStart"/>
            <w:r w:rsidRPr="00CE0FFB">
              <w:rPr>
                <w:sz w:val="22"/>
                <w:szCs w:val="24"/>
              </w:rPr>
              <w:t>Jepang</w:t>
            </w:r>
            <w:proofErr w:type="spellEnd"/>
            <w:r w:rsidRPr="00CE0FFB">
              <w:rPr>
                <w:sz w:val="22"/>
                <w:szCs w:val="24"/>
              </w:rPr>
              <w:t xml:space="preserve"> dan </w:t>
            </w:r>
            <w:proofErr w:type="spellStart"/>
            <w:r w:rsidRPr="00CE0FFB">
              <w:rPr>
                <w:sz w:val="22"/>
                <w:szCs w:val="24"/>
              </w:rPr>
              <w:t>pelepasan</w:t>
            </w:r>
            <w:proofErr w:type="spellEnd"/>
            <w:r w:rsidRPr="00CE0FFB">
              <w:rPr>
                <w:sz w:val="22"/>
                <w:szCs w:val="24"/>
              </w:rPr>
              <w:t xml:space="preserve"> </w:t>
            </w:r>
            <w:proofErr w:type="spellStart"/>
            <w:r w:rsidRPr="00CE0FFB">
              <w:rPr>
                <w:sz w:val="22"/>
                <w:szCs w:val="24"/>
              </w:rPr>
              <w:t>pemagangan</w:t>
            </w:r>
            <w:proofErr w:type="spellEnd"/>
            <w:r w:rsidRPr="00CE0FFB">
              <w:rPr>
                <w:sz w:val="22"/>
                <w:szCs w:val="24"/>
              </w:rPr>
              <w:t xml:space="preserve"> </w:t>
            </w:r>
            <w:proofErr w:type="spellStart"/>
            <w:r w:rsidRPr="00CE0FFB">
              <w:rPr>
                <w:sz w:val="22"/>
                <w:szCs w:val="24"/>
              </w:rPr>
              <w:t>ke</w:t>
            </w:r>
            <w:proofErr w:type="spellEnd"/>
            <w:r w:rsidRPr="00CE0FFB">
              <w:rPr>
                <w:sz w:val="22"/>
                <w:szCs w:val="24"/>
              </w:rPr>
              <w:t xml:space="preserve"> </w:t>
            </w:r>
            <w:proofErr w:type="spellStart"/>
            <w:r w:rsidRPr="00CE0FFB">
              <w:rPr>
                <w:sz w:val="22"/>
                <w:szCs w:val="24"/>
              </w:rPr>
              <w:t>Jepang</w:t>
            </w:r>
            <w:proofErr w:type="spellEnd"/>
            <w:r w:rsidRPr="00CE0FFB">
              <w:rPr>
                <w:sz w:val="22"/>
                <w:szCs w:val="24"/>
              </w:rPr>
              <w:t xml:space="preserve">, aula </w:t>
            </w:r>
            <w:proofErr w:type="spellStart"/>
            <w:r w:rsidRPr="00CE0FFB">
              <w:rPr>
                <w:sz w:val="22"/>
                <w:szCs w:val="24"/>
              </w:rPr>
              <w:t>kantor</w:t>
            </w:r>
            <w:proofErr w:type="spellEnd"/>
            <w:r w:rsidRPr="00CE0FFB">
              <w:rPr>
                <w:sz w:val="22"/>
                <w:szCs w:val="24"/>
              </w:rPr>
              <w:t xml:space="preserve"> </w:t>
            </w:r>
            <w:proofErr w:type="spellStart"/>
            <w:r w:rsidRPr="00CE0FFB">
              <w:rPr>
                <w:sz w:val="22"/>
                <w:szCs w:val="24"/>
              </w:rPr>
              <w:t>disnaker</w:t>
            </w:r>
            <w:proofErr w:type="spellEnd"/>
          </w:p>
        </w:tc>
      </w:tr>
      <w:tr w:rsidR="006D1965" w14:paraId="146909DF" w14:textId="77777777" w:rsidTr="006D19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5" w:type="dxa"/>
            <w:vMerge w:val="restart"/>
            <w:vAlign w:val="center"/>
          </w:tcPr>
          <w:p w14:paraId="2B11A95C" w14:textId="6D925641" w:rsidR="006D1965" w:rsidRPr="00753466" w:rsidRDefault="006D1965" w:rsidP="006D1965">
            <w:pPr>
              <w:spacing w:line="240" w:lineRule="auto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4</w:t>
            </w:r>
          </w:p>
        </w:tc>
        <w:tc>
          <w:tcPr>
            <w:tcW w:w="1825" w:type="dxa"/>
            <w:vMerge w:val="restart"/>
            <w:vAlign w:val="center"/>
          </w:tcPr>
          <w:p w14:paraId="27A46C17" w14:textId="0144F975" w:rsidR="006D1965" w:rsidRPr="00CE0FFB" w:rsidRDefault="006D1965" w:rsidP="006D196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</w:rPr>
            </w:pPr>
            <w:proofErr w:type="spellStart"/>
            <w:r>
              <w:rPr>
                <w:sz w:val="22"/>
                <w:szCs w:val="24"/>
              </w:rPr>
              <w:t>Minggu</w:t>
            </w:r>
            <w:proofErr w:type="spellEnd"/>
            <w:r>
              <w:rPr>
                <w:sz w:val="22"/>
                <w:szCs w:val="24"/>
              </w:rPr>
              <w:t xml:space="preserve"> ke-4</w:t>
            </w:r>
          </w:p>
        </w:tc>
        <w:tc>
          <w:tcPr>
            <w:tcW w:w="1409" w:type="dxa"/>
          </w:tcPr>
          <w:p w14:paraId="5F9B0723" w14:textId="0F190075" w:rsidR="006D1965" w:rsidRPr="00CE0FFB" w:rsidRDefault="006D196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6D1965">
              <w:rPr>
                <w:sz w:val="22"/>
                <w:szCs w:val="24"/>
              </w:rPr>
              <w:t>01/04/2026</w:t>
            </w:r>
          </w:p>
        </w:tc>
        <w:tc>
          <w:tcPr>
            <w:tcW w:w="3001" w:type="dxa"/>
          </w:tcPr>
          <w:p w14:paraId="596DA5F3" w14:textId="292D1FAE" w:rsidR="006D1965" w:rsidRPr="00CE0FFB" w:rsidRDefault="006D1965" w:rsidP="00CE0FFB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</w:rPr>
            </w:pPr>
            <w:proofErr w:type="spellStart"/>
            <w:r w:rsidRPr="00CE0FFB">
              <w:rPr>
                <w:sz w:val="22"/>
                <w:szCs w:val="24"/>
              </w:rPr>
              <w:t>Liputan</w:t>
            </w:r>
            <w:proofErr w:type="spellEnd"/>
            <w:r w:rsidRPr="00CE0FFB">
              <w:rPr>
                <w:sz w:val="22"/>
                <w:szCs w:val="24"/>
              </w:rPr>
              <w:t xml:space="preserve"> Halal </w:t>
            </w:r>
            <w:proofErr w:type="spellStart"/>
            <w:r w:rsidRPr="00CE0FFB">
              <w:rPr>
                <w:sz w:val="22"/>
                <w:szCs w:val="24"/>
              </w:rPr>
              <w:t>bihalal</w:t>
            </w:r>
            <w:proofErr w:type="spellEnd"/>
            <w:r w:rsidRPr="00CE0FFB">
              <w:rPr>
                <w:sz w:val="22"/>
                <w:szCs w:val="24"/>
              </w:rPr>
              <w:t xml:space="preserve"> </w:t>
            </w:r>
            <w:proofErr w:type="spellStart"/>
            <w:r w:rsidRPr="00CE0FFB">
              <w:rPr>
                <w:sz w:val="22"/>
                <w:szCs w:val="24"/>
              </w:rPr>
              <w:t>ikatan</w:t>
            </w:r>
            <w:proofErr w:type="spellEnd"/>
            <w:r w:rsidRPr="00CE0FFB">
              <w:rPr>
                <w:sz w:val="22"/>
                <w:szCs w:val="24"/>
              </w:rPr>
              <w:t xml:space="preserve"> guru </w:t>
            </w:r>
            <w:proofErr w:type="spellStart"/>
            <w:r w:rsidRPr="00CE0FFB">
              <w:rPr>
                <w:sz w:val="22"/>
                <w:szCs w:val="24"/>
              </w:rPr>
              <w:t>raudhatul</w:t>
            </w:r>
            <w:proofErr w:type="spellEnd"/>
            <w:r w:rsidRPr="00CE0FFB">
              <w:rPr>
                <w:sz w:val="22"/>
                <w:szCs w:val="24"/>
              </w:rPr>
              <w:t xml:space="preserve"> </w:t>
            </w:r>
            <w:proofErr w:type="spellStart"/>
            <w:r w:rsidRPr="00CE0FFB">
              <w:rPr>
                <w:sz w:val="22"/>
                <w:szCs w:val="24"/>
              </w:rPr>
              <w:t>athfal</w:t>
            </w:r>
            <w:proofErr w:type="spellEnd"/>
            <w:r w:rsidRPr="00CE0FFB">
              <w:rPr>
                <w:sz w:val="22"/>
                <w:szCs w:val="24"/>
              </w:rPr>
              <w:t xml:space="preserve">, aula masjid al </w:t>
            </w:r>
            <w:proofErr w:type="spellStart"/>
            <w:r w:rsidRPr="00CE0FFB">
              <w:rPr>
                <w:sz w:val="22"/>
                <w:szCs w:val="24"/>
              </w:rPr>
              <w:t>amjad</w:t>
            </w:r>
            <w:proofErr w:type="spellEnd"/>
            <w:r w:rsidRPr="00CE0FFB">
              <w:rPr>
                <w:sz w:val="22"/>
                <w:szCs w:val="24"/>
              </w:rPr>
              <w:t xml:space="preserve"> </w:t>
            </w:r>
            <w:proofErr w:type="spellStart"/>
            <w:r w:rsidRPr="00CE0FFB">
              <w:rPr>
                <w:sz w:val="22"/>
                <w:szCs w:val="24"/>
              </w:rPr>
              <w:t>tigaraksa</w:t>
            </w:r>
            <w:proofErr w:type="spellEnd"/>
          </w:p>
        </w:tc>
      </w:tr>
      <w:tr w:rsidR="006D1965" w14:paraId="6C5D07AB" w14:textId="77777777" w:rsidTr="006D19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5" w:type="dxa"/>
            <w:vMerge/>
          </w:tcPr>
          <w:p w14:paraId="1CAC63DD" w14:textId="624EDF75" w:rsidR="006D1965" w:rsidRPr="00753466" w:rsidRDefault="006D1965">
            <w:pPr>
              <w:spacing w:line="240" w:lineRule="auto"/>
              <w:jc w:val="center"/>
              <w:rPr>
                <w:sz w:val="22"/>
                <w:szCs w:val="24"/>
              </w:rPr>
            </w:pPr>
          </w:p>
        </w:tc>
        <w:tc>
          <w:tcPr>
            <w:tcW w:w="1825" w:type="dxa"/>
            <w:vMerge/>
          </w:tcPr>
          <w:p w14:paraId="6FD83D78" w14:textId="77777777" w:rsidR="006D1965" w:rsidRPr="00CE0FFB" w:rsidRDefault="006D196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</w:rPr>
            </w:pPr>
          </w:p>
        </w:tc>
        <w:tc>
          <w:tcPr>
            <w:tcW w:w="1409" w:type="dxa"/>
          </w:tcPr>
          <w:p w14:paraId="1C7FE370" w14:textId="69D37263" w:rsidR="006D1965" w:rsidRPr="00CE0FFB" w:rsidRDefault="006D196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CE0FFB">
              <w:rPr>
                <w:sz w:val="22"/>
                <w:szCs w:val="24"/>
              </w:rPr>
              <w:t>02/04/2026</w:t>
            </w:r>
          </w:p>
        </w:tc>
        <w:tc>
          <w:tcPr>
            <w:tcW w:w="3001" w:type="dxa"/>
          </w:tcPr>
          <w:p w14:paraId="71450478" w14:textId="4C687B3A" w:rsidR="006D1965" w:rsidRPr="00CE0FFB" w:rsidRDefault="006D1965" w:rsidP="00CE0FFB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</w:rPr>
            </w:pPr>
            <w:proofErr w:type="spellStart"/>
            <w:r w:rsidRPr="00CE0FFB">
              <w:rPr>
                <w:sz w:val="22"/>
                <w:szCs w:val="24"/>
              </w:rPr>
              <w:t>Liputan</w:t>
            </w:r>
            <w:proofErr w:type="spellEnd"/>
            <w:r w:rsidRPr="00CE0FFB">
              <w:rPr>
                <w:sz w:val="22"/>
                <w:szCs w:val="24"/>
              </w:rPr>
              <w:t xml:space="preserve"> halal </w:t>
            </w:r>
            <w:proofErr w:type="spellStart"/>
            <w:r w:rsidRPr="00CE0FFB">
              <w:rPr>
                <w:sz w:val="22"/>
                <w:szCs w:val="24"/>
              </w:rPr>
              <w:t>bihalal</w:t>
            </w:r>
            <w:proofErr w:type="spellEnd"/>
            <w:r w:rsidRPr="00CE0FFB">
              <w:rPr>
                <w:sz w:val="22"/>
                <w:szCs w:val="24"/>
              </w:rPr>
              <w:t xml:space="preserve"> </w:t>
            </w:r>
            <w:proofErr w:type="spellStart"/>
            <w:r w:rsidRPr="00CE0FFB">
              <w:rPr>
                <w:sz w:val="22"/>
                <w:szCs w:val="24"/>
              </w:rPr>
              <w:t>dinas</w:t>
            </w:r>
            <w:proofErr w:type="spellEnd"/>
            <w:r w:rsidRPr="00CE0FFB">
              <w:rPr>
                <w:sz w:val="22"/>
                <w:szCs w:val="24"/>
              </w:rPr>
              <w:t xml:space="preserve"> </w:t>
            </w:r>
            <w:proofErr w:type="spellStart"/>
            <w:r w:rsidRPr="00CE0FFB">
              <w:rPr>
                <w:sz w:val="22"/>
                <w:szCs w:val="24"/>
              </w:rPr>
              <w:t>kesehatan</w:t>
            </w:r>
            <w:proofErr w:type="spellEnd"/>
            <w:r w:rsidRPr="00CE0FFB">
              <w:rPr>
                <w:sz w:val="22"/>
                <w:szCs w:val="24"/>
              </w:rPr>
              <w:t xml:space="preserve">, </w:t>
            </w:r>
            <w:proofErr w:type="spellStart"/>
            <w:r w:rsidRPr="00CE0FFB">
              <w:rPr>
                <w:sz w:val="22"/>
                <w:szCs w:val="24"/>
              </w:rPr>
              <w:t>selasar</w:t>
            </w:r>
            <w:proofErr w:type="spellEnd"/>
            <w:r w:rsidRPr="00CE0FFB">
              <w:rPr>
                <w:sz w:val="22"/>
                <w:szCs w:val="24"/>
              </w:rPr>
              <w:t xml:space="preserve"> </w:t>
            </w:r>
            <w:proofErr w:type="spellStart"/>
            <w:r w:rsidRPr="00CE0FFB">
              <w:rPr>
                <w:sz w:val="22"/>
                <w:szCs w:val="24"/>
              </w:rPr>
              <w:t>lantai</w:t>
            </w:r>
            <w:proofErr w:type="spellEnd"/>
            <w:r w:rsidRPr="00CE0FFB">
              <w:rPr>
                <w:sz w:val="22"/>
                <w:szCs w:val="24"/>
              </w:rPr>
              <w:t xml:space="preserve"> 1 </w:t>
            </w:r>
            <w:proofErr w:type="spellStart"/>
            <w:r w:rsidRPr="00CE0FFB">
              <w:rPr>
                <w:sz w:val="22"/>
                <w:szCs w:val="24"/>
              </w:rPr>
              <w:t>kantor</w:t>
            </w:r>
            <w:proofErr w:type="spellEnd"/>
            <w:r w:rsidRPr="00CE0FFB">
              <w:rPr>
                <w:sz w:val="22"/>
                <w:szCs w:val="24"/>
              </w:rPr>
              <w:t xml:space="preserve"> </w:t>
            </w:r>
            <w:proofErr w:type="spellStart"/>
            <w:r w:rsidRPr="00CE0FFB">
              <w:rPr>
                <w:sz w:val="22"/>
                <w:szCs w:val="24"/>
              </w:rPr>
              <w:t>dinas</w:t>
            </w:r>
            <w:proofErr w:type="spellEnd"/>
            <w:r w:rsidRPr="00CE0FFB">
              <w:rPr>
                <w:sz w:val="22"/>
                <w:szCs w:val="24"/>
              </w:rPr>
              <w:t xml:space="preserve"> </w:t>
            </w:r>
            <w:proofErr w:type="spellStart"/>
            <w:r w:rsidRPr="00CE0FFB">
              <w:rPr>
                <w:sz w:val="22"/>
                <w:szCs w:val="24"/>
              </w:rPr>
              <w:t>kesehatan</w:t>
            </w:r>
            <w:proofErr w:type="spellEnd"/>
          </w:p>
        </w:tc>
      </w:tr>
      <w:tr w:rsidR="006D1965" w14:paraId="4FB5F5E8" w14:textId="77777777" w:rsidTr="006D19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5" w:type="dxa"/>
            <w:vAlign w:val="center"/>
          </w:tcPr>
          <w:p w14:paraId="481A8991" w14:textId="7B6AE858" w:rsidR="006D1965" w:rsidRPr="00753466" w:rsidRDefault="006D1965" w:rsidP="006D1965">
            <w:pPr>
              <w:spacing w:line="240" w:lineRule="auto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5</w:t>
            </w:r>
          </w:p>
        </w:tc>
        <w:tc>
          <w:tcPr>
            <w:tcW w:w="1825" w:type="dxa"/>
            <w:vAlign w:val="center"/>
          </w:tcPr>
          <w:p w14:paraId="032CC9BA" w14:textId="1EBD092A" w:rsidR="006D1965" w:rsidRPr="00CE0FFB" w:rsidRDefault="006D1965" w:rsidP="006D196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</w:rPr>
            </w:pPr>
            <w:proofErr w:type="spellStart"/>
            <w:r>
              <w:rPr>
                <w:sz w:val="22"/>
                <w:szCs w:val="24"/>
              </w:rPr>
              <w:t>Minggu</w:t>
            </w:r>
            <w:proofErr w:type="spellEnd"/>
            <w:r>
              <w:rPr>
                <w:sz w:val="22"/>
                <w:szCs w:val="24"/>
              </w:rPr>
              <w:t xml:space="preserve"> ke-5</w:t>
            </w:r>
          </w:p>
        </w:tc>
        <w:tc>
          <w:tcPr>
            <w:tcW w:w="1409" w:type="dxa"/>
            <w:vAlign w:val="center"/>
          </w:tcPr>
          <w:p w14:paraId="3D1C5791" w14:textId="55BB07F3" w:rsidR="006D1965" w:rsidRPr="00CE0FFB" w:rsidRDefault="006D1965" w:rsidP="006D196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CE0FFB">
              <w:rPr>
                <w:sz w:val="22"/>
                <w:szCs w:val="24"/>
              </w:rPr>
              <w:t>14/04/2026</w:t>
            </w:r>
          </w:p>
        </w:tc>
        <w:tc>
          <w:tcPr>
            <w:tcW w:w="3001" w:type="dxa"/>
          </w:tcPr>
          <w:p w14:paraId="035831FE" w14:textId="229FBBA2" w:rsidR="006D1965" w:rsidRPr="00CE0FFB" w:rsidRDefault="006D1965" w:rsidP="00CE0FFB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</w:rPr>
            </w:pPr>
            <w:proofErr w:type="spellStart"/>
            <w:r w:rsidRPr="00CE0FFB">
              <w:rPr>
                <w:sz w:val="22"/>
                <w:szCs w:val="24"/>
              </w:rPr>
              <w:t>Liputan</w:t>
            </w:r>
            <w:proofErr w:type="spellEnd"/>
            <w:r w:rsidRPr="00CE0FFB">
              <w:rPr>
                <w:sz w:val="22"/>
                <w:szCs w:val="24"/>
              </w:rPr>
              <w:t xml:space="preserve"> </w:t>
            </w:r>
            <w:proofErr w:type="spellStart"/>
            <w:r w:rsidRPr="00CE0FFB">
              <w:rPr>
                <w:sz w:val="22"/>
                <w:szCs w:val="24"/>
              </w:rPr>
              <w:t>Musrenbang</w:t>
            </w:r>
            <w:proofErr w:type="spellEnd"/>
            <w:r w:rsidRPr="00CE0FFB">
              <w:rPr>
                <w:sz w:val="22"/>
                <w:szCs w:val="24"/>
              </w:rPr>
              <w:t xml:space="preserve"> RKPD </w:t>
            </w:r>
            <w:proofErr w:type="spellStart"/>
            <w:r w:rsidRPr="00CE0FFB">
              <w:rPr>
                <w:sz w:val="22"/>
                <w:szCs w:val="24"/>
              </w:rPr>
              <w:t>tahun</w:t>
            </w:r>
            <w:proofErr w:type="spellEnd"/>
            <w:r w:rsidRPr="00CE0FFB">
              <w:rPr>
                <w:sz w:val="22"/>
                <w:szCs w:val="24"/>
              </w:rPr>
              <w:t xml:space="preserve"> 2027 dan </w:t>
            </w:r>
            <w:proofErr w:type="spellStart"/>
            <w:r w:rsidRPr="00CE0FFB">
              <w:rPr>
                <w:sz w:val="22"/>
                <w:szCs w:val="24"/>
              </w:rPr>
              <w:t>penyelenggaraan</w:t>
            </w:r>
            <w:proofErr w:type="spellEnd"/>
            <w:r w:rsidRPr="00CE0FFB">
              <w:rPr>
                <w:sz w:val="22"/>
                <w:szCs w:val="24"/>
              </w:rPr>
              <w:t xml:space="preserve"> </w:t>
            </w:r>
            <w:proofErr w:type="spellStart"/>
            <w:r w:rsidRPr="00CE0FFB">
              <w:rPr>
                <w:sz w:val="22"/>
                <w:szCs w:val="24"/>
              </w:rPr>
              <w:t>sistem</w:t>
            </w:r>
            <w:proofErr w:type="spellEnd"/>
            <w:r w:rsidRPr="00CE0FFB">
              <w:rPr>
                <w:sz w:val="22"/>
                <w:szCs w:val="24"/>
              </w:rPr>
              <w:t xml:space="preserve"> </w:t>
            </w:r>
            <w:proofErr w:type="spellStart"/>
            <w:r w:rsidRPr="00CE0FFB">
              <w:rPr>
                <w:sz w:val="22"/>
                <w:szCs w:val="24"/>
              </w:rPr>
              <w:lastRenderedPageBreak/>
              <w:t>pengendalian</w:t>
            </w:r>
            <w:proofErr w:type="spellEnd"/>
            <w:r w:rsidRPr="00CE0FFB">
              <w:rPr>
                <w:sz w:val="22"/>
                <w:szCs w:val="24"/>
              </w:rPr>
              <w:t xml:space="preserve"> intern </w:t>
            </w:r>
            <w:proofErr w:type="spellStart"/>
            <w:r w:rsidRPr="00CE0FFB">
              <w:rPr>
                <w:sz w:val="22"/>
                <w:szCs w:val="24"/>
              </w:rPr>
              <w:t>pemerintah</w:t>
            </w:r>
            <w:proofErr w:type="spellEnd"/>
            <w:r w:rsidRPr="00CE0FFB">
              <w:rPr>
                <w:sz w:val="22"/>
                <w:szCs w:val="24"/>
              </w:rPr>
              <w:t xml:space="preserve"> </w:t>
            </w:r>
            <w:proofErr w:type="spellStart"/>
            <w:r w:rsidRPr="00CE0FFB">
              <w:rPr>
                <w:sz w:val="22"/>
                <w:szCs w:val="24"/>
              </w:rPr>
              <w:t>tahun</w:t>
            </w:r>
            <w:proofErr w:type="spellEnd"/>
            <w:r w:rsidRPr="00CE0FFB">
              <w:rPr>
                <w:sz w:val="22"/>
                <w:szCs w:val="24"/>
              </w:rPr>
              <w:t xml:space="preserve"> </w:t>
            </w:r>
            <w:proofErr w:type="gramStart"/>
            <w:r w:rsidRPr="00CE0FFB">
              <w:rPr>
                <w:sz w:val="22"/>
                <w:szCs w:val="24"/>
              </w:rPr>
              <w:t>2026,pendopo</w:t>
            </w:r>
            <w:proofErr w:type="gramEnd"/>
            <w:r w:rsidRPr="00CE0FFB">
              <w:rPr>
                <w:sz w:val="22"/>
                <w:szCs w:val="24"/>
              </w:rPr>
              <w:t xml:space="preserve"> </w:t>
            </w:r>
            <w:proofErr w:type="spellStart"/>
            <w:r w:rsidRPr="00CE0FFB">
              <w:rPr>
                <w:sz w:val="22"/>
                <w:szCs w:val="24"/>
              </w:rPr>
              <w:t>bupati</w:t>
            </w:r>
            <w:proofErr w:type="spellEnd"/>
            <w:r w:rsidRPr="00CE0FFB">
              <w:rPr>
                <w:sz w:val="22"/>
                <w:szCs w:val="24"/>
              </w:rPr>
              <w:t xml:space="preserve"> </w:t>
            </w:r>
            <w:proofErr w:type="spellStart"/>
            <w:r w:rsidRPr="00CE0FFB">
              <w:rPr>
                <w:sz w:val="22"/>
                <w:szCs w:val="24"/>
              </w:rPr>
              <w:t>tangerang</w:t>
            </w:r>
            <w:proofErr w:type="spellEnd"/>
          </w:p>
        </w:tc>
      </w:tr>
      <w:tr w:rsidR="006D1965" w14:paraId="69DB19B2" w14:textId="77777777" w:rsidTr="006D19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5" w:type="dxa"/>
            <w:vAlign w:val="center"/>
          </w:tcPr>
          <w:p w14:paraId="12A79FDF" w14:textId="41C2A38B" w:rsidR="006D1965" w:rsidRPr="00753466" w:rsidRDefault="006D1965" w:rsidP="006D1965">
            <w:pPr>
              <w:spacing w:line="240" w:lineRule="auto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lastRenderedPageBreak/>
              <w:t>6</w:t>
            </w:r>
          </w:p>
        </w:tc>
        <w:tc>
          <w:tcPr>
            <w:tcW w:w="1825" w:type="dxa"/>
            <w:vAlign w:val="center"/>
          </w:tcPr>
          <w:p w14:paraId="0280894F" w14:textId="3B7B8A40" w:rsidR="006D1965" w:rsidRDefault="006D1965" w:rsidP="006D196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</w:rPr>
            </w:pPr>
            <w:proofErr w:type="spellStart"/>
            <w:r>
              <w:rPr>
                <w:sz w:val="22"/>
                <w:szCs w:val="24"/>
              </w:rPr>
              <w:t>Minggu</w:t>
            </w:r>
            <w:proofErr w:type="spellEnd"/>
            <w:r>
              <w:rPr>
                <w:sz w:val="22"/>
                <w:szCs w:val="24"/>
              </w:rPr>
              <w:t xml:space="preserve"> ke-6</w:t>
            </w:r>
          </w:p>
        </w:tc>
        <w:tc>
          <w:tcPr>
            <w:tcW w:w="1409" w:type="dxa"/>
            <w:vAlign w:val="center"/>
          </w:tcPr>
          <w:p w14:paraId="43ACF8A4" w14:textId="2A4BAFBE" w:rsidR="006D1965" w:rsidRPr="00CE0FFB" w:rsidRDefault="006D1965" w:rsidP="006D196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21/04/2026</w:t>
            </w:r>
          </w:p>
        </w:tc>
        <w:tc>
          <w:tcPr>
            <w:tcW w:w="3001" w:type="dxa"/>
          </w:tcPr>
          <w:p w14:paraId="5DCB821E" w14:textId="5A84848F" w:rsidR="006D1965" w:rsidRPr="00CE0FFB" w:rsidRDefault="00A918C0" w:rsidP="00CE0FFB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</w:rPr>
            </w:pPr>
            <w:proofErr w:type="spellStart"/>
            <w:r>
              <w:rPr>
                <w:sz w:val="22"/>
                <w:szCs w:val="24"/>
              </w:rPr>
              <w:t>Laporan</w:t>
            </w:r>
            <w:proofErr w:type="spellEnd"/>
            <w:r>
              <w:rPr>
                <w:sz w:val="22"/>
                <w:szCs w:val="24"/>
              </w:rPr>
              <w:t xml:space="preserve"> </w:t>
            </w:r>
            <w:proofErr w:type="spellStart"/>
            <w:r>
              <w:rPr>
                <w:sz w:val="22"/>
                <w:szCs w:val="24"/>
              </w:rPr>
              <w:t>pembuatan</w:t>
            </w:r>
            <w:proofErr w:type="spellEnd"/>
            <w:r>
              <w:rPr>
                <w:sz w:val="22"/>
                <w:szCs w:val="24"/>
              </w:rPr>
              <w:t xml:space="preserve"> project dan </w:t>
            </w:r>
            <w:proofErr w:type="spellStart"/>
            <w:r>
              <w:rPr>
                <w:sz w:val="22"/>
                <w:szCs w:val="24"/>
              </w:rPr>
              <w:t>persiapan</w:t>
            </w:r>
            <w:proofErr w:type="spellEnd"/>
            <w:r>
              <w:rPr>
                <w:sz w:val="22"/>
                <w:szCs w:val="24"/>
              </w:rPr>
              <w:t xml:space="preserve"> </w:t>
            </w:r>
            <w:proofErr w:type="spellStart"/>
            <w:r>
              <w:rPr>
                <w:sz w:val="22"/>
                <w:szCs w:val="24"/>
              </w:rPr>
              <w:t>bahan</w:t>
            </w:r>
            <w:proofErr w:type="spellEnd"/>
            <w:r>
              <w:rPr>
                <w:sz w:val="22"/>
                <w:szCs w:val="24"/>
              </w:rPr>
              <w:t xml:space="preserve"> project</w:t>
            </w:r>
          </w:p>
        </w:tc>
      </w:tr>
      <w:tr w:rsidR="00A918C0" w14:paraId="12AB0E07" w14:textId="77777777" w:rsidTr="006D19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5" w:type="dxa"/>
            <w:vAlign w:val="center"/>
          </w:tcPr>
          <w:p w14:paraId="6B5B90BF" w14:textId="28DE502C" w:rsidR="00A918C0" w:rsidRDefault="00A918C0" w:rsidP="006D1965">
            <w:pPr>
              <w:spacing w:line="240" w:lineRule="auto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7</w:t>
            </w:r>
          </w:p>
        </w:tc>
        <w:tc>
          <w:tcPr>
            <w:tcW w:w="1825" w:type="dxa"/>
            <w:vAlign w:val="center"/>
          </w:tcPr>
          <w:p w14:paraId="32CCF07D" w14:textId="0B659032" w:rsidR="00A918C0" w:rsidRDefault="00A918C0" w:rsidP="006D196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</w:rPr>
            </w:pPr>
            <w:proofErr w:type="spellStart"/>
            <w:r>
              <w:rPr>
                <w:sz w:val="22"/>
                <w:szCs w:val="24"/>
              </w:rPr>
              <w:t>Minggu</w:t>
            </w:r>
            <w:proofErr w:type="spellEnd"/>
            <w:r>
              <w:rPr>
                <w:sz w:val="22"/>
                <w:szCs w:val="24"/>
              </w:rPr>
              <w:t xml:space="preserve"> ke-7</w:t>
            </w:r>
          </w:p>
        </w:tc>
        <w:tc>
          <w:tcPr>
            <w:tcW w:w="1409" w:type="dxa"/>
            <w:vAlign w:val="center"/>
          </w:tcPr>
          <w:p w14:paraId="7B32C40C" w14:textId="07364886" w:rsidR="00A918C0" w:rsidRDefault="00A918C0" w:rsidP="006D196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27/04/2026</w:t>
            </w:r>
          </w:p>
        </w:tc>
        <w:tc>
          <w:tcPr>
            <w:tcW w:w="3001" w:type="dxa"/>
          </w:tcPr>
          <w:p w14:paraId="6597FBFD" w14:textId="6B11DE7F" w:rsidR="00A918C0" w:rsidRDefault="00A918C0" w:rsidP="00CE0FFB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 xml:space="preserve">Bahan project </w:t>
            </w:r>
            <w:proofErr w:type="spellStart"/>
            <w:r>
              <w:rPr>
                <w:sz w:val="22"/>
                <w:szCs w:val="24"/>
              </w:rPr>
              <w:t>sudah</w:t>
            </w:r>
            <w:proofErr w:type="spellEnd"/>
            <w:r>
              <w:rPr>
                <w:sz w:val="22"/>
                <w:szCs w:val="24"/>
              </w:rPr>
              <w:t xml:space="preserve"> </w:t>
            </w:r>
            <w:proofErr w:type="spellStart"/>
            <w:r>
              <w:rPr>
                <w:sz w:val="22"/>
                <w:szCs w:val="24"/>
              </w:rPr>
              <w:t>ada</w:t>
            </w:r>
            <w:proofErr w:type="spellEnd"/>
            <w:r>
              <w:rPr>
                <w:sz w:val="22"/>
                <w:szCs w:val="24"/>
              </w:rPr>
              <w:t xml:space="preserve"> dan </w:t>
            </w:r>
            <w:proofErr w:type="spellStart"/>
            <w:r>
              <w:rPr>
                <w:sz w:val="22"/>
                <w:szCs w:val="24"/>
              </w:rPr>
              <w:t>melakukan</w:t>
            </w:r>
            <w:proofErr w:type="spellEnd"/>
            <w:r>
              <w:rPr>
                <w:sz w:val="22"/>
                <w:szCs w:val="24"/>
              </w:rPr>
              <w:t xml:space="preserve"> </w:t>
            </w:r>
            <w:proofErr w:type="spellStart"/>
            <w:r>
              <w:rPr>
                <w:sz w:val="22"/>
                <w:szCs w:val="24"/>
              </w:rPr>
              <w:t>perakitan</w:t>
            </w:r>
            <w:proofErr w:type="spellEnd"/>
            <w:r>
              <w:rPr>
                <w:sz w:val="22"/>
                <w:szCs w:val="24"/>
              </w:rPr>
              <w:t xml:space="preserve"> project</w:t>
            </w:r>
          </w:p>
        </w:tc>
      </w:tr>
      <w:tr w:rsidR="00A918C0" w14:paraId="097F58A3" w14:textId="77777777" w:rsidTr="006D19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5" w:type="dxa"/>
            <w:vAlign w:val="center"/>
          </w:tcPr>
          <w:p w14:paraId="139C0F9F" w14:textId="3556548B" w:rsidR="00A918C0" w:rsidRDefault="00A918C0" w:rsidP="006D1965">
            <w:pPr>
              <w:spacing w:line="240" w:lineRule="auto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8</w:t>
            </w:r>
          </w:p>
        </w:tc>
        <w:tc>
          <w:tcPr>
            <w:tcW w:w="1825" w:type="dxa"/>
            <w:vAlign w:val="center"/>
          </w:tcPr>
          <w:p w14:paraId="651000D4" w14:textId="401DAE9F" w:rsidR="00A918C0" w:rsidRDefault="00A918C0" w:rsidP="006D196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</w:rPr>
            </w:pPr>
            <w:proofErr w:type="spellStart"/>
            <w:r>
              <w:rPr>
                <w:sz w:val="22"/>
                <w:szCs w:val="24"/>
              </w:rPr>
              <w:t>Minggu</w:t>
            </w:r>
            <w:proofErr w:type="spellEnd"/>
            <w:r>
              <w:rPr>
                <w:sz w:val="22"/>
                <w:szCs w:val="24"/>
              </w:rPr>
              <w:t xml:space="preserve"> ke-8</w:t>
            </w:r>
          </w:p>
        </w:tc>
        <w:tc>
          <w:tcPr>
            <w:tcW w:w="1409" w:type="dxa"/>
            <w:vAlign w:val="center"/>
          </w:tcPr>
          <w:p w14:paraId="31FCBC74" w14:textId="4616A97C" w:rsidR="00A918C0" w:rsidRDefault="00A918C0" w:rsidP="006D196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04/05/2026</w:t>
            </w:r>
          </w:p>
        </w:tc>
        <w:tc>
          <w:tcPr>
            <w:tcW w:w="3001" w:type="dxa"/>
          </w:tcPr>
          <w:p w14:paraId="47D67626" w14:textId="767699A0" w:rsidR="00A918C0" w:rsidRDefault="00A918C0" w:rsidP="00CE0FFB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</w:rPr>
            </w:pPr>
            <w:proofErr w:type="spellStart"/>
            <w:r>
              <w:rPr>
                <w:sz w:val="22"/>
                <w:szCs w:val="24"/>
              </w:rPr>
              <w:t>Melakukan</w:t>
            </w:r>
            <w:proofErr w:type="spellEnd"/>
            <w:r>
              <w:rPr>
                <w:sz w:val="22"/>
                <w:szCs w:val="24"/>
              </w:rPr>
              <w:t xml:space="preserve"> </w:t>
            </w:r>
            <w:proofErr w:type="spellStart"/>
            <w:r>
              <w:rPr>
                <w:sz w:val="22"/>
                <w:szCs w:val="24"/>
              </w:rPr>
              <w:t>kegiatan</w:t>
            </w:r>
            <w:proofErr w:type="spellEnd"/>
            <w:r>
              <w:rPr>
                <w:sz w:val="22"/>
                <w:szCs w:val="24"/>
              </w:rPr>
              <w:t xml:space="preserve"> </w:t>
            </w:r>
            <w:proofErr w:type="spellStart"/>
            <w:r w:rsidR="00014492">
              <w:rPr>
                <w:sz w:val="22"/>
                <w:szCs w:val="24"/>
              </w:rPr>
              <w:t>rancang</w:t>
            </w:r>
            <w:proofErr w:type="spellEnd"/>
            <w:r w:rsidR="00014492">
              <w:rPr>
                <w:sz w:val="22"/>
                <w:szCs w:val="24"/>
              </w:rPr>
              <w:t xml:space="preserve"> </w:t>
            </w:r>
            <w:proofErr w:type="spellStart"/>
            <w:r w:rsidR="00014492">
              <w:rPr>
                <w:sz w:val="22"/>
                <w:szCs w:val="24"/>
              </w:rPr>
              <w:t>bangun</w:t>
            </w:r>
            <w:proofErr w:type="spellEnd"/>
            <w:r w:rsidR="00014492">
              <w:rPr>
                <w:sz w:val="22"/>
                <w:szCs w:val="24"/>
              </w:rPr>
              <w:t xml:space="preserve"> project</w:t>
            </w:r>
          </w:p>
        </w:tc>
      </w:tr>
      <w:tr w:rsidR="00A918C0" w14:paraId="12F3FDA5" w14:textId="77777777" w:rsidTr="006D19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5" w:type="dxa"/>
            <w:vAlign w:val="center"/>
          </w:tcPr>
          <w:p w14:paraId="450EC680" w14:textId="607C23AA" w:rsidR="00A918C0" w:rsidRDefault="00014492" w:rsidP="006D1965">
            <w:pPr>
              <w:spacing w:line="240" w:lineRule="auto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9</w:t>
            </w:r>
          </w:p>
        </w:tc>
        <w:tc>
          <w:tcPr>
            <w:tcW w:w="1825" w:type="dxa"/>
            <w:vAlign w:val="center"/>
          </w:tcPr>
          <w:p w14:paraId="62E1FA29" w14:textId="57A14A9C" w:rsidR="00A918C0" w:rsidRDefault="00014492" w:rsidP="006D196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</w:rPr>
            </w:pPr>
            <w:proofErr w:type="spellStart"/>
            <w:r>
              <w:rPr>
                <w:sz w:val="22"/>
                <w:szCs w:val="24"/>
              </w:rPr>
              <w:t>Minggu</w:t>
            </w:r>
            <w:proofErr w:type="spellEnd"/>
            <w:r>
              <w:rPr>
                <w:sz w:val="22"/>
                <w:szCs w:val="24"/>
              </w:rPr>
              <w:t xml:space="preserve"> ke-9</w:t>
            </w:r>
          </w:p>
        </w:tc>
        <w:tc>
          <w:tcPr>
            <w:tcW w:w="1409" w:type="dxa"/>
            <w:vAlign w:val="center"/>
          </w:tcPr>
          <w:p w14:paraId="1246D2AF" w14:textId="1EC4BC86" w:rsidR="00A918C0" w:rsidRDefault="00014492" w:rsidP="006D196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11/05/2026</w:t>
            </w:r>
          </w:p>
        </w:tc>
        <w:tc>
          <w:tcPr>
            <w:tcW w:w="3001" w:type="dxa"/>
          </w:tcPr>
          <w:p w14:paraId="420D4A9B" w14:textId="07EE60B9" w:rsidR="00A918C0" w:rsidRDefault="00014492" w:rsidP="00CE0FFB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</w:rPr>
            </w:pPr>
            <w:proofErr w:type="spellStart"/>
            <w:r>
              <w:rPr>
                <w:sz w:val="22"/>
                <w:szCs w:val="24"/>
              </w:rPr>
              <w:t>Melakukan</w:t>
            </w:r>
            <w:proofErr w:type="spellEnd"/>
            <w:r>
              <w:rPr>
                <w:sz w:val="22"/>
                <w:szCs w:val="24"/>
              </w:rPr>
              <w:t xml:space="preserve"> </w:t>
            </w:r>
            <w:proofErr w:type="spellStart"/>
            <w:r>
              <w:rPr>
                <w:sz w:val="22"/>
                <w:szCs w:val="24"/>
              </w:rPr>
              <w:t>kegiatan</w:t>
            </w:r>
            <w:proofErr w:type="spellEnd"/>
            <w:r>
              <w:rPr>
                <w:sz w:val="22"/>
                <w:szCs w:val="24"/>
              </w:rPr>
              <w:t xml:space="preserve"> </w:t>
            </w:r>
            <w:proofErr w:type="spellStart"/>
            <w:r>
              <w:rPr>
                <w:sz w:val="22"/>
                <w:szCs w:val="24"/>
              </w:rPr>
              <w:t>rancang</w:t>
            </w:r>
            <w:proofErr w:type="spellEnd"/>
            <w:r>
              <w:rPr>
                <w:sz w:val="22"/>
                <w:szCs w:val="24"/>
              </w:rPr>
              <w:t xml:space="preserve"> </w:t>
            </w:r>
            <w:proofErr w:type="spellStart"/>
            <w:r>
              <w:rPr>
                <w:sz w:val="22"/>
                <w:szCs w:val="24"/>
              </w:rPr>
              <w:t>bangun</w:t>
            </w:r>
            <w:proofErr w:type="spellEnd"/>
            <w:r>
              <w:rPr>
                <w:sz w:val="22"/>
                <w:szCs w:val="24"/>
              </w:rPr>
              <w:t xml:space="preserve"> project</w:t>
            </w:r>
          </w:p>
        </w:tc>
      </w:tr>
      <w:tr w:rsidR="00A918C0" w14:paraId="326AC15F" w14:textId="77777777" w:rsidTr="006D19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5" w:type="dxa"/>
            <w:vAlign w:val="center"/>
          </w:tcPr>
          <w:p w14:paraId="16EB6EEE" w14:textId="4E9DEBA9" w:rsidR="00A918C0" w:rsidRDefault="00014492" w:rsidP="006D1965">
            <w:pPr>
              <w:spacing w:line="240" w:lineRule="auto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</w:t>
            </w:r>
          </w:p>
        </w:tc>
        <w:tc>
          <w:tcPr>
            <w:tcW w:w="1825" w:type="dxa"/>
            <w:vAlign w:val="center"/>
          </w:tcPr>
          <w:p w14:paraId="610B6671" w14:textId="51B4ADDF" w:rsidR="00A918C0" w:rsidRDefault="00014492" w:rsidP="00014492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</w:rPr>
            </w:pPr>
            <w:proofErr w:type="spellStart"/>
            <w:r>
              <w:rPr>
                <w:sz w:val="22"/>
                <w:szCs w:val="24"/>
              </w:rPr>
              <w:t>Minggu</w:t>
            </w:r>
            <w:proofErr w:type="spellEnd"/>
            <w:r>
              <w:rPr>
                <w:sz w:val="22"/>
                <w:szCs w:val="24"/>
              </w:rPr>
              <w:t xml:space="preserve"> ke-10</w:t>
            </w:r>
          </w:p>
        </w:tc>
        <w:tc>
          <w:tcPr>
            <w:tcW w:w="1409" w:type="dxa"/>
            <w:vAlign w:val="center"/>
          </w:tcPr>
          <w:p w14:paraId="0D65EFEB" w14:textId="0F45E4B6" w:rsidR="00A918C0" w:rsidRDefault="00014492" w:rsidP="006D196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18/05/2026</w:t>
            </w:r>
          </w:p>
        </w:tc>
        <w:tc>
          <w:tcPr>
            <w:tcW w:w="3001" w:type="dxa"/>
          </w:tcPr>
          <w:p w14:paraId="1AB1CF4F" w14:textId="096043CC" w:rsidR="00A918C0" w:rsidRDefault="00014492" w:rsidP="00CE0FFB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</w:rPr>
            </w:pPr>
            <w:proofErr w:type="spellStart"/>
            <w:r>
              <w:rPr>
                <w:sz w:val="22"/>
                <w:szCs w:val="24"/>
              </w:rPr>
              <w:t>Melakukan</w:t>
            </w:r>
            <w:proofErr w:type="spellEnd"/>
            <w:r>
              <w:rPr>
                <w:sz w:val="22"/>
                <w:szCs w:val="24"/>
              </w:rPr>
              <w:t xml:space="preserve"> </w:t>
            </w:r>
            <w:proofErr w:type="spellStart"/>
            <w:r w:rsidR="00D336FE">
              <w:rPr>
                <w:sz w:val="22"/>
                <w:szCs w:val="24"/>
              </w:rPr>
              <w:t>k</w:t>
            </w:r>
            <w:r>
              <w:rPr>
                <w:sz w:val="22"/>
                <w:szCs w:val="24"/>
              </w:rPr>
              <w:t>egiatan</w:t>
            </w:r>
            <w:proofErr w:type="spellEnd"/>
            <w:r>
              <w:rPr>
                <w:sz w:val="22"/>
                <w:szCs w:val="24"/>
              </w:rPr>
              <w:t xml:space="preserve"> </w:t>
            </w:r>
            <w:proofErr w:type="spellStart"/>
            <w:r>
              <w:rPr>
                <w:sz w:val="22"/>
                <w:szCs w:val="24"/>
              </w:rPr>
              <w:t>rancang</w:t>
            </w:r>
            <w:proofErr w:type="spellEnd"/>
            <w:r>
              <w:rPr>
                <w:sz w:val="22"/>
                <w:szCs w:val="24"/>
              </w:rPr>
              <w:t xml:space="preserve"> </w:t>
            </w:r>
            <w:proofErr w:type="spellStart"/>
            <w:r>
              <w:rPr>
                <w:sz w:val="22"/>
                <w:szCs w:val="24"/>
              </w:rPr>
              <w:t>bangun</w:t>
            </w:r>
            <w:proofErr w:type="spellEnd"/>
            <w:r>
              <w:rPr>
                <w:sz w:val="22"/>
                <w:szCs w:val="24"/>
              </w:rPr>
              <w:t xml:space="preserve"> project</w:t>
            </w:r>
          </w:p>
        </w:tc>
      </w:tr>
      <w:tr w:rsidR="00014492" w14:paraId="483BF261" w14:textId="77777777" w:rsidTr="006D19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5" w:type="dxa"/>
            <w:vAlign w:val="center"/>
          </w:tcPr>
          <w:p w14:paraId="22BF49ED" w14:textId="11FE93FA" w:rsidR="00014492" w:rsidRDefault="00014492" w:rsidP="006D1965">
            <w:pPr>
              <w:spacing w:line="240" w:lineRule="auto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11</w:t>
            </w:r>
          </w:p>
        </w:tc>
        <w:tc>
          <w:tcPr>
            <w:tcW w:w="1825" w:type="dxa"/>
            <w:vAlign w:val="center"/>
          </w:tcPr>
          <w:p w14:paraId="1F83E004" w14:textId="76FC621D" w:rsidR="00014492" w:rsidRDefault="00014492" w:rsidP="006D196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</w:rPr>
            </w:pPr>
            <w:proofErr w:type="spellStart"/>
            <w:r>
              <w:rPr>
                <w:sz w:val="22"/>
                <w:szCs w:val="24"/>
              </w:rPr>
              <w:t>Minggu</w:t>
            </w:r>
            <w:proofErr w:type="spellEnd"/>
            <w:r>
              <w:rPr>
                <w:sz w:val="22"/>
                <w:szCs w:val="24"/>
              </w:rPr>
              <w:t xml:space="preserve"> ke-11</w:t>
            </w:r>
          </w:p>
        </w:tc>
        <w:tc>
          <w:tcPr>
            <w:tcW w:w="1409" w:type="dxa"/>
            <w:vAlign w:val="center"/>
          </w:tcPr>
          <w:p w14:paraId="2135C7E8" w14:textId="499AF3A8" w:rsidR="00014492" w:rsidRDefault="00014492" w:rsidP="006D196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25/05/2026</w:t>
            </w:r>
          </w:p>
        </w:tc>
        <w:tc>
          <w:tcPr>
            <w:tcW w:w="3001" w:type="dxa"/>
          </w:tcPr>
          <w:p w14:paraId="2742C994" w14:textId="5C9C6689" w:rsidR="00014492" w:rsidRDefault="00014492" w:rsidP="00CE0FFB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</w:rPr>
            </w:pPr>
            <w:proofErr w:type="spellStart"/>
            <w:r>
              <w:rPr>
                <w:sz w:val="22"/>
                <w:szCs w:val="24"/>
              </w:rPr>
              <w:t>Melakukan</w:t>
            </w:r>
            <w:proofErr w:type="spellEnd"/>
            <w:r>
              <w:rPr>
                <w:sz w:val="22"/>
                <w:szCs w:val="24"/>
              </w:rPr>
              <w:t xml:space="preserve"> </w:t>
            </w:r>
            <w:proofErr w:type="spellStart"/>
            <w:r>
              <w:rPr>
                <w:sz w:val="22"/>
                <w:szCs w:val="24"/>
              </w:rPr>
              <w:t>kegiatan</w:t>
            </w:r>
            <w:proofErr w:type="spellEnd"/>
            <w:r>
              <w:rPr>
                <w:sz w:val="22"/>
                <w:szCs w:val="24"/>
              </w:rPr>
              <w:t xml:space="preserve"> </w:t>
            </w:r>
            <w:proofErr w:type="spellStart"/>
            <w:r>
              <w:rPr>
                <w:sz w:val="22"/>
                <w:szCs w:val="24"/>
              </w:rPr>
              <w:t>rancang</w:t>
            </w:r>
            <w:proofErr w:type="spellEnd"/>
            <w:r>
              <w:rPr>
                <w:sz w:val="22"/>
                <w:szCs w:val="24"/>
              </w:rPr>
              <w:t xml:space="preserve"> </w:t>
            </w:r>
            <w:proofErr w:type="spellStart"/>
            <w:r>
              <w:rPr>
                <w:sz w:val="22"/>
                <w:szCs w:val="24"/>
              </w:rPr>
              <w:t>bangun</w:t>
            </w:r>
            <w:proofErr w:type="spellEnd"/>
            <w:r>
              <w:rPr>
                <w:sz w:val="22"/>
                <w:szCs w:val="24"/>
              </w:rPr>
              <w:t xml:space="preserve"> project</w:t>
            </w:r>
          </w:p>
        </w:tc>
      </w:tr>
      <w:tr w:rsidR="00014492" w14:paraId="518182A7" w14:textId="77777777" w:rsidTr="006D19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5" w:type="dxa"/>
            <w:vAlign w:val="center"/>
          </w:tcPr>
          <w:p w14:paraId="76642D38" w14:textId="3098013A" w:rsidR="00014492" w:rsidRDefault="00014492" w:rsidP="006D1965">
            <w:pPr>
              <w:spacing w:line="240" w:lineRule="auto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12</w:t>
            </w:r>
          </w:p>
        </w:tc>
        <w:tc>
          <w:tcPr>
            <w:tcW w:w="1825" w:type="dxa"/>
            <w:vAlign w:val="center"/>
          </w:tcPr>
          <w:p w14:paraId="7C27BED1" w14:textId="0CBD430B" w:rsidR="00014492" w:rsidRDefault="00014492" w:rsidP="006D196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</w:rPr>
            </w:pPr>
            <w:proofErr w:type="spellStart"/>
            <w:r>
              <w:rPr>
                <w:sz w:val="22"/>
                <w:szCs w:val="24"/>
              </w:rPr>
              <w:t>Minggu</w:t>
            </w:r>
            <w:proofErr w:type="spellEnd"/>
            <w:r>
              <w:rPr>
                <w:sz w:val="22"/>
                <w:szCs w:val="24"/>
              </w:rPr>
              <w:t xml:space="preserve"> ke-12</w:t>
            </w:r>
          </w:p>
        </w:tc>
        <w:tc>
          <w:tcPr>
            <w:tcW w:w="1409" w:type="dxa"/>
            <w:vAlign w:val="center"/>
          </w:tcPr>
          <w:p w14:paraId="1BD05356" w14:textId="415988B6" w:rsidR="00014492" w:rsidRDefault="00D336FE" w:rsidP="006D196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01/06/2026</w:t>
            </w:r>
          </w:p>
        </w:tc>
        <w:tc>
          <w:tcPr>
            <w:tcW w:w="3001" w:type="dxa"/>
          </w:tcPr>
          <w:p w14:paraId="2219C404" w14:textId="30C8E2D3" w:rsidR="00014492" w:rsidRDefault="00D336FE" w:rsidP="00CE0FFB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</w:rPr>
            </w:pPr>
            <w:proofErr w:type="spellStart"/>
            <w:r>
              <w:rPr>
                <w:sz w:val="22"/>
                <w:szCs w:val="24"/>
              </w:rPr>
              <w:t>Melakukan</w:t>
            </w:r>
            <w:proofErr w:type="spellEnd"/>
            <w:r>
              <w:rPr>
                <w:sz w:val="22"/>
                <w:szCs w:val="24"/>
              </w:rPr>
              <w:t xml:space="preserve"> </w:t>
            </w:r>
            <w:proofErr w:type="spellStart"/>
            <w:r>
              <w:rPr>
                <w:sz w:val="22"/>
                <w:szCs w:val="24"/>
              </w:rPr>
              <w:t>kegiatan</w:t>
            </w:r>
            <w:proofErr w:type="spellEnd"/>
            <w:r>
              <w:rPr>
                <w:sz w:val="22"/>
                <w:szCs w:val="24"/>
              </w:rPr>
              <w:t xml:space="preserve"> </w:t>
            </w:r>
            <w:proofErr w:type="spellStart"/>
            <w:r>
              <w:rPr>
                <w:sz w:val="22"/>
                <w:szCs w:val="24"/>
              </w:rPr>
              <w:t>rancang</w:t>
            </w:r>
            <w:proofErr w:type="spellEnd"/>
            <w:r>
              <w:rPr>
                <w:sz w:val="22"/>
                <w:szCs w:val="24"/>
              </w:rPr>
              <w:t xml:space="preserve"> </w:t>
            </w:r>
            <w:proofErr w:type="spellStart"/>
            <w:r>
              <w:rPr>
                <w:sz w:val="22"/>
                <w:szCs w:val="24"/>
              </w:rPr>
              <w:t>bangun</w:t>
            </w:r>
            <w:proofErr w:type="spellEnd"/>
            <w:r>
              <w:rPr>
                <w:sz w:val="22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sz w:val="22"/>
                <w:szCs w:val="24"/>
              </w:rPr>
              <w:t>project,dan</w:t>
            </w:r>
            <w:proofErr w:type="spellEnd"/>
            <w:proofErr w:type="gramEnd"/>
            <w:r>
              <w:rPr>
                <w:sz w:val="22"/>
                <w:szCs w:val="24"/>
              </w:rPr>
              <w:t xml:space="preserve"> </w:t>
            </w:r>
            <w:proofErr w:type="spellStart"/>
            <w:r>
              <w:rPr>
                <w:sz w:val="22"/>
                <w:szCs w:val="24"/>
              </w:rPr>
              <w:t>ada</w:t>
            </w:r>
            <w:proofErr w:type="spellEnd"/>
            <w:r>
              <w:rPr>
                <w:sz w:val="22"/>
                <w:szCs w:val="24"/>
              </w:rPr>
              <w:t xml:space="preserve"> </w:t>
            </w:r>
            <w:proofErr w:type="spellStart"/>
            <w:r>
              <w:rPr>
                <w:sz w:val="22"/>
                <w:szCs w:val="24"/>
              </w:rPr>
              <w:t>perubahan</w:t>
            </w:r>
            <w:proofErr w:type="spellEnd"/>
            <w:r>
              <w:rPr>
                <w:sz w:val="22"/>
                <w:szCs w:val="24"/>
              </w:rPr>
              <w:t xml:space="preserve"> di </w:t>
            </w:r>
            <w:proofErr w:type="spellStart"/>
            <w:proofErr w:type="gramStart"/>
            <w:r>
              <w:rPr>
                <w:sz w:val="22"/>
                <w:szCs w:val="24"/>
              </w:rPr>
              <w:t>project,sebelumnya</w:t>
            </w:r>
            <w:proofErr w:type="spellEnd"/>
            <w:proofErr w:type="gramEnd"/>
            <w:r>
              <w:rPr>
                <w:sz w:val="22"/>
                <w:szCs w:val="24"/>
              </w:rPr>
              <w:t xml:space="preserve"> </w:t>
            </w:r>
            <w:proofErr w:type="spellStart"/>
            <w:r>
              <w:rPr>
                <w:sz w:val="22"/>
                <w:szCs w:val="24"/>
              </w:rPr>
              <w:t>pakai</w:t>
            </w:r>
            <w:proofErr w:type="spellEnd"/>
            <w:r>
              <w:rPr>
                <w:sz w:val="22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sz w:val="22"/>
                <w:szCs w:val="24"/>
              </w:rPr>
              <w:t>servo,dan</w:t>
            </w:r>
            <w:proofErr w:type="spellEnd"/>
            <w:proofErr w:type="gramEnd"/>
            <w:r>
              <w:rPr>
                <w:sz w:val="22"/>
                <w:szCs w:val="24"/>
              </w:rPr>
              <w:t xml:space="preserve"> </w:t>
            </w:r>
            <w:proofErr w:type="spellStart"/>
            <w:r>
              <w:rPr>
                <w:sz w:val="22"/>
                <w:szCs w:val="24"/>
              </w:rPr>
              <w:t>diganti</w:t>
            </w:r>
            <w:proofErr w:type="spellEnd"/>
            <w:r>
              <w:rPr>
                <w:sz w:val="22"/>
                <w:szCs w:val="24"/>
              </w:rPr>
              <w:t xml:space="preserve"> oleh solenoid</w:t>
            </w:r>
          </w:p>
        </w:tc>
      </w:tr>
      <w:tr w:rsidR="00D336FE" w14:paraId="738937E4" w14:textId="77777777" w:rsidTr="006D19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5" w:type="dxa"/>
            <w:vAlign w:val="center"/>
          </w:tcPr>
          <w:p w14:paraId="5E00F98B" w14:textId="06DEAA32" w:rsidR="00D336FE" w:rsidRDefault="00D336FE" w:rsidP="006D1965">
            <w:pPr>
              <w:spacing w:line="240" w:lineRule="auto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13</w:t>
            </w:r>
          </w:p>
        </w:tc>
        <w:tc>
          <w:tcPr>
            <w:tcW w:w="1825" w:type="dxa"/>
            <w:vAlign w:val="center"/>
          </w:tcPr>
          <w:p w14:paraId="6672395D" w14:textId="5C60A102" w:rsidR="00D336FE" w:rsidRDefault="00D336FE" w:rsidP="006D196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</w:rPr>
            </w:pPr>
            <w:proofErr w:type="spellStart"/>
            <w:r>
              <w:rPr>
                <w:sz w:val="22"/>
                <w:szCs w:val="24"/>
              </w:rPr>
              <w:t>Minggu</w:t>
            </w:r>
            <w:proofErr w:type="spellEnd"/>
            <w:r>
              <w:rPr>
                <w:sz w:val="22"/>
                <w:szCs w:val="24"/>
              </w:rPr>
              <w:t xml:space="preserve"> ke-13</w:t>
            </w:r>
          </w:p>
        </w:tc>
        <w:tc>
          <w:tcPr>
            <w:tcW w:w="1409" w:type="dxa"/>
            <w:vAlign w:val="center"/>
          </w:tcPr>
          <w:p w14:paraId="470F85E4" w14:textId="49B234C3" w:rsidR="00D336FE" w:rsidRDefault="00D336FE" w:rsidP="006D196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08/06/2026</w:t>
            </w:r>
          </w:p>
        </w:tc>
        <w:tc>
          <w:tcPr>
            <w:tcW w:w="3001" w:type="dxa"/>
          </w:tcPr>
          <w:p w14:paraId="39906541" w14:textId="163D5B58" w:rsidR="00D336FE" w:rsidRDefault="00D336FE" w:rsidP="00CE0FFB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</w:rPr>
            </w:pPr>
            <w:proofErr w:type="spellStart"/>
            <w:r>
              <w:rPr>
                <w:sz w:val="22"/>
                <w:szCs w:val="24"/>
              </w:rPr>
              <w:t>Melakukan</w:t>
            </w:r>
            <w:proofErr w:type="spellEnd"/>
            <w:r>
              <w:rPr>
                <w:sz w:val="22"/>
                <w:szCs w:val="24"/>
              </w:rPr>
              <w:t xml:space="preserve"> </w:t>
            </w:r>
            <w:proofErr w:type="spellStart"/>
            <w:r>
              <w:rPr>
                <w:sz w:val="22"/>
                <w:szCs w:val="24"/>
              </w:rPr>
              <w:t>kegiatan</w:t>
            </w:r>
            <w:proofErr w:type="spellEnd"/>
            <w:r>
              <w:rPr>
                <w:sz w:val="22"/>
                <w:szCs w:val="24"/>
              </w:rPr>
              <w:t xml:space="preserve"> </w:t>
            </w:r>
            <w:proofErr w:type="spellStart"/>
            <w:r>
              <w:rPr>
                <w:sz w:val="22"/>
                <w:szCs w:val="24"/>
              </w:rPr>
              <w:t>rancang</w:t>
            </w:r>
            <w:proofErr w:type="spellEnd"/>
            <w:r>
              <w:rPr>
                <w:sz w:val="22"/>
                <w:szCs w:val="24"/>
              </w:rPr>
              <w:t xml:space="preserve"> </w:t>
            </w:r>
            <w:proofErr w:type="spellStart"/>
            <w:r>
              <w:rPr>
                <w:sz w:val="22"/>
                <w:szCs w:val="24"/>
              </w:rPr>
              <w:t>bangun</w:t>
            </w:r>
            <w:proofErr w:type="spellEnd"/>
            <w:r>
              <w:rPr>
                <w:sz w:val="22"/>
                <w:szCs w:val="24"/>
              </w:rPr>
              <w:t xml:space="preserve"> project</w:t>
            </w:r>
          </w:p>
        </w:tc>
      </w:tr>
      <w:tr w:rsidR="00D336FE" w14:paraId="08C3E7F3" w14:textId="77777777" w:rsidTr="006D19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5" w:type="dxa"/>
            <w:vAlign w:val="center"/>
          </w:tcPr>
          <w:p w14:paraId="40E7F428" w14:textId="22010D6B" w:rsidR="00D336FE" w:rsidRDefault="00D336FE" w:rsidP="006D1965">
            <w:pPr>
              <w:spacing w:line="240" w:lineRule="auto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14</w:t>
            </w:r>
          </w:p>
        </w:tc>
        <w:tc>
          <w:tcPr>
            <w:tcW w:w="1825" w:type="dxa"/>
            <w:vAlign w:val="center"/>
          </w:tcPr>
          <w:p w14:paraId="1D8E6718" w14:textId="23B58D1E" w:rsidR="00D336FE" w:rsidRDefault="00D336FE" w:rsidP="006D196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</w:rPr>
            </w:pPr>
            <w:proofErr w:type="spellStart"/>
            <w:r>
              <w:rPr>
                <w:sz w:val="22"/>
                <w:szCs w:val="24"/>
              </w:rPr>
              <w:t>Minggu</w:t>
            </w:r>
            <w:proofErr w:type="spellEnd"/>
            <w:r>
              <w:rPr>
                <w:sz w:val="22"/>
                <w:szCs w:val="24"/>
              </w:rPr>
              <w:t xml:space="preserve"> ke-14</w:t>
            </w:r>
          </w:p>
        </w:tc>
        <w:tc>
          <w:tcPr>
            <w:tcW w:w="1409" w:type="dxa"/>
            <w:vAlign w:val="center"/>
          </w:tcPr>
          <w:p w14:paraId="7B15BEE9" w14:textId="5CBEEDB0" w:rsidR="00D336FE" w:rsidRDefault="00D336FE" w:rsidP="006D196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15/06/2026</w:t>
            </w:r>
          </w:p>
        </w:tc>
        <w:tc>
          <w:tcPr>
            <w:tcW w:w="3001" w:type="dxa"/>
          </w:tcPr>
          <w:p w14:paraId="0C49DD85" w14:textId="23B15E9E" w:rsidR="00D336FE" w:rsidRDefault="00D336FE" w:rsidP="00CE0FFB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</w:rPr>
            </w:pPr>
            <w:proofErr w:type="spellStart"/>
            <w:r>
              <w:rPr>
                <w:sz w:val="22"/>
                <w:szCs w:val="24"/>
              </w:rPr>
              <w:t>Melakukan</w:t>
            </w:r>
            <w:proofErr w:type="spellEnd"/>
            <w:r>
              <w:rPr>
                <w:sz w:val="22"/>
                <w:szCs w:val="24"/>
              </w:rPr>
              <w:t xml:space="preserve"> </w:t>
            </w:r>
            <w:proofErr w:type="spellStart"/>
            <w:r>
              <w:rPr>
                <w:sz w:val="22"/>
                <w:szCs w:val="24"/>
              </w:rPr>
              <w:t>kegiatan</w:t>
            </w:r>
            <w:proofErr w:type="spellEnd"/>
            <w:r>
              <w:rPr>
                <w:sz w:val="22"/>
                <w:szCs w:val="24"/>
              </w:rPr>
              <w:t xml:space="preserve"> </w:t>
            </w:r>
            <w:proofErr w:type="spellStart"/>
            <w:r>
              <w:rPr>
                <w:sz w:val="22"/>
                <w:szCs w:val="24"/>
              </w:rPr>
              <w:t>rancang</w:t>
            </w:r>
            <w:proofErr w:type="spellEnd"/>
            <w:r>
              <w:rPr>
                <w:sz w:val="22"/>
                <w:szCs w:val="24"/>
              </w:rPr>
              <w:t xml:space="preserve"> </w:t>
            </w:r>
            <w:proofErr w:type="spellStart"/>
            <w:r>
              <w:rPr>
                <w:sz w:val="22"/>
                <w:szCs w:val="24"/>
              </w:rPr>
              <w:t>bangun</w:t>
            </w:r>
            <w:proofErr w:type="spellEnd"/>
            <w:r>
              <w:rPr>
                <w:sz w:val="22"/>
                <w:szCs w:val="24"/>
              </w:rPr>
              <w:t xml:space="preserve"> project</w:t>
            </w:r>
          </w:p>
        </w:tc>
      </w:tr>
      <w:tr w:rsidR="00D336FE" w14:paraId="3C1E0E73" w14:textId="77777777" w:rsidTr="006D19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5" w:type="dxa"/>
            <w:vAlign w:val="center"/>
          </w:tcPr>
          <w:p w14:paraId="4C9FBCBA" w14:textId="408CB02D" w:rsidR="00D336FE" w:rsidRDefault="00D336FE" w:rsidP="006D1965">
            <w:pPr>
              <w:spacing w:line="240" w:lineRule="auto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15</w:t>
            </w:r>
          </w:p>
        </w:tc>
        <w:tc>
          <w:tcPr>
            <w:tcW w:w="1825" w:type="dxa"/>
            <w:vAlign w:val="center"/>
          </w:tcPr>
          <w:p w14:paraId="27180556" w14:textId="12BC8BEA" w:rsidR="00D336FE" w:rsidRDefault="00D336FE" w:rsidP="006D196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</w:rPr>
            </w:pPr>
            <w:proofErr w:type="spellStart"/>
            <w:r>
              <w:rPr>
                <w:sz w:val="22"/>
                <w:szCs w:val="24"/>
              </w:rPr>
              <w:t>Minggu</w:t>
            </w:r>
            <w:proofErr w:type="spellEnd"/>
            <w:r>
              <w:rPr>
                <w:sz w:val="22"/>
                <w:szCs w:val="24"/>
              </w:rPr>
              <w:t xml:space="preserve"> ke-15</w:t>
            </w:r>
          </w:p>
        </w:tc>
        <w:tc>
          <w:tcPr>
            <w:tcW w:w="1409" w:type="dxa"/>
            <w:vAlign w:val="center"/>
          </w:tcPr>
          <w:p w14:paraId="5F917EF2" w14:textId="5809B050" w:rsidR="00D336FE" w:rsidRDefault="00D336FE" w:rsidP="006D196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22/06/2026</w:t>
            </w:r>
          </w:p>
        </w:tc>
        <w:tc>
          <w:tcPr>
            <w:tcW w:w="3001" w:type="dxa"/>
          </w:tcPr>
          <w:p w14:paraId="6BBFE76C" w14:textId="78AF02AE" w:rsidR="00D336FE" w:rsidRDefault="00D336FE" w:rsidP="00CE0FFB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</w:rPr>
            </w:pPr>
            <w:proofErr w:type="spellStart"/>
            <w:r>
              <w:rPr>
                <w:sz w:val="22"/>
                <w:szCs w:val="24"/>
              </w:rPr>
              <w:t>Melakukan</w:t>
            </w:r>
            <w:proofErr w:type="spellEnd"/>
            <w:r>
              <w:rPr>
                <w:sz w:val="22"/>
                <w:szCs w:val="24"/>
              </w:rPr>
              <w:t xml:space="preserve"> </w:t>
            </w:r>
            <w:proofErr w:type="spellStart"/>
            <w:r>
              <w:rPr>
                <w:sz w:val="22"/>
                <w:szCs w:val="24"/>
              </w:rPr>
              <w:t>kegiatan</w:t>
            </w:r>
            <w:proofErr w:type="spellEnd"/>
            <w:r>
              <w:rPr>
                <w:sz w:val="22"/>
                <w:szCs w:val="24"/>
              </w:rPr>
              <w:t xml:space="preserve"> </w:t>
            </w:r>
            <w:proofErr w:type="spellStart"/>
            <w:r>
              <w:rPr>
                <w:sz w:val="22"/>
                <w:szCs w:val="24"/>
              </w:rPr>
              <w:t>rancang</w:t>
            </w:r>
            <w:proofErr w:type="spellEnd"/>
            <w:r>
              <w:rPr>
                <w:sz w:val="22"/>
                <w:szCs w:val="24"/>
              </w:rPr>
              <w:t xml:space="preserve"> </w:t>
            </w:r>
            <w:proofErr w:type="spellStart"/>
            <w:r>
              <w:rPr>
                <w:sz w:val="22"/>
                <w:szCs w:val="24"/>
              </w:rPr>
              <w:t>bangun</w:t>
            </w:r>
            <w:proofErr w:type="spellEnd"/>
            <w:r>
              <w:rPr>
                <w:sz w:val="22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sz w:val="22"/>
                <w:szCs w:val="24"/>
              </w:rPr>
              <w:t>project,dan</w:t>
            </w:r>
            <w:proofErr w:type="spellEnd"/>
            <w:proofErr w:type="gramEnd"/>
            <w:r>
              <w:rPr>
                <w:sz w:val="22"/>
                <w:szCs w:val="24"/>
              </w:rPr>
              <w:t xml:space="preserve"> </w:t>
            </w:r>
            <w:proofErr w:type="spellStart"/>
            <w:r>
              <w:rPr>
                <w:sz w:val="22"/>
                <w:szCs w:val="24"/>
              </w:rPr>
              <w:t>berhasil</w:t>
            </w:r>
            <w:proofErr w:type="spellEnd"/>
            <w:r>
              <w:rPr>
                <w:sz w:val="22"/>
                <w:szCs w:val="24"/>
              </w:rPr>
              <w:t xml:space="preserve"> </w:t>
            </w:r>
          </w:p>
        </w:tc>
      </w:tr>
      <w:tr w:rsidR="006B7F5B" w14:paraId="545585D9" w14:textId="77777777" w:rsidTr="006B7F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5" w:type="dxa"/>
            <w:vAlign w:val="center"/>
          </w:tcPr>
          <w:p w14:paraId="373DF479" w14:textId="1D362801" w:rsidR="006B7F5B" w:rsidRDefault="006B7F5B" w:rsidP="006D1965">
            <w:pPr>
              <w:spacing w:line="240" w:lineRule="auto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16</w:t>
            </w:r>
          </w:p>
        </w:tc>
        <w:tc>
          <w:tcPr>
            <w:tcW w:w="1825" w:type="dxa"/>
            <w:vAlign w:val="center"/>
          </w:tcPr>
          <w:p w14:paraId="5ED88665" w14:textId="5C1C7D43" w:rsidR="006B7F5B" w:rsidRDefault="006B7F5B" w:rsidP="006B7F5B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</w:rPr>
            </w:pPr>
            <w:proofErr w:type="spellStart"/>
            <w:r>
              <w:rPr>
                <w:sz w:val="22"/>
                <w:szCs w:val="24"/>
              </w:rPr>
              <w:t>Minggu</w:t>
            </w:r>
            <w:proofErr w:type="spellEnd"/>
            <w:r>
              <w:rPr>
                <w:sz w:val="22"/>
                <w:szCs w:val="24"/>
              </w:rPr>
              <w:t xml:space="preserve"> ke-16</w:t>
            </w:r>
          </w:p>
        </w:tc>
        <w:tc>
          <w:tcPr>
            <w:tcW w:w="1409" w:type="dxa"/>
            <w:vAlign w:val="center"/>
          </w:tcPr>
          <w:p w14:paraId="33A8B2A0" w14:textId="242669DD" w:rsidR="006B7F5B" w:rsidRDefault="006B7F5B" w:rsidP="006B7F5B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29/06/2026 – 02/07/2026</w:t>
            </w:r>
          </w:p>
        </w:tc>
        <w:tc>
          <w:tcPr>
            <w:tcW w:w="3001" w:type="dxa"/>
            <w:vAlign w:val="center"/>
          </w:tcPr>
          <w:p w14:paraId="69D9671C" w14:textId="05E46D3D" w:rsidR="006B7F5B" w:rsidRDefault="006B7F5B" w:rsidP="006B7F5B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</w:rPr>
            </w:pPr>
            <w:proofErr w:type="spellStart"/>
            <w:r>
              <w:rPr>
                <w:sz w:val="22"/>
                <w:szCs w:val="24"/>
              </w:rPr>
              <w:t>M</w:t>
            </w:r>
            <w:r w:rsidRPr="006B7F5B">
              <w:rPr>
                <w:sz w:val="22"/>
                <w:szCs w:val="24"/>
              </w:rPr>
              <w:t>elakukan</w:t>
            </w:r>
            <w:proofErr w:type="spellEnd"/>
            <w:r w:rsidRPr="006B7F5B">
              <w:rPr>
                <w:sz w:val="22"/>
                <w:szCs w:val="24"/>
              </w:rPr>
              <w:t xml:space="preserve"> uji </w:t>
            </w:r>
            <w:proofErr w:type="spellStart"/>
            <w:r w:rsidRPr="006B7F5B">
              <w:rPr>
                <w:sz w:val="22"/>
                <w:szCs w:val="24"/>
              </w:rPr>
              <w:t>tes</w:t>
            </w:r>
            <w:proofErr w:type="spellEnd"/>
            <w:r w:rsidRPr="006B7F5B">
              <w:rPr>
                <w:sz w:val="22"/>
                <w:szCs w:val="24"/>
              </w:rPr>
              <w:t xml:space="preserve"> </w:t>
            </w:r>
            <w:proofErr w:type="spellStart"/>
            <w:proofErr w:type="gramStart"/>
            <w:r w:rsidRPr="006B7F5B">
              <w:rPr>
                <w:sz w:val="22"/>
                <w:szCs w:val="24"/>
              </w:rPr>
              <w:t>alat,karena</w:t>
            </w:r>
            <w:proofErr w:type="spellEnd"/>
            <w:proofErr w:type="gramEnd"/>
            <w:r w:rsidRPr="006B7F5B">
              <w:rPr>
                <w:sz w:val="22"/>
                <w:szCs w:val="24"/>
              </w:rPr>
              <w:t xml:space="preserve"> </w:t>
            </w:r>
            <w:proofErr w:type="spellStart"/>
            <w:r w:rsidRPr="006B7F5B">
              <w:rPr>
                <w:sz w:val="22"/>
                <w:szCs w:val="24"/>
              </w:rPr>
              <w:t>sebelumnya</w:t>
            </w:r>
            <w:proofErr w:type="spellEnd"/>
            <w:r w:rsidRPr="006B7F5B">
              <w:rPr>
                <w:sz w:val="22"/>
                <w:szCs w:val="24"/>
              </w:rPr>
              <w:t xml:space="preserve"> </w:t>
            </w:r>
            <w:proofErr w:type="spellStart"/>
            <w:r w:rsidRPr="006B7F5B">
              <w:rPr>
                <w:sz w:val="22"/>
                <w:szCs w:val="24"/>
              </w:rPr>
              <w:t>terjadi</w:t>
            </w:r>
            <w:proofErr w:type="spellEnd"/>
            <w:r w:rsidRPr="006B7F5B">
              <w:rPr>
                <w:sz w:val="22"/>
                <w:szCs w:val="24"/>
              </w:rPr>
              <w:t xml:space="preserve"> </w:t>
            </w:r>
            <w:proofErr w:type="spellStart"/>
            <w:r w:rsidRPr="006B7F5B">
              <w:rPr>
                <w:sz w:val="22"/>
                <w:szCs w:val="24"/>
              </w:rPr>
              <w:t>eror</w:t>
            </w:r>
            <w:proofErr w:type="spellEnd"/>
            <w:r w:rsidRPr="006B7F5B">
              <w:rPr>
                <w:sz w:val="22"/>
                <w:szCs w:val="24"/>
              </w:rPr>
              <w:t>.</w:t>
            </w:r>
          </w:p>
        </w:tc>
      </w:tr>
      <w:tr w:rsidR="006B7F5B" w14:paraId="48498026" w14:textId="77777777" w:rsidTr="006B7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5" w:type="dxa"/>
            <w:vAlign w:val="center"/>
          </w:tcPr>
          <w:p w14:paraId="6FFCA627" w14:textId="1DA79DEA" w:rsidR="006B7F5B" w:rsidRDefault="006B7F5B" w:rsidP="006B7F5B">
            <w:pPr>
              <w:spacing w:line="240" w:lineRule="auto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17</w:t>
            </w:r>
          </w:p>
        </w:tc>
        <w:tc>
          <w:tcPr>
            <w:tcW w:w="1825" w:type="dxa"/>
            <w:vAlign w:val="center"/>
          </w:tcPr>
          <w:p w14:paraId="4A7F1B95" w14:textId="42867444" w:rsidR="006B7F5B" w:rsidRDefault="006B7F5B" w:rsidP="006B7F5B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</w:rPr>
            </w:pPr>
            <w:proofErr w:type="spellStart"/>
            <w:r>
              <w:rPr>
                <w:sz w:val="22"/>
                <w:szCs w:val="24"/>
              </w:rPr>
              <w:t>Minggu</w:t>
            </w:r>
            <w:proofErr w:type="spellEnd"/>
            <w:r>
              <w:rPr>
                <w:sz w:val="22"/>
                <w:szCs w:val="24"/>
              </w:rPr>
              <w:t xml:space="preserve"> ke-17</w:t>
            </w:r>
          </w:p>
        </w:tc>
        <w:tc>
          <w:tcPr>
            <w:tcW w:w="1409" w:type="dxa"/>
            <w:vAlign w:val="center"/>
          </w:tcPr>
          <w:p w14:paraId="0951EEE3" w14:textId="5C414BC8" w:rsidR="006B7F5B" w:rsidRDefault="006B7F5B" w:rsidP="006B7F5B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06/07/2026 – 09/07/2026</w:t>
            </w:r>
          </w:p>
        </w:tc>
        <w:tc>
          <w:tcPr>
            <w:tcW w:w="3001" w:type="dxa"/>
            <w:vAlign w:val="center"/>
          </w:tcPr>
          <w:p w14:paraId="27462015" w14:textId="4138C116" w:rsidR="006B7F5B" w:rsidRDefault="006B7F5B" w:rsidP="006B7F5B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 xml:space="preserve">Karena </w:t>
            </w:r>
            <w:proofErr w:type="spellStart"/>
            <w:r>
              <w:rPr>
                <w:sz w:val="22"/>
                <w:szCs w:val="24"/>
              </w:rPr>
              <w:t>alat</w:t>
            </w:r>
            <w:proofErr w:type="spellEnd"/>
            <w:r>
              <w:rPr>
                <w:sz w:val="22"/>
                <w:szCs w:val="24"/>
              </w:rPr>
              <w:t xml:space="preserve"> project </w:t>
            </w:r>
            <w:proofErr w:type="spellStart"/>
            <w:r>
              <w:rPr>
                <w:sz w:val="22"/>
                <w:szCs w:val="24"/>
              </w:rPr>
              <w:t>rusak</w:t>
            </w:r>
            <w:proofErr w:type="spellEnd"/>
            <w:r>
              <w:rPr>
                <w:sz w:val="22"/>
                <w:szCs w:val="24"/>
              </w:rPr>
              <w:t xml:space="preserve">, </w:t>
            </w:r>
            <w:proofErr w:type="spellStart"/>
            <w:r>
              <w:rPr>
                <w:sz w:val="22"/>
                <w:szCs w:val="24"/>
              </w:rPr>
              <w:t>maka</w:t>
            </w:r>
            <w:proofErr w:type="spellEnd"/>
            <w:r>
              <w:rPr>
                <w:sz w:val="22"/>
                <w:szCs w:val="24"/>
              </w:rPr>
              <w:t xml:space="preserve"> </w:t>
            </w:r>
            <w:proofErr w:type="spellStart"/>
            <w:r>
              <w:rPr>
                <w:sz w:val="22"/>
                <w:szCs w:val="24"/>
              </w:rPr>
              <w:t>menggunakan</w:t>
            </w:r>
            <w:proofErr w:type="spellEnd"/>
            <w:r>
              <w:rPr>
                <w:sz w:val="22"/>
                <w:szCs w:val="24"/>
              </w:rPr>
              <w:t xml:space="preserve"> </w:t>
            </w:r>
            <w:proofErr w:type="spellStart"/>
            <w:r>
              <w:rPr>
                <w:sz w:val="22"/>
                <w:szCs w:val="24"/>
              </w:rPr>
              <w:t>alat</w:t>
            </w:r>
            <w:proofErr w:type="spellEnd"/>
            <w:r>
              <w:rPr>
                <w:sz w:val="22"/>
                <w:szCs w:val="24"/>
              </w:rPr>
              <w:t xml:space="preserve"> </w:t>
            </w:r>
            <w:proofErr w:type="spellStart"/>
            <w:r>
              <w:rPr>
                <w:sz w:val="22"/>
                <w:szCs w:val="24"/>
              </w:rPr>
              <w:t>baru</w:t>
            </w:r>
            <w:proofErr w:type="spellEnd"/>
            <w:r>
              <w:rPr>
                <w:sz w:val="22"/>
                <w:szCs w:val="24"/>
              </w:rPr>
              <w:t xml:space="preserve"> dan </w:t>
            </w:r>
            <w:proofErr w:type="spellStart"/>
            <w:r>
              <w:rPr>
                <w:sz w:val="22"/>
                <w:szCs w:val="24"/>
              </w:rPr>
              <w:t>melakikan</w:t>
            </w:r>
            <w:proofErr w:type="spellEnd"/>
            <w:r>
              <w:rPr>
                <w:sz w:val="22"/>
                <w:szCs w:val="24"/>
              </w:rPr>
              <w:t xml:space="preserve"> uji </w:t>
            </w:r>
            <w:proofErr w:type="spellStart"/>
            <w:r>
              <w:rPr>
                <w:sz w:val="22"/>
                <w:szCs w:val="24"/>
              </w:rPr>
              <w:t>ulang</w:t>
            </w:r>
            <w:proofErr w:type="spellEnd"/>
            <w:r>
              <w:rPr>
                <w:sz w:val="22"/>
                <w:szCs w:val="24"/>
              </w:rPr>
              <w:t xml:space="preserve"> yang </w:t>
            </w:r>
            <w:proofErr w:type="spellStart"/>
            <w:r>
              <w:rPr>
                <w:sz w:val="22"/>
                <w:szCs w:val="24"/>
              </w:rPr>
              <w:t>hasilnya</w:t>
            </w:r>
            <w:proofErr w:type="spellEnd"/>
            <w:r>
              <w:rPr>
                <w:sz w:val="22"/>
                <w:szCs w:val="24"/>
              </w:rPr>
              <w:t xml:space="preserve"> </w:t>
            </w:r>
            <w:proofErr w:type="spellStart"/>
            <w:r>
              <w:rPr>
                <w:sz w:val="22"/>
                <w:szCs w:val="24"/>
              </w:rPr>
              <w:t>ada</w:t>
            </w:r>
            <w:proofErr w:type="spellEnd"/>
            <w:r>
              <w:rPr>
                <w:sz w:val="22"/>
                <w:szCs w:val="24"/>
              </w:rPr>
              <w:t xml:space="preserve"> </w:t>
            </w:r>
            <w:proofErr w:type="spellStart"/>
            <w:r>
              <w:rPr>
                <w:sz w:val="22"/>
                <w:szCs w:val="24"/>
              </w:rPr>
              <w:t>kerusakan</w:t>
            </w:r>
            <w:proofErr w:type="spellEnd"/>
            <w:r>
              <w:rPr>
                <w:sz w:val="22"/>
                <w:szCs w:val="24"/>
              </w:rPr>
              <w:t xml:space="preserve"> </w:t>
            </w:r>
            <w:r w:rsidRPr="006B7F5B">
              <w:rPr>
                <w:sz w:val="22"/>
                <w:szCs w:val="24"/>
              </w:rPr>
              <w:t xml:space="preserve">di </w:t>
            </w:r>
            <w:proofErr w:type="spellStart"/>
            <w:r w:rsidRPr="006B7F5B">
              <w:rPr>
                <w:sz w:val="22"/>
                <w:szCs w:val="24"/>
              </w:rPr>
              <w:t>bagian</w:t>
            </w:r>
            <w:proofErr w:type="spellEnd"/>
            <w:r w:rsidRPr="006B7F5B">
              <w:rPr>
                <w:sz w:val="22"/>
                <w:szCs w:val="24"/>
              </w:rPr>
              <w:t xml:space="preserve"> </w:t>
            </w:r>
            <w:proofErr w:type="spellStart"/>
            <w:r w:rsidRPr="006B7F5B">
              <w:rPr>
                <w:sz w:val="22"/>
                <w:szCs w:val="24"/>
              </w:rPr>
              <w:t>arduino</w:t>
            </w:r>
            <w:proofErr w:type="spellEnd"/>
          </w:p>
        </w:tc>
      </w:tr>
      <w:tr w:rsidR="006B7F5B" w14:paraId="7F377847" w14:textId="77777777" w:rsidTr="006B7F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5" w:type="dxa"/>
            <w:vAlign w:val="center"/>
          </w:tcPr>
          <w:p w14:paraId="46C60653" w14:textId="3D541CE0" w:rsidR="006B7F5B" w:rsidRDefault="006B7F5B" w:rsidP="006B7F5B">
            <w:pPr>
              <w:spacing w:line="240" w:lineRule="auto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18</w:t>
            </w:r>
          </w:p>
        </w:tc>
        <w:tc>
          <w:tcPr>
            <w:tcW w:w="1825" w:type="dxa"/>
            <w:vAlign w:val="center"/>
          </w:tcPr>
          <w:p w14:paraId="35ED73CC" w14:textId="777C135F" w:rsidR="006B7F5B" w:rsidRDefault="006B7F5B" w:rsidP="006B7F5B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</w:rPr>
            </w:pPr>
            <w:proofErr w:type="spellStart"/>
            <w:r>
              <w:rPr>
                <w:sz w:val="22"/>
                <w:szCs w:val="24"/>
              </w:rPr>
              <w:t>Minggu</w:t>
            </w:r>
            <w:proofErr w:type="spellEnd"/>
            <w:r>
              <w:rPr>
                <w:sz w:val="22"/>
                <w:szCs w:val="24"/>
              </w:rPr>
              <w:t xml:space="preserve"> ke-18</w:t>
            </w:r>
          </w:p>
        </w:tc>
        <w:tc>
          <w:tcPr>
            <w:tcW w:w="1409" w:type="dxa"/>
            <w:vAlign w:val="center"/>
          </w:tcPr>
          <w:p w14:paraId="7180242F" w14:textId="0008F2F4" w:rsidR="006B7F5B" w:rsidRDefault="006B7F5B" w:rsidP="006B7F5B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13/07/2026 – 16/07/2026</w:t>
            </w:r>
          </w:p>
        </w:tc>
        <w:tc>
          <w:tcPr>
            <w:tcW w:w="3001" w:type="dxa"/>
            <w:vAlign w:val="center"/>
          </w:tcPr>
          <w:p w14:paraId="5BF91F6D" w14:textId="1D747DAB" w:rsidR="006B7F5B" w:rsidRDefault="006B7F5B" w:rsidP="006B7F5B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</w:rPr>
            </w:pPr>
            <w:proofErr w:type="spellStart"/>
            <w:r>
              <w:rPr>
                <w:sz w:val="22"/>
                <w:szCs w:val="24"/>
              </w:rPr>
              <w:t>Melakukan</w:t>
            </w:r>
            <w:proofErr w:type="spellEnd"/>
            <w:r>
              <w:rPr>
                <w:sz w:val="22"/>
                <w:szCs w:val="24"/>
              </w:rPr>
              <w:t xml:space="preserve"> </w:t>
            </w:r>
            <w:proofErr w:type="spellStart"/>
            <w:r>
              <w:rPr>
                <w:sz w:val="22"/>
                <w:szCs w:val="24"/>
              </w:rPr>
              <w:t>pembuatan</w:t>
            </w:r>
            <w:proofErr w:type="spellEnd"/>
            <w:r>
              <w:rPr>
                <w:sz w:val="22"/>
                <w:szCs w:val="24"/>
              </w:rPr>
              <w:t xml:space="preserve"> web agar </w:t>
            </w:r>
            <w:proofErr w:type="spellStart"/>
            <w:r>
              <w:rPr>
                <w:sz w:val="22"/>
                <w:szCs w:val="24"/>
              </w:rPr>
              <w:t>dapat</w:t>
            </w:r>
            <w:proofErr w:type="spellEnd"/>
            <w:r>
              <w:rPr>
                <w:sz w:val="22"/>
                <w:szCs w:val="24"/>
              </w:rPr>
              <w:t xml:space="preserve"> </w:t>
            </w:r>
            <w:proofErr w:type="spellStart"/>
            <w:r>
              <w:rPr>
                <w:sz w:val="22"/>
                <w:szCs w:val="24"/>
              </w:rPr>
              <w:t>mengontrol</w:t>
            </w:r>
            <w:proofErr w:type="spellEnd"/>
            <w:r>
              <w:rPr>
                <w:sz w:val="22"/>
                <w:szCs w:val="24"/>
              </w:rPr>
              <w:t xml:space="preserve"> </w:t>
            </w:r>
            <w:proofErr w:type="spellStart"/>
            <w:r>
              <w:rPr>
                <w:sz w:val="22"/>
                <w:szCs w:val="24"/>
              </w:rPr>
              <w:t>alatnya</w:t>
            </w:r>
            <w:proofErr w:type="spellEnd"/>
          </w:p>
        </w:tc>
      </w:tr>
      <w:tr w:rsidR="006B7F5B" w14:paraId="23038966" w14:textId="77777777" w:rsidTr="006B7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5" w:type="dxa"/>
            <w:vAlign w:val="center"/>
          </w:tcPr>
          <w:p w14:paraId="0E0E3A46" w14:textId="0062037D" w:rsidR="006B7F5B" w:rsidRDefault="006B7F5B" w:rsidP="006B7F5B">
            <w:pPr>
              <w:spacing w:line="240" w:lineRule="auto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19</w:t>
            </w:r>
          </w:p>
        </w:tc>
        <w:tc>
          <w:tcPr>
            <w:tcW w:w="1825" w:type="dxa"/>
            <w:vAlign w:val="center"/>
          </w:tcPr>
          <w:p w14:paraId="52DE5A48" w14:textId="4C765ACD" w:rsidR="006B7F5B" w:rsidRDefault="006B7F5B" w:rsidP="006B7F5B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</w:rPr>
            </w:pPr>
            <w:proofErr w:type="spellStart"/>
            <w:r>
              <w:rPr>
                <w:sz w:val="22"/>
                <w:szCs w:val="24"/>
              </w:rPr>
              <w:t>Minggu</w:t>
            </w:r>
            <w:proofErr w:type="spellEnd"/>
            <w:r>
              <w:rPr>
                <w:sz w:val="22"/>
                <w:szCs w:val="24"/>
              </w:rPr>
              <w:t xml:space="preserve"> ke-19</w:t>
            </w:r>
          </w:p>
        </w:tc>
        <w:tc>
          <w:tcPr>
            <w:tcW w:w="1409" w:type="dxa"/>
            <w:vAlign w:val="center"/>
          </w:tcPr>
          <w:p w14:paraId="373A679B" w14:textId="5DB373D2" w:rsidR="006B7F5B" w:rsidRDefault="006B7F5B" w:rsidP="006B7F5B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20/07/2026</w:t>
            </w:r>
          </w:p>
        </w:tc>
        <w:tc>
          <w:tcPr>
            <w:tcW w:w="3001" w:type="dxa"/>
            <w:vAlign w:val="center"/>
          </w:tcPr>
          <w:p w14:paraId="56A56AEA" w14:textId="693E8A15" w:rsidR="006B7F5B" w:rsidRDefault="00B84C1F" w:rsidP="006B7F5B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</w:rPr>
            </w:pPr>
            <w:proofErr w:type="spellStart"/>
            <w:r>
              <w:rPr>
                <w:sz w:val="22"/>
                <w:szCs w:val="24"/>
              </w:rPr>
              <w:t>Melakukan</w:t>
            </w:r>
            <w:proofErr w:type="spellEnd"/>
            <w:r>
              <w:rPr>
                <w:sz w:val="22"/>
                <w:szCs w:val="24"/>
              </w:rPr>
              <w:t xml:space="preserve"> uji </w:t>
            </w:r>
            <w:proofErr w:type="spellStart"/>
            <w:r>
              <w:rPr>
                <w:sz w:val="22"/>
                <w:szCs w:val="24"/>
              </w:rPr>
              <w:t>coba</w:t>
            </w:r>
            <w:proofErr w:type="spellEnd"/>
            <w:r>
              <w:rPr>
                <w:sz w:val="22"/>
                <w:szCs w:val="24"/>
              </w:rPr>
              <w:t xml:space="preserve"> </w:t>
            </w:r>
            <w:proofErr w:type="spellStart"/>
            <w:r>
              <w:rPr>
                <w:sz w:val="22"/>
                <w:szCs w:val="24"/>
              </w:rPr>
              <w:t>alat</w:t>
            </w:r>
            <w:proofErr w:type="spellEnd"/>
            <w:r>
              <w:rPr>
                <w:sz w:val="22"/>
                <w:szCs w:val="24"/>
              </w:rPr>
              <w:t xml:space="preserve"> dan </w:t>
            </w:r>
            <w:proofErr w:type="spellStart"/>
            <w:r>
              <w:rPr>
                <w:sz w:val="22"/>
                <w:szCs w:val="24"/>
              </w:rPr>
              <w:t>sinkronisasi</w:t>
            </w:r>
            <w:proofErr w:type="spellEnd"/>
            <w:r>
              <w:rPr>
                <w:sz w:val="22"/>
                <w:szCs w:val="24"/>
              </w:rPr>
              <w:t xml:space="preserve"> </w:t>
            </w:r>
            <w:proofErr w:type="spellStart"/>
            <w:r>
              <w:rPr>
                <w:sz w:val="22"/>
                <w:szCs w:val="24"/>
              </w:rPr>
              <w:t>dengan</w:t>
            </w:r>
            <w:proofErr w:type="spellEnd"/>
            <w:r>
              <w:rPr>
                <w:sz w:val="22"/>
                <w:szCs w:val="24"/>
              </w:rPr>
              <w:t xml:space="preserve"> web</w:t>
            </w:r>
          </w:p>
        </w:tc>
      </w:tr>
    </w:tbl>
    <w:p w14:paraId="67916234" w14:textId="77777777" w:rsidR="00B84C1F" w:rsidRDefault="00B84C1F" w:rsidP="00B84C1F">
      <w:pPr>
        <w:spacing w:line="240" w:lineRule="auto"/>
      </w:pPr>
    </w:p>
    <w:p w14:paraId="5D3619E2" w14:textId="656179FA" w:rsidR="00CE0FFB" w:rsidRDefault="00CE0FFB" w:rsidP="00B84C1F">
      <w:pPr>
        <w:spacing w:line="240" w:lineRule="auto"/>
        <w:ind w:firstLine="720"/>
      </w:pPr>
      <w:r w:rsidRPr="00CE0FFB">
        <w:t xml:space="preserve">Selain </w:t>
      </w:r>
      <w:proofErr w:type="spellStart"/>
      <w:r w:rsidRPr="00CE0FFB">
        <w:t>kegiatan</w:t>
      </w:r>
      <w:proofErr w:type="spellEnd"/>
      <w:r w:rsidRPr="00CE0FFB">
        <w:t xml:space="preserve"> </w:t>
      </w:r>
      <w:proofErr w:type="spellStart"/>
      <w:r w:rsidRPr="00CE0FFB">
        <w:t>liputan</w:t>
      </w:r>
      <w:proofErr w:type="spellEnd"/>
      <w:r w:rsidRPr="00CE0FFB">
        <w:t xml:space="preserve"> di </w:t>
      </w:r>
      <w:proofErr w:type="spellStart"/>
      <w:r w:rsidRPr="00CE0FFB">
        <w:t>atas</w:t>
      </w:r>
      <w:proofErr w:type="spellEnd"/>
      <w:r w:rsidRPr="00CE0FFB">
        <w:t xml:space="preserve">, pada </w:t>
      </w:r>
      <w:proofErr w:type="spellStart"/>
      <w:r w:rsidRPr="00CE0FFB">
        <w:t>tahap</w:t>
      </w:r>
      <w:proofErr w:type="spellEnd"/>
      <w:r w:rsidRPr="00CE0FFB">
        <w:t xml:space="preserve"> </w:t>
      </w:r>
      <w:proofErr w:type="spellStart"/>
      <w:r w:rsidRPr="00CE0FFB">
        <w:t>kedua</w:t>
      </w:r>
      <w:proofErr w:type="spellEnd"/>
      <w:r w:rsidRPr="00CE0FFB">
        <w:t xml:space="preserve"> </w:t>
      </w:r>
      <w:proofErr w:type="spellStart"/>
      <w:r w:rsidRPr="00CE0FFB">
        <w:t>penulis</w:t>
      </w:r>
      <w:proofErr w:type="spellEnd"/>
      <w:r w:rsidRPr="00CE0FFB">
        <w:t xml:space="preserve"> </w:t>
      </w:r>
      <w:proofErr w:type="spellStart"/>
      <w:r w:rsidRPr="00CE0FFB">
        <w:t>melaksanakan</w:t>
      </w:r>
      <w:proofErr w:type="spellEnd"/>
      <w:r w:rsidRPr="00CE0FFB">
        <w:t xml:space="preserve"> </w:t>
      </w:r>
      <w:proofErr w:type="spellStart"/>
      <w:r w:rsidRPr="00CE0FFB">
        <w:t>rancang</w:t>
      </w:r>
      <w:proofErr w:type="spellEnd"/>
      <w:r w:rsidRPr="00CE0FFB">
        <w:t xml:space="preserve"> </w:t>
      </w:r>
      <w:proofErr w:type="spellStart"/>
      <w:r w:rsidRPr="00CE0FFB">
        <w:t>bangun</w:t>
      </w:r>
      <w:proofErr w:type="spellEnd"/>
      <w:r w:rsidRPr="00CE0FFB">
        <w:t xml:space="preserve"> </w:t>
      </w:r>
      <w:proofErr w:type="spellStart"/>
      <w:r w:rsidRPr="00CE0FFB">
        <w:t>sistem</w:t>
      </w:r>
      <w:proofErr w:type="spellEnd"/>
      <w:r w:rsidRPr="00CE0FFB">
        <w:t xml:space="preserve"> </w:t>
      </w:r>
      <w:proofErr w:type="spellStart"/>
      <w:r w:rsidRPr="00CE0FFB">
        <w:t>akses</w:t>
      </w:r>
      <w:proofErr w:type="spellEnd"/>
      <w:r w:rsidRPr="00CE0FFB">
        <w:t xml:space="preserve"> </w:t>
      </w:r>
      <w:proofErr w:type="spellStart"/>
      <w:r w:rsidRPr="00CE0FFB">
        <w:t>ruangan</w:t>
      </w:r>
      <w:proofErr w:type="spellEnd"/>
      <w:r w:rsidRPr="00CE0FFB">
        <w:t xml:space="preserve"> </w:t>
      </w:r>
      <w:proofErr w:type="spellStart"/>
      <w:r w:rsidRPr="00CE0FFB">
        <w:t>berbasis</w:t>
      </w:r>
      <w:proofErr w:type="spellEnd"/>
      <w:r w:rsidRPr="00CE0FFB">
        <w:t xml:space="preserve"> RFID </w:t>
      </w:r>
      <w:proofErr w:type="spellStart"/>
      <w:r w:rsidRPr="00CE0FFB">
        <w:t>dengan</w:t>
      </w:r>
      <w:proofErr w:type="spellEnd"/>
      <w:r w:rsidRPr="00CE0FFB">
        <w:t xml:space="preserve"> solenoid door lock </w:t>
      </w:r>
      <w:proofErr w:type="spellStart"/>
      <w:r w:rsidRPr="00CE0FFB">
        <w:t>menggunakan</w:t>
      </w:r>
      <w:proofErr w:type="spellEnd"/>
      <w:r w:rsidRPr="00CE0FFB">
        <w:t xml:space="preserve"> Arduino Uno. </w:t>
      </w:r>
      <w:proofErr w:type="spellStart"/>
      <w:r w:rsidRPr="00CE0FFB">
        <w:t>Kegiatan</w:t>
      </w:r>
      <w:proofErr w:type="spellEnd"/>
      <w:r w:rsidRPr="00CE0FFB">
        <w:t xml:space="preserve"> </w:t>
      </w:r>
      <w:proofErr w:type="spellStart"/>
      <w:r w:rsidRPr="00CE0FFB">
        <w:t>ini</w:t>
      </w:r>
      <w:proofErr w:type="spellEnd"/>
      <w:r w:rsidRPr="00CE0FFB">
        <w:t xml:space="preserve"> </w:t>
      </w:r>
      <w:proofErr w:type="spellStart"/>
      <w:r w:rsidRPr="00CE0FFB">
        <w:t>meliputi</w:t>
      </w:r>
      <w:proofErr w:type="spellEnd"/>
      <w:r w:rsidRPr="00CE0FFB">
        <w:t xml:space="preserve"> </w:t>
      </w:r>
      <w:proofErr w:type="spellStart"/>
      <w:r w:rsidRPr="00CE0FFB">
        <w:t>perancangan</w:t>
      </w:r>
      <w:proofErr w:type="spellEnd"/>
      <w:r w:rsidRPr="00CE0FFB">
        <w:t xml:space="preserve"> </w:t>
      </w:r>
      <w:proofErr w:type="spellStart"/>
      <w:r w:rsidRPr="00CE0FFB">
        <w:t>skema</w:t>
      </w:r>
      <w:proofErr w:type="spellEnd"/>
      <w:r w:rsidRPr="00CE0FFB">
        <w:t xml:space="preserve"> </w:t>
      </w:r>
      <w:proofErr w:type="spellStart"/>
      <w:r w:rsidRPr="00CE0FFB">
        <w:t>rangkaian</w:t>
      </w:r>
      <w:proofErr w:type="spellEnd"/>
      <w:r w:rsidRPr="00CE0FFB">
        <w:t xml:space="preserve">, </w:t>
      </w:r>
      <w:proofErr w:type="spellStart"/>
      <w:r w:rsidRPr="00CE0FFB">
        <w:t>pemrograman</w:t>
      </w:r>
      <w:proofErr w:type="spellEnd"/>
      <w:r w:rsidRPr="00CE0FFB">
        <w:t xml:space="preserve"> </w:t>
      </w:r>
      <w:proofErr w:type="spellStart"/>
      <w:r w:rsidRPr="00CE0FFB">
        <w:t>mikrokontroler</w:t>
      </w:r>
      <w:proofErr w:type="spellEnd"/>
      <w:r w:rsidRPr="00CE0FFB">
        <w:t xml:space="preserve">, </w:t>
      </w:r>
      <w:proofErr w:type="spellStart"/>
      <w:r w:rsidRPr="00CE0FFB">
        <w:t>perakitan</w:t>
      </w:r>
      <w:proofErr w:type="spellEnd"/>
      <w:r w:rsidRPr="00CE0FFB">
        <w:t xml:space="preserve"> </w:t>
      </w:r>
      <w:proofErr w:type="spellStart"/>
      <w:r w:rsidRPr="00CE0FFB">
        <w:t>komponen</w:t>
      </w:r>
      <w:proofErr w:type="spellEnd"/>
      <w:r w:rsidRPr="00CE0FFB">
        <w:t xml:space="preserve">, </w:t>
      </w:r>
      <w:proofErr w:type="spellStart"/>
      <w:r w:rsidRPr="00CE0FFB">
        <w:t>pengujian</w:t>
      </w:r>
      <w:proofErr w:type="spellEnd"/>
      <w:r w:rsidRPr="00CE0FFB">
        <w:t xml:space="preserve"> </w:t>
      </w:r>
      <w:proofErr w:type="spellStart"/>
      <w:r w:rsidRPr="00CE0FFB">
        <w:t>fungsionalitas</w:t>
      </w:r>
      <w:proofErr w:type="spellEnd"/>
      <w:r w:rsidRPr="00CE0FFB">
        <w:t xml:space="preserve">, dan </w:t>
      </w:r>
      <w:proofErr w:type="spellStart"/>
      <w:r w:rsidRPr="00CE0FFB">
        <w:t>dokumentasi</w:t>
      </w:r>
      <w:proofErr w:type="spellEnd"/>
      <w:r w:rsidRPr="00CE0FFB">
        <w:t xml:space="preserve"> </w:t>
      </w:r>
      <w:proofErr w:type="spellStart"/>
      <w:r w:rsidRPr="00CE0FFB">
        <w:t>hasil</w:t>
      </w:r>
      <w:proofErr w:type="spellEnd"/>
      <w:r w:rsidRPr="00CE0FFB">
        <w:t>.</w:t>
      </w:r>
    </w:p>
    <w:p w14:paraId="126A48FA" w14:textId="77777777" w:rsidR="006512E0" w:rsidRDefault="00E246F0" w:rsidP="00CE0FFB">
      <w:pPr>
        <w:pStyle w:val="Heading2"/>
      </w:pPr>
      <w:bookmarkStart w:id="29" w:name="_Toc233318715"/>
      <w:r>
        <w:t xml:space="preserve">4.2 </w:t>
      </w:r>
      <w:proofErr w:type="spellStart"/>
      <w:r>
        <w:t>Permasalahan</w:t>
      </w:r>
      <w:proofErr w:type="spellEnd"/>
      <w:r>
        <w:t xml:space="preserve"> yang Ditemukan</w:t>
      </w:r>
      <w:bookmarkEnd w:id="29"/>
    </w:p>
    <w:p w14:paraId="0448DF8D" w14:textId="77777777" w:rsidR="00CE0FFB" w:rsidRDefault="00CE0FFB" w:rsidP="00CE0FFB">
      <w:pPr>
        <w:ind w:firstLine="567"/>
      </w:pPr>
      <w:proofErr w:type="spellStart"/>
      <w:r>
        <w:t>Selama</w:t>
      </w:r>
      <w:proofErr w:type="spellEnd"/>
      <w:r>
        <w:t xml:space="preserve"> </w:t>
      </w:r>
      <w:proofErr w:type="spellStart"/>
      <w:r>
        <w:t>pelaksanaan</w:t>
      </w:r>
      <w:proofErr w:type="spellEnd"/>
      <w:r>
        <w:t xml:space="preserve"> PKL/</w:t>
      </w:r>
      <w:proofErr w:type="spellStart"/>
      <w:r>
        <w:t>Magang</w:t>
      </w:r>
      <w:proofErr w:type="spellEnd"/>
      <w:r>
        <w:t xml:space="preserve">, </w:t>
      </w:r>
      <w:proofErr w:type="spellStart"/>
      <w:r>
        <w:t>ditemukan</w:t>
      </w:r>
      <w:proofErr w:type="spellEnd"/>
      <w:r>
        <w:t xml:space="preserve"> </w:t>
      </w:r>
      <w:proofErr w:type="spellStart"/>
      <w:r>
        <w:t>beberapa</w:t>
      </w:r>
      <w:proofErr w:type="spellEnd"/>
      <w:r>
        <w:t xml:space="preserve"> </w:t>
      </w:r>
      <w:proofErr w:type="spellStart"/>
      <w:r>
        <w:t>permasalahan</w:t>
      </w:r>
      <w:proofErr w:type="spellEnd"/>
      <w:r>
        <w:t xml:space="preserve"> yang </w:t>
      </w:r>
      <w:proofErr w:type="spellStart"/>
      <w:r>
        <w:t>terkait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keamanan</w:t>
      </w:r>
      <w:proofErr w:type="spellEnd"/>
      <w:r>
        <w:t xml:space="preserve"> </w:t>
      </w:r>
      <w:proofErr w:type="spellStart"/>
      <w:r>
        <w:t>akses</w:t>
      </w:r>
      <w:proofErr w:type="spellEnd"/>
      <w:r>
        <w:t xml:space="preserve"> </w:t>
      </w:r>
      <w:proofErr w:type="spellStart"/>
      <w:r>
        <w:t>ruangan</w:t>
      </w:r>
      <w:proofErr w:type="spellEnd"/>
      <w:r>
        <w:t xml:space="preserve"> di </w:t>
      </w:r>
      <w:proofErr w:type="spellStart"/>
      <w:r>
        <w:t>instansi</w:t>
      </w:r>
      <w:proofErr w:type="spellEnd"/>
      <w:r>
        <w:t xml:space="preserve">, </w:t>
      </w:r>
      <w:proofErr w:type="spellStart"/>
      <w:r>
        <w:t>yaitu</w:t>
      </w:r>
      <w:proofErr w:type="spellEnd"/>
      <w:r>
        <w:t>:</w:t>
      </w:r>
    </w:p>
    <w:p w14:paraId="7AB4C629" w14:textId="265FF19D" w:rsidR="00CE0FFB" w:rsidRDefault="00CE0FFB">
      <w:pPr>
        <w:pStyle w:val="ListParagraph"/>
        <w:numPr>
          <w:ilvl w:val="0"/>
          <w:numId w:val="12"/>
        </w:numPr>
      </w:pPr>
      <w:proofErr w:type="spellStart"/>
      <w:r>
        <w:lastRenderedPageBreak/>
        <w:t>Penggunaan</w:t>
      </w:r>
      <w:proofErr w:type="spellEnd"/>
      <w:r>
        <w:t xml:space="preserve"> </w:t>
      </w:r>
      <w:proofErr w:type="spellStart"/>
      <w:r>
        <w:t>kunci</w:t>
      </w:r>
      <w:proofErr w:type="spellEnd"/>
      <w:r>
        <w:t xml:space="preserve"> </w:t>
      </w:r>
      <w:proofErr w:type="spellStart"/>
      <w:r>
        <w:t>konvensional</w:t>
      </w:r>
      <w:proofErr w:type="spellEnd"/>
      <w:r>
        <w:t xml:space="preserve"> yang </w:t>
      </w:r>
      <w:proofErr w:type="spellStart"/>
      <w:r>
        <w:t>masih</w:t>
      </w:r>
      <w:proofErr w:type="spellEnd"/>
      <w:r>
        <w:t xml:space="preserve"> </w:t>
      </w:r>
      <w:proofErr w:type="spellStart"/>
      <w:r>
        <w:t>dominan</w:t>
      </w:r>
      <w:proofErr w:type="spellEnd"/>
      <w:r>
        <w:t xml:space="preserve">,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rentan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duplikasi</w:t>
      </w:r>
      <w:proofErr w:type="spellEnd"/>
      <w:r>
        <w:t xml:space="preserve"> </w:t>
      </w:r>
      <w:proofErr w:type="spellStart"/>
      <w:r>
        <w:t>kunci</w:t>
      </w:r>
      <w:proofErr w:type="spellEnd"/>
      <w:r>
        <w:t xml:space="preserve"> dan </w:t>
      </w:r>
      <w:proofErr w:type="spellStart"/>
      <w:r>
        <w:t>hilangnya</w:t>
      </w:r>
      <w:proofErr w:type="spellEnd"/>
      <w:r>
        <w:t xml:space="preserve"> </w:t>
      </w:r>
      <w:proofErr w:type="spellStart"/>
      <w:r>
        <w:t>kunci</w:t>
      </w:r>
      <w:proofErr w:type="spellEnd"/>
      <w:r>
        <w:t>.</w:t>
      </w:r>
    </w:p>
    <w:p w14:paraId="04231DF7" w14:textId="49C4E495" w:rsidR="00CE0FFB" w:rsidRDefault="00CE0FFB">
      <w:pPr>
        <w:pStyle w:val="ListParagraph"/>
        <w:numPr>
          <w:ilvl w:val="0"/>
          <w:numId w:val="12"/>
        </w:numPr>
      </w:pPr>
      <w:r>
        <w:t xml:space="preserve">Tidak </w:t>
      </w:r>
      <w:proofErr w:type="spellStart"/>
      <w:r>
        <w:t>adanya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pencatatan</w:t>
      </w:r>
      <w:proofErr w:type="spellEnd"/>
      <w:r>
        <w:t xml:space="preserve"> </w:t>
      </w:r>
      <w:proofErr w:type="spellStart"/>
      <w:r>
        <w:t>akses</w:t>
      </w:r>
      <w:proofErr w:type="spellEnd"/>
      <w:r>
        <w:t xml:space="preserve"> </w:t>
      </w:r>
      <w:proofErr w:type="spellStart"/>
      <w:r>
        <w:t>masuk</w:t>
      </w:r>
      <w:proofErr w:type="spellEnd"/>
      <w:r>
        <w:t xml:space="preserve"> dan </w:t>
      </w:r>
      <w:proofErr w:type="spellStart"/>
      <w:r>
        <w:t>keluar</w:t>
      </w:r>
      <w:proofErr w:type="spellEnd"/>
      <w:r>
        <w:t xml:space="preserve"> </w:t>
      </w:r>
      <w:proofErr w:type="spellStart"/>
      <w:r>
        <w:t>ruangan</w:t>
      </w:r>
      <w:proofErr w:type="spellEnd"/>
      <w:r>
        <w:t xml:space="preserve">,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sulit</w:t>
      </w:r>
      <w:proofErr w:type="spellEnd"/>
      <w:r>
        <w:t xml:space="preserve"> </w:t>
      </w:r>
      <w:proofErr w:type="spellStart"/>
      <w:r>
        <w:t>melacak</w:t>
      </w:r>
      <w:proofErr w:type="spellEnd"/>
      <w:r>
        <w:t xml:space="preserve"> </w:t>
      </w:r>
      <w:proofErr w:type="spellStart"/>
      <w:r>
        <w:t>siapa</w:t>
      </w:r>
      <w:proofErr w:type="spellEnd"/>
      <w:r>
        <w:t xml:space="preserve"> </w:t>
      </w:r>
      <w:proofErr w:type="spellStart"/>
      <w:r>
        <w:t>saja</w:t>
      </w:r>
      <w:proofErr w:type="spellEnd"/>
      <w:r>
        <w:t xml:space="preserve"> yang </w:t>
      </w:r>
      <w:proofErr w:type="spellStart"/>
      <w:r>
        <w:t>mengakses</w:t>
      </w:r>
      <w:proofErr w:type="spellEnd"/>
      <w:r>
        <w:t xml:space="preserve"> </w:t>
      </w:r>
      <w:proofErr w:type="spellStart"/>
      <w:r>
        <w:t>ruangan</w:t>
      </w:r>
      <w:proofErr w:type="spellEnd"/>
      <w:r>
        <w:t>.</w:t>
      </w:r>
    </w:p>
    <w:p w14:paraId="52414500" w14:textId="21820C16" w:rsidR="00CE0FFB" w:rsidRDefault="00CE0FFB">
      <w:pPr>
        <w:pStyle w:val="ListParagraph"/>
        <w:numPr>
          <w:ilvl w:val="0"/>
          <w:numId w:val="12"/>
        </w:numPr>
      </w:pPr>
      <w:r>
        <w:t xml:space="preserve">Akses </w:t>
      </w:r>
      <w:proofErr w:type="spellStart"/>
      <w:r>
        <w:t>ruangan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terkontrol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baik</w:t>
      </w:r>
      <w:proofErr w:type="spellEnd"/>
      <w:r>
        <w:t xml:space="preserve">, </w:t>
      </w:r>
      <w:proofErr w:type="spellStart"/>
      <w:r>
        <w:t>sehingga</w:t>
      </w:r>
      <w:proofErr w:type="spellEnd"/>
      <w:r>
        <w:t xml:space="preserve"> orang yang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berwenang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mudah</w:t>
      </w:r>
      <w:proofErr w:type="spellEnd"/>
      <w:r>
        <w:t xml:space="preserve"> </w:t>
      </w:r>
      <w:proofErr w:type="spellStart"/>
      <w:r>
        <w:t>masuk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ruangan</w:t>
      </w:r>
      <w:proofErr w:type="spellEnd"/>
      <w:r>
        <w:t xml:space="preserve"> </w:t>
      </w:r>
      <w:proofErr w:type="spellStart"/>
      <w:r>
        <w:t>tertentu</w:t>
      </w:r>
      <w:proofErr w:type="spellEnd"/>
      <w:r>
        <w:t>.</w:t>
      </w:r>
    </w:p>
    <w:p w14:paraId="2D00FAA6" w14:textId="1516674F" w:rsidR="00CE0FFB" w:rsidRDefault="00CE0FFB">
      <w:pPr>
        <w:pStyle w:val="ListParagraph"/>
        <w:numPr>
          <w:ilvl w:val="0"/>
          <w:numId w:val="12"/>
        </w:numPr>
      </w:pPr>
      <w:proofErr w:type="spellStart"/>
      <w:r>
        <w:t>Kurangnya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peringatan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alarm </w:t>
      </w:r>
      <w:proofErr w:type="spellStart"/>
      <w:r>
        <w:t>jika</w:t>
      </w:r>
      <w:proofErr w:type="spellEnd"/>
      <w:r>
        <w:t xml:space="preserve"> </w:t>
      </w:r>
      <w:proofErr w:type="spellStart"/>
      <w:r>
        <w:t>terjadi</w:t>
      </w:r>
      <w:proofErr w:type="spellEnd"/>
      <w:r>
        <w:t xml:space="preserve"> </w:t>
      </w:r>
      <w:proofErr w:type="spellStart"/>
      <w:r>
        <w:t>upaya</w:t>
      </w:r>
      <w:proofErr w:type="spellEnd"/>
      <w:r>
        <w:t xml:space="preserve"> </w:t>
      </w:r>
      <w:proofErr w:type="spellStart"/>
      <w:r>
        <w:t>akses</w:t>
      </w:r>
      <w:proofErr w:type="spellEnd"/>
      <w:r>
        <w:t xml:space="preserve"> yang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sah</w:t>
      </w:r>
      <w:proofErr w:type="spellEnd"/>
      <w:r>
        <w:t>.</w:t>
      </w:r>
    </w:p>
    <w:p w14:paraId="7AA32B22" w14:textId="2F6D1B5F" w:rsidR="009144C8" w:rsidRDefault="00CE0FFB" w:rsidP="00CE0FFB">
      <w:pPr>
        <w:ind w:firstLine="567"/>
      </w:pPr>
      <w:proofErr w:type="spellStart"/>
      <w:r>
        <w:t>Dampak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permasalahan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berpotensi</w:t>
      </w:r>
      <w:proofErr w:type="spellEnd"/>
      <w:r>
        <w:t xml:space="preserve"> </w:t>
      </w:r>
      <w:proofErr w:type="spellStart"/>
      <w:r>
        <w:t>menurunnya</w:t>
      </w:r>
      <w:proofErr w:type="spellEnd"/>
      <w:r>
        <w:t xml:space="preserve"> </w:t>
      </w:r>
      <w:proofErr w:type="spellStart"/>
      <w:r>
        <w:t>tingkat</w:t>
      </w:r>
      <w:proofErr w:type="spellEnd"/>
      <w:r>
        <w:t xml:space="preserve"> </w:t>
      </w:r>
      <w:proofErr w:type="spellStart"/>
      <w:r>
        <w:t>keamanan</w:t>
      </w:r>
      <w:proofErr w:type="spellEnd"/>
      <w:r>
        <w:t xml:space="preserve"> </w:t>
      </w:r>
      <w:proofErr w:type="spellStart"/>
      <w:r>
        <w:t>ruangan</w:t>
      </w:r>
      <w:proofErr w:type="spellEnd"/>
      <w:r>
        <w:t xml:space="preserve">, </w:t>
      </w:r>
      <w:proofErr w:type="spellStart"/>
      <w:r>
        <w:t>meningkatnya</w:t>
      </w:r>
      <w:proofErr w:type="spellEnd"/>
      <w:r>
        <w:t xml:space="preserve"> </w:t>
      </w:r>
      <w:proofErr w:type="spellStart"/>
      <w:r>
        <w:t>risiko</w:t>
      </w:r>
      <w:proofErr w:type="spellEnd"/>
      <w:r>
        <w:t xml:space="preserve"> </w:t>
      </w:r>
      <w:proofErr w:type="spellStart"/>
      <w:r>
        <w:t>pencurian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kerusakan</w:t>
      </w:r>
      <w:proofErr w:type="spellEnd"/>
      <w:r>
        <w:t xml:space="preserve"> </w:t>
      </w:r>
      <w:proofErr w:type="spellStart"/>
      <w:r>
        <w:t>aset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kurangnya</w:t>
      </w:r>
      <w:proofErr w:type="spellEnd"/>
      <w:r>
        <w:t xml:space="preserve"> </w:t>
      </w:r>
      <w:proofErr w:type="spellStart"/>
      <w:r>
        <w:t>akuntabilitas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siapa</w:t>
      </w:r>
      <w:proofErr w:type="spellEnd"/>
      <w:r>
        <w:t xml:space="preserve"> </w:t>
      </w:r>
      <w:proofErr w:type="spellStart"/>
      <w:r>
        <w:t>saja</w:t>
      </w:r>
      <w:proofErr w:type="spellEnd"/>
      <w:r>
        <w:t xml:space="preserve"> yang </w:t>
      </w:r>
      <w:proofErr w:type="spellStart"/>
      <w:r>
        <w:t>mengakses</w:t>
      </w:r>
      <w:proofErr w:type="spellEnd"/>
      <w:r>
        <w:t xml:space="preserve"> </w:t>
      </w:r>
      <w:proofErr w:type="spellStart"/>
      <w:r>
        <w:t>ruangan</w:t>
      </w:r>
      <w:proofErr w:type="spellEnd"/>
      <w:r>
        <w:t>.</w:t>
      </w:r>
    </w:p>
    <w:p w14:paraId="15BA41AB" w14:textId="77777777" w:rsidR="006512E0" w:rsidRDefault="00E246F0" w:rsidP="00CE0FFB">
      <w:pPr>
        <w:pStyle w:val="Heading2"/>
      </w:pPr>
      <w:bookmarkStart w:id="30" w:name="_Toc233318716"/>
      <w:r>
        <w:t xml:space="preserve">4.3 Metode </w:t>
      </w:r>
      <w:proofErr w:type="spellStart"/>
      <w:r>
        <w:t>Penyelesaian</w:t>
      </w:r>
      <w:proofErr w:type="spellEnd"/>
      <w:r>
        <w:t xml:space="preserve"> </w:t>
      </w:r>
      <w:proofErr w:type="spellStart"/>
      <w:r>
        <w:t>Masalah</w:t>
      </w:r>
      <w:bookmarkEnd w:id="30"/>
      <w:proofErr w:type="spellEnd"/>
    </w:p>
    <w:p w14:paraId="16188C07" w14:textId="77777777" w:rsidR="00CE0FFB" w:rsidRDefault="00CE0FFB" w:rsidP="00CE0FFB">
      <w:pPr>
        <w:ind w:firstLine="567"/>
      </w:pPr>
      <w:proofErr w:type="spellStart"/>
      <w:r>
        <w:t>Untuk</w:t>
      </w:r>
      <w:proofErr w:type="spellEnd"/>
      <w:r>
        <w:t xml:space="preserve"> </w:t>
      </w:r>
      <w:proofErr w:type="spellStart"/>
      <w:r>
        <w:t>menyelesaikan</w:t>
      </w:r>
      <w:proofErr w:type="spellEnd"/>
      <w:r>
        <w:t xml:space="preserve"> </w:t>
      </w:r>
      <w:proofErr w:type="spellStart"/>
      <w:r>
        <w:t>permasalahan</w:t>
      </w:r>
      <w:proofErr w:type="spellEnd"/>
      <w:r>
        <w:t xml:space="preserve"> </w:t>
      </w:r>
      <w:proofErr w:type="spellStart"/>
      <w:r>
        <w:t>keamanan</w:t>
      </w:r>
      <w:proofErr w:type="spellEnd"/>
      <w:r>
        <w:t xml:space="preserve"> </w:t>
      </w:r>
      <w:proofErr w:type="spellStart"/>
      <w:r>
        <w:t>akses</w:t>
      </w:r>
      <w:proofErr w:type="spellEnd"/>
      <w:r>
        <w:t xml:space="preserve"> </w:t>
      </w:r>
      <w:proofErr w:type="spellStart"/>
      <w:r>
        <w:t>ruangan</w:t>
      </w:r>
      <w:proofErr w:type="spellEnd"/>
      <w:r>
        <w:t xml:space="preserve">,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langkah-langkah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berikut</w:t>
      </w:r>
      <w:proofErr w:type="spellEnd"/>
      <w:r>
        <w:t>:</w:t>
      </w:r>
    </w:p>
    <w:p w14:paraId="46C0AE00" w14:textId="1417A4ED" w:rsidR="00CE0FFB" w:rsidRDefault="00CE0FFB">
      <w:pPr>
        <w:pStyle w:val="ListParagraph"/>
        <w:numPr>
          <w:ilvl w:val="0"/>
          <w:numId w:val="13"/>
        </w:numPr>
      </w:pPr>
      <w:proofErr w:type="spellStart"/>
      <w:r>
        <w:t>Observasi</w:t>
      </w:r>
      <w:proofErr w:type="spellEnd"/>
      <w:r>
        <w:t xml:space="preserve"> dan </w:t>
      </w:r>
      <w:proofErr w:type="spellStart"/>
      <w:r>
        <w:t>analisis</w:t>
      </w:r>
      <w:proofErr w:type="spellEnd"/>
      <w:r>
        <w:t xml:space="preserve"> </w:t>
      </w:r>
      <w:proofErr w:type="spellStart"/>
      <w:r>
        <w:t>kebutuhan</w:t>
      </w:r>
      <w:proofErr w:type="spellEnd"/>
      <w:r>
        <w:t xml:space="preserve">: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pengamatan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kondisi</w:t>
      </w:r>
      <w:proofErr w:type="spellEnd"/>
      <w:r>
        <w:t xml:space="preserve"> </w:t>
      </w:r>
      <w:proofErr w:type="spellStart"/>
      <w:r>
        <w:t>ruangan</w:t>
      </w:r>
      <w:proofErr w:type="spellEnd"/>
      <w:r>
        <w:t xml:space="preserve"> dan </w:t>
      </w:r>
      <w:proofErr w:type="spellStart"/>
      <w:r>
        <w:t>menganalisis</w:t>
      </w:r>
      <w:proofErr w:type="spellEnd"/>
      <w:r>
        <w:t xml:space="preserve"> </w:t>
      </w:r>
      <w:proofErr w:type="spellStart"/>
      <w:r>
        <w:t>kebutuhan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keamanan</w:t>
      </w:r>
      <w:proofErr w:type="spellEnd"/>
      <w:r>
        <w:t xml:space="preserve"> yang </w:t>
      </w:r>
      <w:proofErr w:type="spellStart"/>
      <w:r>
        <w:t>diperlukan</w:t>
      </w:r>
      <w:proofErr w:type="spellEnd"/>
      <w:r>
        <w:t>.</w:t>
      </w:r>
    </w:p>
    <w:p w14:paraId="68E01E73" w14:textId="479EEF37" w:rsidR="00CE0FFB" w:rsidRDefault="00CE0FFB">
      <w:pPr>
        <w:pStyle w:val="ListParagraph"/>
        <w:numPr>
          <w:ilvl w:val="0"/>
          <w:numId w:val="13"/>
        </w:numPr>
      </w:pPr>
      <w:r>
        <w:t xml:space="preserve">Studi </w:t>
      </w:r>
      <w:proofErr w:type="spellStart"/>
      <w:r>
        <w:t>literatur</w:t>
      </w:r>
      <w:proofErr w:type="spellEnd"/>
      <w:r>
        <w:t xml:space="preserve">: </w:t>
      </w:r>
      <w:proofErr w:type="spellStart"/>
      <w:r>
        <w:t>Mempelajari</w:t>
      </w:r>
      <w:proofErr w:type="spellEnd"/>
      <w:r>
        <w:t xml:space="preserve"> </w:t>
      </w:r>
      <w:proofErr w:type="spellStart"/>
      <w:r>
        <w:t>teori</w:t>
      </w:r>
      <w:proofErr w:type="spellEnd"/>
      <w:r>
        <w:t xml:space="preserve"> dan </w:t>
      </w:r>
      <w:proofErr w:type="spellStart"/>
      <w:r>
        <w:t>referensi</w:t>
      </w:r>
      <w:proofErr w:type="spellEnd"/>
      <w:r>
        <w:t xml:space="preserve"> </w:t>
      </w:r>
      <w:proofErr w:type="spellStart"/>
      <w:r>
        <w:t>terkait</w:t>
      </w:r>
      <w:proofErr w:type="spellEnd"/>
      <w:r>
        <w:t xml:space="preserve"> </w:t>
      </w:r>
      <w:proofErr w:type="spellStart"/>
      <w:r>
        <w:t>teknologi</w:t>
      </w:r>
      <w:proofErr w:type="spellEnd"/>
      <w:r>
        <w:t xml:space="preserve"> RFID, Arduino Uno, dan solenoid door lock.</w:t>
      </w:r>
    </w:p>
    <w:p w14:paraId="78FD038E" w14:textId="374BFADB" w:rsidR="00CE0FFB" w:rsidRDefault="00CE0FFB">
      <w:pPr>
        <w:pStyle w:val="ListParagraph"/>
        <w:numPr>
          <w:ilvl w:val="0"/>
          <w:numId w:val="13"/>
        </w:numPr>
      </w:pPr>
      <w:proofErr w:type="spellStart"/>
      <w:r>
        <w:t>Perancangan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: </w:t>
      </w:r>
      <w:proofErr w:type="spellStart"/>
      <w:r>
        <w:t>Merancang</w:t>
      </w:r>
      <w:proofErr w:type="spellEnd"/>
      <w:r>
        <w:t xml:space="preserve"> </w:t>
      </w:r>
      <w:proofErr w:type="spellStart"/>
      <w:r>
        <w:t>skema</w:t>
      </w:r>
      <w:proofErr w:type="spellEnd"/>
      <w:r>
        <w:t xml:space="preserve"> </w:t>
      </w:r>
      <w:proofErr w:type="spellStart"/>
      <w:r>
        <w:t>rangkaian</w:t>
      </w:r>
      <w:proofErr w:type="spellEnd"/>
      <w:r>
        <w:t xml:space="preserve"> </w:t>
      </w:r>
      <w:proofErr w:type="spellStart"/>
      <w:r>
        <w:t>elektronik</w:t>
      </w:r>
      <w:proofErr w:type="spellEnd"/>
      <w:r>
        <w:t xml:space="preserve"> dan diagram </w:t>
      </w:r>
      <w:proofErr w:type="spellStart"/>
      <w:r>
        <w:t>alur</w:t>
      </w:r>
      <w:proofErr w:type="spellEnd"/>
      <w:r>
        <w:t xml:space="preserve"> program (flowchart) </w:t>
      </w:r>
      <w:proofErr w:type="spellStart"/>
      <w:r>
        <w:t>sistem</w:t>
      </w:r>
      <w:proofErr w:type="spellEnd"/>
      <w:r>
        <w:t>.</w:t>
      </w:r>
    </w:p>
    <w:p w14:paraId="1D7E605D" w14:textId="5F242633" w:rsidR="00CE0FFB" w:rsidRDefault="00CE0FFB">
      <w:pPr>
        <w:pStyle w:val="ListParagraph"/>
        <w:numPr>
          <w:ilvl w:val="0"/>
          <w:numId w:val="13"/>
        </w:numPr>
      </w:pPr>
      <w:proofErr w:type="spellStart"/>
      <w:r>
        <w:t>Pemrograman</w:t>
      </w:r>
      <w:proofErr w:type="spellEnd"/>
      <w:r>
        <w:t xml:space="preserve">: </w:t>
      </w:r>
      <w:proofErr w:type="spellStart"/>
      <w:r>
        <w:t>Menulis</w:t>
      </w:r>
      <w:proofErr w:type="spellEnd"/>
      <w:r>
        <w:t xml:space="preserve"> </w:t>
      </w:r>
      <w:proofErr w:type="spellStart"/>
      <w:r>
        <w:t>kode</w:t>
      </w:r>
      <w:proofErr w:type="spellEnd"/>
      <w:r>
        <w:t xml:space="preserve"> program </w:t>
      </w:r>
      <w:proofErr w:type="spellStart"/>
      <w:r>
        <w:t>untuk</w:t>
      </w:r>
      <w:proofErr w:type="spellEnd"/>
      <w:r>
        <w:t xml:space="preserve"> Arduino Uno </w:t>
      </w:r>
      <w:proofErr w:type="spellStart"/>
      <w:r>
        <w:t>menggunakan</w:t>
      </w:r>
      <w:proofErr w:type="spellEnd"/>
      <w:r>
        <w:t xml:space="preserve"> Arduino IDE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bahasa</w:t>
      </w:r>
      <w:proofErr w:type="spellEnd"/>
      <w:r>
        <w:t xml:space="preserve"> C/C++.</w:t>
      </w:r>
    </w:p>
    <w:p w14:paraId="14439A58" w14:textId="48577A5C" w:rsidR="00CE0FFB" w:rsidRDefault="00CE0FFB">
      <w:pPr>
        <w:pStyle w:val="ListParagraph"/>
        <w:numPr>
          <w:ilvl w:val="0"/>
          <w:numId w:val="13"/>
        </w:numPr>
      </w:pPr>
      <w:proofErr w:type="spellStart"/>
      <w:r>
        <w:t>Perakitan</w:t>
      </w:r>
      <w:proofErr w:type="spellEnd"/>
      <w:r>
        <w:t xml:space="preserve">: </w:t>
      </w:r>
      <w:proofErr w:type="spellStart"/>
      <w:r>
        <w:t>Merakit</w:t>
      </w:r>
      <w:proofErr w:type="spellEnd"/>
      <w:r>
        <w:t xml:space="preserve"> </w:t>
      </w:r>
      <w:proofErr w:type="spellStart"/>
      <w:r>
        <w:t>komponen</w:t>
      </w:r>
      <w:proofErr w:type="spellEnd"/>
      <w:r>
        <w:t xml:space="preserve"> hardware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skema</w:t>
      </w:r>
      <w:proofErr w:type="spellEnd"/>
      <w:r>
        <w:t xml:space="preserve"> </w:t>
      </w:r>
      <w:proofErr w:type="spellStart"/>
      <w:r>
        <w:t>rangkaian</w:t>
      </w:r>
      <w:proofErr w:type="spellEnd"/>
      <w:r>
        <w:t xml:space="preserve">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dirancang</w:t>
      </w:r>
      <w:proofErr w:type="spellEnd"/>
      <w:r>
        <w:t>.</w:t>
      </w:r>
    </w:p>
    <w:p w14:paraId="0084CB2F" w14:textId="4B027F94" w:rsidR="00CE0FFB" w:rsidRDefault="00CE0FFB">
      <w:pPr>
        <w:pStyle w:val="ListParagraph"/>
        <w:numPr>
          <w:ilvl w:val="0"/>
          <w:numId w:val="13"/>
        </w:numPr>
      </w:pPr>
      <w:proofErr w:type="spellStart"/>
      <w:r>
        <w:t>Pengujian</w:t>
      </w:r>
      <w:proofErr w:type="spellEnd"/>
      <w:r>
        <w:t xml:space="preserve">: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pengujian</w:t>
      </w:r>
      <w:proofErr w:type="spellEnd"/>
      <w:r>
        <w:t xml:space="preserve"> </w:t>
      </w:r>
      <w:proofErr w:type="spellStart"/>
      <w:r>
        <w:t>fungsionalitas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bertahap</w:t>
      </w:r>
      <w:proofErr w:type="spellEnd"/>
      <w:r>
        <w:t xml:space="preserve">, </w:t>
      </w:r>
      <w:proofErr w:type="spellStart"/>
      <w:r>
        <w:t>mulai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pengujian</w:t>
      </w:r>
      <w:proofErr w:type="spellEnd"/>
      <w:r>
        <w:t xml:space="preserve"> </w:t>
      </w:r>
      <w:proofErr w:type="spellStart"/>
      <w:r>
        <w:t>komponen</w:t>
      </w:r>
      <w:proofErr w:type="spellEnd"/>
      <w:r>
        <w:t xml:space="preserve"> individual </w:t>
      </w:r>
      <w:proofErr w:type="spellStart"/>
      <w:r>
        <w:t>hingga</w:t>
      </w:r>
      <w:proofErr w:type="spellEnd"/>
      <w:r>
        <w:t xml:space="preserve"> </w:t>
      </w:r>
      <w:proofErr w:type="spellStart"/>
      <w:r>
        <w:t>pengujian</w:t>
      </w:r>
      <w:proofErr w:type="spellEnd"/>
      <w:r>
        <w:t xml:space="preserve"> </w:t>
      </w:r>
      <w:proofErr w:type="spellStart"/>
      <w:r>
        <w:t>integrasi</w:t>
      </w:r>
      <w:proofErr w:type="spellEnd"/>
      <w:r>
        <w:t xml:space="preserve"> </w:t>
      </w:r>
      <w:proofErr w:type="spellStart"/>
      <w:r>
        <w:t>sistem</w:t>
      </w:r>
      <w:proofErr w:type="spellEnd"/>
      <w:r>
        <w:t>.</w:t>
      </w:r>
    </w:p>
    <w:p w14:paraId="73FE6CE7" w14:textId="09ABC8C7" w:rsidR="009144C8" w:rsidRDefault="00CE0FFB">
      <w:pPr>
        <w:pStyle w:val="ListParagraph"/>
        <w:numPr>
          <w:ilvl w:val="0"/>
          <w:numId w:val="13"/>
        </w:numPr>
      </w:pPr>
      <w:proofErr w:type="spellStart"/>
      <w:r>
        <w:t>Dokumentasi</w:t>
      </w:r>
      <w:proofErr w:type="spellEnd"/>
      <w:r>
        <w:t xml:space="preserve">: </w:t>
      </w:r>
      <w:proofErr w:type="spellStart"/>
      <w:r>
        <w:t>Mendokumentasikan</w:t>
      </w:r>
      <w:proofErr w:type="spellEnd"/>
      <w:r>
        <w:t xml:space="preserve"> </w:t>
      </w:r>
      <w:proofErr w:type="spellStart"/>
      <w:r>
        <w:t>seluruh</w:t>
      </w:r>
      <w:proofErr w:type="spellEnd"/>
      <w:r>
        <w:t xml:space="preserve"> proses dan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pengujian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laporan</w:t>
      </w:r>
      <w:proofErr w:type="spellEnd"/>
      <w:r>
        <w:t xml:space="preserve"> </w:t>
      </w:r>
      <w:proofErr w:type="spellStart"/>
      <w:r>
        <w:t>akhir</w:t>
      </w:r>
      <w:proofErr w:type="spellEnd"/>
      <w:r>
        <w:t>.</w:t>
      </w:r>
    </w:p>
    <w:p w14:paraId="30A8F96F" w14:textId="5D75DD61" w:rsidR="00CE0FFB" w:rsidRPr="00CE0FFB" w:rsidRDefault="00CE0FFB" w:rsidP="00CE0FFB">
      <w:pPr>
        <w:pStyle w:val="Heading2"/>
      </w:pPr>
      <w:bookmarkStart w:id="31" w:name="_Toc233318717"/>
      <w:r w:rsidRPr="00CE0FFB">
        <w:lastRenderedPageBreak/>
        <w:t xml:space="preserve">Hasil </w:t>
      </w:r>
      <w:proofErr w:type="spellStart"/>
      <w:r w:rsidRPr="00CE0FFB">
        <w:t>Pelaksanaan</w:t>
      </w:r>
      <w:proofErr w:type="spellEnd"/>
      <w:r w:rsidRPr="00CE0FFB">
        <w:t xml:space="preserve"> PKL/</w:t>
      </w:r>
      <w:proofErr w:type="spellStart"/>
      <w:r w:rsidRPr="00CE0FFB">
        <w:t>Magang</w:t>
      </w:r>
      <w:bookmarkEnd w:id="31"/>
      <w:proofErr w:type="spellEnd"/>
      <w:r w:rsidRPr="00CE0FFB">
        <w:t xml:space="preserve"> </w:t>
      </w:r>
    </w:p>
    <w:p w14:paraId="09F2BA40" w14:textId="779EA7F9" w:rsidR="006512E0" w:rsidRDefault="00624776" w:rsidP="00624776">
      <w:pPr>
        <w:ind w:firstLine="720"/>
      </w:pPr>
      <w:r w:rsidRPr="00624776">
        <w:t xml:space="preserve">Hasil </w:t>
      </w:r>
      <w:proofErr w:type="spellStart"/>
      <w:r w:rsidRPr="00624776">
        <w:t>rancang</w:t>
      </w:r>
      <w:proofErr w:type="spellEnd"/>
      <w:r w:rsidRPr="00624776">
        <w:t xml:space="preserve"> </w:t>
      </w:r>
      <w:proofErr w:type="spellStart"/>
      <w:r w:rsidRPr="00624776">
        <w:t>bangun</w:t>
      </w:r>
      <w:proofErr w:type="spellEnd"/>
      <w:r w:rsidRPr="00624776">
        <w:t xml:space="preserve"> </w:t>
      </w:r>
      <w:proofErr w:type="spellStart"/>
      <w:r w:rsidRPr="00624776">
        <w:t>sistem</w:t>
      </w:r>
      <w:proofErr w:type="spellEnd"/>
      <w:r w:rsidRPr="00624776">
        <w:t xml:space="preserve"> </w:t>
      </w:r>
      <w:proofErr w:type="spellStart"/>
      <w:r w:rsidRPr="00624776">
        <w:t>akses</w:t>
      </w:r>
      <w:proofErr w:type="spellEnd"/>
      <w:r w:rsidRPr="00624776">
        <w:t xml:space="preserve"> </w:t>
      </w:r>
      <w:proofErr w:type="spellStart"/>
      <w:r w:rsidRPr="00624776">
        <w:t>ruangan</w:t>
      </w:r>
      <w:proofErr w:type="spellEnd"/>
      <w:r w:rsidRPr="00624776">
        <w:t xml:space="preserve"> </w:t>
      </w:r>
      <w:proofErr w:type="spellStart"/>
      <w:r w:rsidRPr="00624776">
        <w:t>berbasis</w:t>
      </w:r>
      <w:proofErr w:type="spellEnd"/>
      <w:r w:rsidRPr="00624776">
        <w:t xml:space="preserve"> RFID </w:t>
      </w:r>
      <w:proofErr w:type="spellStart"/>
      <w:r w:rsidRPr="00624776">
        <w:t>dengan</w:t>
      </w:r>
      <w:proofErr w:type="spellEnd"/>
      <w:r w:rsidRPr="00624776">
        <w:t xml:space="preserve"> solenoid door lock </w:t>
      </w:r>
      <w:proofErr w:type="spellStart"/>
      <w:r w:rsidRPr="00624776">
        <w:t>menggunakan</w:t>
      </w:r>
      <w:proofErr w:type="spellEnd"/>
      <w:r w:rsidRPr="00624776">
        <w:t xml:space="preserve"> Arduino Uno </w:t>
      </w:r>
      <w:proofErr w:type="spellStart"/>
      <w:r w:rsidRPr="00624776">
        <w:t>adalah</w:t>
      </w:r>
      <w:proofErr w:type="spellEnd"/>
      <w:r w:rsidRPr="00624776">
        <w:t xml:space="preserve"> </w:t>
      </w:r>
      <w:proofErr w:type="spellStart"/>
      <w:r w:rsidRPr="00624776">
        <w:t>sebagai</w:t>
      </w:r>
      <w:proofErr w:type="spellEnd"/>
      <w:r w:rsidRPr="00624776">
        <w:t xml:space="preserve"> </w:t>
      </w:r>
      <w:proofErr w:type="spellStart"/>
      <w:r w:rsidRPr="00624776">
        <w:t>berikut</w:t>
      </w:r>
      <w:proofErr w:type="spellEnd"/>
      <w:r w:rsidRPr="00624776">
        <w:t>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7917"/>
      </w:tblGrid>
      <w:tr w:rsidR="006512E0" w14:paraId="0812B50B" w14:textId="77777777" w:rsidTr="00624776">
        <w:trPr>
          <w:trHeight w:val="3229"/>
          <w:jc w:val="center"/>
        </w:trPr>
        <w:tc>
          <w:tcPr>
            <w:tcW w:w="7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DFCEF0" w14:textId="1E27A7B1" w:rsidR="006512E0" w:rsidRDefault="00624776">
            <w:pPr>
              <w:spacing w:before="1200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39296" behindDoc="0" locked="0" layoutInCell="1" allowOverlap="1" wp14:anchorId="73D33DDF" wp14:editId="171A07AF">
                  <wp:simplePos x="0" y="0"/>
                  <wp:positionH relativeFrom="column">
                    <wp:posOffset>1148715</wp:posOffset>
                  </wp:positionH>
                  <wp:positionV relativeFrom="paragraph">
                    <wp:posOffset>79375</wp:posOffset>
                  </wp:positionV>
                  <wp:extent cx="1022985" cy="1812290"/>
                  <wp:effectExtent l="0" t="0" r="5715" b="0"/>
                  <wp:wrapNone/>
                  <wp:docPr id="1759217282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9217282" name="Picture 1759217282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2985" cy="1812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25984" behindDoc="0" locked="0" layoutInCell="1" allowOverlap="1" wp14:anchorId="46A8BAE3" wp14:editId="69EA9B4D">
                  <wp:simplePos x="0" y="0"/>
                  <wp:positionH relativeFrom="column">
                    <wp:posOffset>2401423</wp:posOffset>
                  </wp:positionH>
                  <wp:positionV relativeFrom="paragraph">
                    <wp:posOffset>118745</wp:posOffset>
                  </wp:positionV>
                  <wp:extent cx="991235" cy="1772285"/>
                  <wp:effectExtent l="0" t="0" r="0" b="0"/>
                  <wp:wrapNone/>
                  <wp:docPr id="1637930103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7930103" name="Picture 1637930103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991235" cy="1772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407235ED" w14:textId="51B3AB23" w:rsidR="006512E0" w:rsidRPr="00624776" w:rsidRDefault="00E246F0" w:rsidP="00624776">
      <w:pPr>
        <w:spacing w:line="240" w:lineRule="auto"/>
        <w:jc w:val="center"/>
        <w:rPr>
          <w:sz w:val="22"/>
          <w:szCs w:val="20"/>
        </w:rPr>
      </w:pPr>
      <w:r w:rsidRPr="00624776">
        <w:rPr>
          <w:sz w:val="22"/>
          <w:szCs w:val="20"/>
        </w:rPr>
        <w:t>Gambar 1</w:t>
      </w:r>
      <w:r w:rsidR="00753466" w:rsidRPr="00624776">
        <w:rPr>
          <w:sz w:val="22"/>
          <w:szCs w:val="20"/>
        </w:rPr>
        <w:t>.</w:t>
      </w:r>
      <w:r w:rsidRPr="00624776">
        <w:rPr>
          <w:sz w:val="22"/>
          <w:szCs w:val="20"/>
        </w:rPr>
        <w:t xml:space="preserve"> </w:t>
      </w:r>
      <w:proofErr w:type="spellStart"/>
      <w:r w:rsidRPr="00624776">
        <w:rPr>
          <w:sz w:val="22"/>
          <w:szCs w:val="20"/>
        </w:rPr>
        <w:t>Dokumentasi</w:t>
      </w:r>
      <w:proofErr w:type="spellEnd"/>
      <w:r w:rsidRPr="00624776">
        <w:rPr>
          <w:sz w:val="22"/>
          <w:szCs w:val="20"/>
        </w:rPr>
        <w:t xml:space="preserve"> </w:t>
      </w:r>
      <w:proofErr w:type="spellStart"/>
      <w:r w:rsidRPr="00624776">
        <w:rPr>
          <w:sz w:val="22"/>
          <w:szCs w:val="20"/>
        </w:rPr>
        <w:t>Kegiatan</w:t>
      </w:r>
      <w:proofErr w:type="spellEnd"/>
      <w:r w:rsidRPr="00624776">
        <w:rPr>
          <w:sz w:val="22"/>
          <w:szCs w:val="20"/>
        </w:rPr>
        <w:t xml:space="preserve"> PKL/</w:t>
      </w:r>
      <w:proofErr w:type="spellStart"/>
      <w:r w:rsidRPr="00624776">
        <w:rPr>
          <w:sz w:val="22"/>
          <w:szCs w:val="20"/>
        </w:rPr>
        <w:t>Magang</w:t>
      </w:r>
      <w:proofErr w:type="spellEnd"/>
      <w:r w:rsidR="00624776" w:rsidRPr="00624776">
        <w:rPr>
          <w:sz w:val="22"/>
          <w:szCs w:val="20"/>
        </w:rPr>
        <w:t xml:space="preserve"> </w:t>
      </w:r>
      <w:proofErr w:type="spellStart"/>
      <w:r w:rsidRPr="00624776">
        <w:rPr>
          <w:sz w:val="22"/>
          <w:szCs w:val="20"/>
        </w:rPr>
        <w:t>Sumber</w:t>
      </w:r>
      <w:proofErr w:type="spellEnd"/>
      <w:r w:rsidRPr="00624776">
        <w:rPr>
          <w:sz w:val="22"/>
          <w:szCs w:val="20"/>
        </w:rPr>
        <w:t xml:space="preserve">: </w:t>
      </w:r>
      <w:proofErr w:type="spellStart"/>
      <w:r w:rsidRPr="00624776">
        <w:rPr>
          <w:sz w:val="22"/>
          <w:szCs w:val="20"/>
        </w:rPr>
        <w:t>Dokumentasi</w:t>
      </w:r>
      <w:proofErr w:type="spellEnd"/>
      <w:r w:rsidRPr="00624776">
        <w:rPr>
          <w:sz w:val="22"/>
          <w:szCs w:val="20"/>
        </w:rPr>
        <w:t xml:space="preserve"> </w:t>
      </w:r>
      <w:proofErr w:type="spellStart"/>
      <w:r w:rsidRPr="00624776">
        <w:rPr>
          <w:sz w:val="22"/>
          <w:szCs w:val="20"/>
        </w:rPr>
        <w:t>Penulis</w:t>
      </w:r>
      <w:proofErr w:type="spellEnd"/>
      <w:r w:rsidRPr="00624776">
        <w:rPr>
          <w:sz w:val="22"/>
          <w:szCs w:val="20"/>
        </w:rPr>
        <w:t>, [</w:t>
      </w:r>
      <w:r w:rsidR="00624776" w:rsidRPr="00624776">
        <w:rPr>
          <w:sz w:val="22"/>
          <w:szCs w:val="20"/>
        </w:rPr>
        <w:t>2026</w:t>
      </w:r>
      <w:r w:rsidRPr="00624776">
        <w:rPr>
          <w:sz w:val="22"/>
          <w:szCs w:val="20"/>
        </w:rPr>
        <w:t>]</w:t>
      </w:r>
    </w:p>
    <w:p w14:paraId="06E6A4BE" w14:textId="475BBABA" w:rsidR="009144C8" w:rsidRDefault="009144C8">
      <w:pPr>
        <w:spacing w:line="240" w:lineRule="auto"/>
        <w:jc w:val="center"/>
      </w:pPr>
    </w:p>
    <w:p w14:paraId="53D78B9B" w14:textId="1189A85E" w:rsidR="00BE618A" w:rsidRDefault="00BE618A" w:rsidP="00BE618A">
      <w:pPr>
        <w:pStyle w:val="Heading2"/>
      </w:pPr>
      <w:r w:rsidRPr="00BE618A">
        <w:lastRenderedPageBreak/>
        <w:t xml:space="preserve">4.4 </w:t>
      </w:r>
      <w:proofErr w:type="spellStart"/>
      <w:r w:rsidRPr="00BE618A">
        <w:t>Perancangan</w:t>
      </w:r>
      <w:proofErr w:type="spellEnd"/>
      <w:r w:rsidRPr="00BE618A">
        <w:t xml:space="preserve"> </w:t>
      </w:r>
      <w:proofErr w:type="spellStart"/>
      <w:r w:rsidRPr="00BE618A">
        <w:t>Sistem</w:t>
      </w:r>
      <w:proofErr w:type="spellEnd"/>
      <w:r w:rsidRPr="00BE618A">
        <w:t xml:space="preserve"> (System Design)</w:t>
      </w:r>
    </w:p>
    <w:p w14:paraId="316DF1B7" w14:textId="77777777" w:rsidR="00EC2B48" w:rsidRDefault="00BE618A" w:rsidP="00BE618A">
      <w:pPr>
        <w:pStyle w:val="Heading3"/>
      </w:pPr>
      <w:r w:rsidRPr="00BE618A">
        <w:t xml:space="preserve">4.4.1 </w:t>
      </w:r>
      <w:proofErr w:type="spellStart"/>
      <w:r w:rsidRPr="00BE618A">
        <w:t>Perancangan</w:t>
      </w:r>
      <w:proofErr w:type="spellEnd"/>
      <w:r w:rsidRPr="00BE618A">
        <w:t xml:space="preserve"> </w:t>
      </w:r>
      <w:proofErr w:type="spellStart"/>
      <w:r w:rsidRPr="00BE618A">
        <w:t>Perangkat</w:t>
      </w:r>
      <w:proofErr w:type="spellEnd"/>
      <w:r w:rsidRPr="00BE618A">
        <w:t xml:space="preserve"> </w:t>
      </w:r>
      <w:proofErr w:type="spellStart"/>
      <w:r w:rsidRPr="00BE618A">
        <w:t>Keras</w:t>
      </w:r>
      <w:proofErr w:type="spellEnd"/>
      <w:r w:rsidRPr="00BE618A">
        <w:t xml:space="preserve"> (Circuit Diagram) </w:t>
      </w:r>
      <w:r w:rsidR="00EC2B48">
        <w:br/>
      </w:r>
      <w:r w:rsidR="00EC2B48">
        <w:rPr>
          <w:noProof/>
        </w:rPr>
        <w:drawing>
          <wp:inline distT="0" distB="0" distL="0" distR="0" wp14:anchorId="2FA8868C" wp14:editId="7DE9710E">
            <wp:extent cx="5039995" cy="2748915"/>
            <wp:effectExtent l="0" t="0" r="8255" b="0"/>
            <wp:docPr id="194793726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7937264" name="Picture 194793726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2748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DAC86C" w14:textId="7FA32922" w:rsidR="00BE618A" w:rsidRDefault="00BE618A" w:rsidP="00BE618A">
      <w:pPr>
        <w:pStyle w:val="Heading3"/>
      </w:pPr>
      <w:r>
        <w:lastRenderedPageBreak/>
        <w:br/>
      </w:r>
      <w:r w:rsidRPr="00BE618A">
        <w:t xml:space="preserve">4.4.2 </w:t>
      </w:r>
      <w:proofErr w:type="spellStart"/>
      <w:r w:rsidRPr="00BE618A">
        <w:t>Pemodelan</w:t>
      </w:r>
      <w:proofErr w:type="spellEnd"/>
      <w:r w:rsidRPr="00BE618A">
        <w:t xml:space="preserve"> </w:t>
      </w:r>
      <w:proofErr w:type="spellStart"/>
      <w:r w:rsidRPr="00BE618A">
        <w:t>Perangkat</w:t>
      </w:r>
      <w:proofErr w:type="spellEnd"/>
      <w:r w:rsidRPr="00BE618A">
        <w:t xml:space="preserve"> Lunak (UML) </w:t>
      </w:r>
      <w:r>
        <w:br/>
      </w:r>
      <w:r w:rsidRPr="00BE618A">
        <w:t xml:space="preserve">A. Use Case Diagram </w:t>
      </w:r>
      <w:r w:rsidR="00003190">
        <w:rPr>
          <w:noProof/>
        </w:rPr>
        <w:drawing>
          <wp:inline distT="0" distB="0" distL="0" distR="0" wp14:anchorId="5CCC4B2D" wp14:editId="59E13455">
            <wp:extent cx="5039487" cy="6193766"/>
            <wp:effectExtent l="0" t="0" r="8890" b="0"/>
            <wp:docPr id="1739210825" name="Graphic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9210825" name="Graphic 1739210825"/>
                    <pic:cNvPicPr/>
                  </pic:nvPicPr>
                  <pic:blipFill>
                    <a:blip r:embed="rId13">
                      <a:extLs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5922" cy="6213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506D49" w14:textId="0662D0BF" w:rsidR="00943C51" w:rsidRDefault="00BE618A" w:rsidP="00BE618A">
      <w:pPr>
        <w:pStyle w:val="Heading3"/>
      </w:pPr>
      <w:r w:rsidRPr="00BE618A">
        <w:lastRenderedPageBreak/>
        <w:t xml:space="preserve">B. Activity Diagram </w:t>
      </w:r>
      <w:r w:rsidR="00003190">
        <w:rPr>
          <w:noProof/>
        </w:rPr>
        <w:drawing>
          <wp:inline distT="0" distB="0" distL="0" distR="0" wp14:anchorId="17EEDED2" wp14:editId="63D50232">
            <wp:extent cx="5039995" cy="4028440"/>
            <wp:effectExtent l="0" t="0" r="8255" b="0"/>
            <wp:docPr id="1728063425" name="Graphic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8063425" name="Graphic 1728063425"/>
                    <pic:cNvPicPr/>
                  </pic:nvPicPr>
                  <pic:blipFill>
                    <a:blip r:embed="rId15">
                      <a:extLs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4028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350048" w14:textId="77777777" w:rsidR="00943C51" w:rsidRDefault="00943C51" w:rsidP="00943C51">
      <w:pPr>
        <w:rPr>
          <w:rFonts w:cs="Times New Roman"/>
          <w:i/>
          <w:iCs/>
          <w:szCs w:val="24"/>
        </w:rPr>
      </w:pPr>
      <w:proofErr w:type="spellStart"/>
      <w:r>
        <w:t>Penjelasan</w:t>
      </w:r>
      <w:proofErr w:type="spellEnd"/>
      <w:r>
        <w:t>:</w:t>
      </w:r>
      <w:r w:rsidRPr="00943C51">
        <w:rPr>
          <w:rFonts w:cs="Times New Roman"/>
          <w:i/>
          <w:iCs/>
          <w:szCs w:val="24"/>
        </w:rPr>
        <w:t xml:space="preserve"> </w:t>
      </w:r>
    </w:p>
    <w:p w14:paraId="761E8F0F" w14:textId="77777777" w:rsidR="00AA15EB" w:rsidRPr="00AA15EB" w:rsidRDefault="00AA15EB" w:rsidP="00AA15EB">
      <w:pPr>
        <w:rPr>
          <w:b/>
          <w:bCs/>
        </w:rPr>
      </w:pPr>
      <w:proofErr w:type="gramStart"/>
      <w:r w:rsidRPr="00AA15EB">
        <w:rPr>
          <w:b/>
          <w:bCs/>
        </w:rPr>
        <w:t xml:space="preserve">  </w:t>
      </w:r>
      <w:proofErr w:type="spellStart"/>
      <w:r w:rsidRPr="00AA15EB">
        <w:rPr>
          <w:b/>
          <w:bCs/>
        </w:rPr>
        <w:t>Inisiasi</w:t>
      </w:r>
      <w:proofErr w:type="spellEnd"/>
      <w:proofErr w:type="gramEnd"/>
      <w:r w:rsidRPr="00AA15EB">
        <w:rPr>
          <w:b/>
          <w:bCs/>
        </w:rPr>
        <w:t xml:space="preserve"> Awal (User / </w:t>
      </w:r>
      <w:proofErr w:type="spellStart"/>
      <w:r w:rsidRPr="00AA15EB">
        <w:rPr>
          <w:b/>
          <w:bCs/>
        </w:rPr>
        <w:t>Karyawan</w:t>
      </w:r>
      <w:proofErr w:type="spellEnd"/>
      <w:r w:rsidRPr="00AA15EB">
        <w:rPr>
          <w:b/>
          <w:bCs/>
        </w:rPr>
        <w:t>):</w:t>
      </w:r>
    </w:p>
    <w:p w14:paraId="0D631848" w14:textId="77777777" w:rsidR="00AA15EB" w:rsidRPr="00AA15EB" w:rsidRDefault="00AA15EB">
      <w:pPr>
        <w:numPr>
          <w:ilvl w:val="0"/>
          <w:numId w:val="19"/>
        </w:numPr>
        <w:rPr>
          <w:b/>
          <w:bCs/>
        </w:rPr>
      </w:pPr>
      <w:proofErr w:type="spellStart"/>
      <w:r w:rsidRPr="00AA15EB">
        <w:rPr>
          <w:b/>
          <w:bCs/>
        </w:rPr>
        <w:t>Pengguna</w:t>
      </w:r>
      <w:proofErr w:type="spellEnd"/>
      <w:r w:rsidRPr="00AA15EB">
        <w:rPr>
          <w:b/>
          <w:bCs/>
        </w:rPr>
        <w:t xml:space="preserve"> </w:t>
      </w:r>
      <w:proofErr w:type="spellStart"/>
      <w:r w:rsidRPr="00AA15EB">
        <w:rPr>
          <w:b/>
          <w:bCs/>
        </w:rPr>
        <w:t>melakukan</w:t>
      </w:r>
      <w:proofErr w:type="spellEnd"/>
      <w:r w:rsidRPr="00AA15EB">
        <w:rPr>
          <w:b/>
          <w:bCs/>
        </w:rPr>
        <w:t xml:space="preserve"> </w:t>
      </w:r>
      <w:r w:rsidRPr="00AA15EB">
        <w:rPr>
          <w:b/>
          <w:bCs/>
          <w:i/>
          <w:iCs/>
        </w:rPr>
        <w:t>Tap Kartu RFID pada Reader</w:t>
      </w:r>
      <w:r w:rsidRPr="00AA15EB">
        <w:rPr>
          <w:b/>
          <w:bCs/>
        </w:rPr>
        <w:t xml:space="preserve"> </w:t>
      </w:r>
      <w:proofErr w:type="spellStart"/>
      <w:r w:rsidRPr="00AA15EB">
        <w:rPr>
          <w:b/>
          <w:bCs/>
        </w:rPr>
        <w:t>untuk</w:t>
      </w:r>
      <w:proofErr w:type="spellEnd"/>
      <w:r w:rsidRPr="00AA15EB">
        <w:rPr>
          <w:b/>
          <w:bCs/>
        </w:rPr>
        <w:t xml:space="preserve"> </w:t>
      </w:r>
      <w:proofErr w:type="spellStart"/>
      <w:r w:rsidRPr="00AA15EB">
        <w:rPr>
          <w:b/>
          <w:bCs/>
        </w:rPr>
        <w:t>menginisiasi</w:t>
      </w:r>
      <w:proofErr w:type="spellEnd"/>
      <w:r w:rsidRPr="00AA15EB">
        <w:rPr>
          <w:b/>
          <w:bCs/>
        </w:rPr>
        <w:t xml:space="preserve"> </w:t>
      </w:r>
      <w:proofErr w:type="spellStart"/>
      <w:r w:rsidRPr="00AA15EB">
        <w:rPr>
          <w:b/>
          <w:bCs/>
        </w:rPr>
        <w:t>permintaan</w:t>
      </w:r>
      <w:proofErr w:type="spellEnd"/>
      <w:r w:rsidRPr="00AA15EB">
        <w:rPr>
          <w:b/>
          <w:bCs/>
        </w:rPr>
        <w:t xml:space="preserve"> </w:t>
      </w:r>
      <w:proofErr w:type="spellStart"/>
      <w:r w:rsidRPr="00AA15EB">
        <w:rPr>
          <w:b/>
          <w:bCs/>
        </w:rPr>
        <w:t>akses</w:t>
      </w:r>
      <w:proofErr w:type="spellEnd"/>
      <w:r w:rsidRPr="00AA15EB">
        <w:rPr>
          <w:b/>
          <w:bCs/>
        </w:rPr>
        <w:t>.</w:t>
      </w:r>
    </w:p>
    <w:p w14:paraId="2DA72FF0" w14:textId="77777777" w:rsidR="00AA15EB" w:rsidRPr="00AA15EB" w:rsidRDefault="00AA15EB" w:rsidP="00AA15EB">
      <w:pPr>
        <w:rPr>
          <w:b/>
          <w:bCs/>
        </w:rPr>
      </w:pPr>
      <w:proofErr w:type="gramStart"/>
      <w:r w:rsidRPr="00AA15EB">
        <w:rPr>
          <w:b/>
          <w:bCs/>
        </w:rPr>
        <w:t xml:space="preserve">  </w:t>
      </w:r>
      <w:proofErr w:type="spellStart"/>
      <w:r w:rsidRPr="00AA15EB">
        <w:rPr>
          <w:b/>
          <w:bCs/>
        </w:rPr>
        <w:t>Pembacaan</w:t>
      </w:r>
      <w:proofErr w:type="spellEnd"/>
      <w:proofErr w:type="gramEnd"/>
      <w:r w:rsidRPr="00AA15EB">
        <w:rPr>
          <w:b/>
          <w:bCs/>
        </w:rPr>
        <w:t xml:space="preserve"> Hardware (</w:t>
      </w:r>
      <w:proofErr w:type="spellStart"/>
      <w:r w:rsidRPr="00AA15EB">
        <w:rPr>
          <w:b/>
          <w:bCs/>
        </w:rPr>
        <w:t>Perangkat</w:t>
      </w:r>
      <w:proofErr w:type="spellEnd"/>
      <w:r w:rsidRPr="00AA15EB">
        <w:rPr>
          <w:b/>
          <w:bCs/>
        </w:rPr>
        <w:t xml:space="preserve"> Hardware IoT):</w:t>
      </w:r>
    </w:p>
    <w:p w14:paraId="01E6E35B" w14:textId="77777777" w:rsidR="00AA15EB" w:rsidRPr="00AA15EB" w:rsidRDefault="00AA15EB">
      <w:pPr>
        <w:numPr>
          <w:ilvl w:val="0"/>
          <w:numId w:val="20"/>
        </w:numPr>
        <w:rPr>
          <w:b/>
          <w:bCs/>
        </w:rPr>
      </w:pPr>
      <w:r w:rsidRPr="00AA15EB">
        <w:rPr>
          <w:b/>
          <w:bCs/>
        </w:rPr>
        <w:t xml:space="preserve">Sensor MFRC522 </w:t>
      </w:r>
      <w:proofErr w:type="spellStart"/>
      <w:r w:rsidRPr="00AA15EB">
        <w:rPr>
          <w:b/>
          <w:bCs/>
        </w:rPr>
        <w:t>membaca</w:t>
      </w:r>
      <w:proofErr w:type="spellEnd"/>
      <w:r w:rsidRPr="00AA15EB">
        <w:rPr>
          <w:b/>
          <w:bCs/>
        </w:rPr>
        <w:t xml:space="preserve"> </w:t>
      </w:r>
      <w:proofErr w:type="spellStart"/>
      <w:r w:rsidRPr="00AA15EB">
        <w:rPr>
          <w:b/>
          <w:bCs/>
        </w:rPr>
        <w:t>identitas</w:t>
      </w:r>
      <w:proofErr w:type="spellEnd"/>
      <w:r w:rsidRPr="00AA15EB">
        <w:rPr>
          <w:b/>
          <w:bCs/>
        </w:rPr>
        <w:t xml:space="preserve"> (</w:t>
      </w:r>
      <w:r w:rsidRPr="00AA15EB">
        <w:rPr>
          <w:b/>
          <w:bCs/>
          <w:i/>
          <w:iCs/>
        </w:rPr>
        <w:t>UID</w:t>
      </w:r>
      <w:r w:rsidRPr="00AA15EB">
        <w:rPr>
          <w:b/>
          <w:bCs/>
        </w:rPr>
        <w:t xml:space="preserve">) </w:t>
      </w:r>
      <w:proofErr w:type="spellStart"/>
      <w:r w:rsidRPr="00AA15EB">
        <w:rPr>
          <w:b/>
          <w:bCs/>
        </w:rPr>
        <w:t>kartu</w:t>
      </w:r>
      <w:proofErr w:type="spellEnd"/>
      <w:r w:rsidRPr="00AA15EB">
        <w:rPr>
          <w:b/>
          <w:bCs/>
        </w:rPr>
        <w:t xml:space="preserve"> RFID.</w:t>
      </w:r>
    </w:p>
    <w:p w14:paraId="11ACD362" w14:textId="77777777" w:rsidR="00AA15EB" w:rsidRPr="00AA15EB" w:rsidRDefault="00AA15EB">
      <w:pPr>
        <w:numPr>
          <w:ilvl w:val="0"/>
          <w:numId w:val="20"/>
        </w:numPr>
        <w:rPr>
          <w:b/>
          <w:bCs/>
        </w:rPr>
      </w:pPr>
      <w:r w:rsidRPr="00AA15EB">
        <w:rPr>
          <w:b/>
          <w:bCs/>
        </w:rPr>
        <w:t xml:space="preserve">Modul Arduino </w:t>
      </w:r>
      <w:proofErr w:type="spellStart"/>
      <w:r w:rsidRPr="00AA15EB">
        <w:rPr>
          <w:b/>
          <w:bCs/>
        </w:rPr>
        <w:t>mengirimkan</w:t>
      </w:r>
      <w:proofErr w:type="spellEnd"/>
      <w:r w:rsidRPr="00AA15EB">
        <w:rPr>
          <w:b/>
          <w:bCs/>
        </w:rPr>
        <w:t xml:space="preserve"> data UID </w:t>
      </w:r>
      <w:proofErr w:type="spellStart"/>
      <w:r w:rsidRPr="00AA15EB">
        <w:rPr>
          <w:b/>
          <w:bCs/>
        </w:rPr>
        <w:t>tersebut</w:t>
      </w:r>
      <w:proofErr w:type="spellEnd"/>
      <w:r w:rsidRPr="00AA15EB">
        <w:rPr>
          <w:b/>
          <w:bCs/>
        </w:rPr>
        <w:t xml:space="preserve"> </w:t>
      </w:r>
      <w:proofErr w:type="spellStart"/>
      <w:r w:rsidRPr="00AA15EB">
        <w:rPr>
          <w:b/>
          <w:bCs/>
        </w:rPr>
        <w:t>melalui</w:t>
      </w:r>
      <w:proofErr w:type="spellEnd"/>
      <w:r w:rsidRPr="00AA15EB">
        <w:rPr>
          <w:b/>
          <w:bCs/>
        </w:rPr>
        <w:t xml:space="preserve"> </w:t>
      </w:r>
      <w:proofErr w:type="spellStart"/>
      <w:r w:rsidRPr="00AA15EB">
        <w:rPr>
          <w:b/>
          <w:bCs/>
        </w:rPr>
        <w:t>koneksi</w:t>
      </w:r>
      <w:proofErr w:type="spellEnd"/>
      <w:r w:rsidRPr="00AA15EB">
        <w:rPr>
          <w:b/>
          <w:bCs/>
        </w:rPr>
        <w:t xml:space="preserve"> Serial USB.</w:t>
      </w:r>
    </w:p>
    <w:p w14:paraId="2E36085C" w14:textId="77777777" w:rsidR="00AA15EB" w:rsidRPr="00AA15EB" w:rsidRDefault="00AA15EB" w:rsidP="00AA15EB">
      <w:pPr>
        <w:rPr>
          <w:b/>
          <w:bCs/>
        </w:rPr>
      </w:pPr>
      <w:proofErr w:type="gramStart"/>
      <w:r w:rsidRPr="00AA15EB">
        <w:rPr>
          <w:b/>
          <w:bCs/>
        </w:rPr>
        <w:t xml:space="preserve">  </w:t>
      </w:r>
      <w:proofErr w:type="spellStart"/>
      <w:r w:rsidRPr="00AA15EB">
        <w:rPr>
          <w:b/>
          <w:bCs/>
        </w:rPr>
        <w:t>Verifikasi</w:t>
      </w:r>
      <w:proofErr w:type="spellEnd"/>
      <w:proofErr w:type="gramEnd"/>
      <w:r w:rsidRPr="00AA15EB">
        <w:rPr>
          <w:b/>
          <w:bCs/>
        </w:rPr>
        <w:t xml:space="preserve"> &amp; </w:t>
      </w:r>
      <w:proofErr w:type="spellStart"/>
      <w:r w:rsidRPr="00AA15EB">
        <w:rPr>
          <w:b/>
          <w:bCs/>
        </w:rPr>
        <w:t>Otorisasi</w:t>
      </w:r>
      <w:proofErr w:type="spellEnd"/>
      <w:r w:rsidRPr="00AA15EB">
        <w:rPr>
          <w:b/>
          <w:bCs/>
        </w:rPr>
        <w:t xml:space="preserve"> (Backend / Python &amp; API):</w:t>
      </w:r>
    </w:p>
    <w:p w14:paraId="69EB6CEA" w14:textId="77777777" w:rsidR="00AA15EB" w:rsidRPr="00AA15EB" w:rsidRDefault="00AA15EB">
      <w:pPr>
        <w:numPr>
          <w:ilvl w:val="0"/>
          <w:numId w:val="21"/>
        </w:numPr>
        <w:rPr>
          <w:b/>
          <w:bCs/>
        </w:rPr>
      </w:pPr>
      <w:r w:rsidRPr="00AA15EB">
        <w:rPr>
          <w:b/>
          <w:bCs/>
        </w:rPr>
        <w:t xml:space="preserve">Script Python </w:t>
      </w:r>
      <w:proofErr w:type="spellStart"/>
      <w:r w:rsidRPr="00AA15EB">
        <w:rPr>
          <w:b/>
          <w:bCs/>
        </w:rPr>
        <w:t>meneruskan</w:t>
      </w:r>
      <w:proofErr w:type="spellEnd"/>
      <w:r w:rsidRPr="00AA15EB">
        <w:rPr>
          <w:b/>
          <w:bCs/>
        </w:rPr>
        <w:t xml:space="preserve"> UID </w:t>
      </w:r>
      <w:proofErr w:type="spellStart"/>
      <w:r w:rsidRPr="00AA15EB">
        <w:rPr>
          <w:b/>
          <w:bCs/>
        </w:rPr>
        <w:t>dalam</w:t>
      </w:r>
      <w:proofErr w:type="spellEnd"/>
      <w:r w:rsidRPr="00AA15EB">
        <w:rPr>
          <w:b/>
          <w:bCs/>
        </w:rPr>
        <w:t xml:space="preserve"> </w:t>
      </w:r>
      <w:proofErr w:type="spellStart"/>
      <w:r w:rsidRPr="00AA15EB">
        <w:rPr>
          <w:b/>
          <w:bCs/>
        </w:rPr>
        <w:t>bentuk</w:t>
      </w:r>
      <w:proofErr w:type="spellEnd"/>
      <w:r w:rsidRPr="00AA15EB">
        <w:rPr>
          <w:b/>
          <w:bCs/>
        </w:rPr>
        <w:t xml:space="preserve"> </w:t>
      </w:r>
      <w:r w:rsidRPr="00AA15EB">
        <w:rPr>
          <w:b/>
          <w:bCs/>
          <w:i/>
          <w:iCs/>
        </w:rPr>
        <w:t>request</w:t>
      </w:r>
      <w:r w:rsidRPr="00AA15EB">
        <w:rPr>
          <w:b/>
          <w:bCs/>
        </w:rPr>
        <w:t xml:space="preserve"> </w:t>
      </w:r>
      <w:proofErr w:type="spellStart"/>
      <w:r w:rsidRPr="00AA15EB">
        <w:rPr>
          <w:b/>
          <w:bCs/>
        </w:rPr>
        <w:t>ke</w:t>
      </w:r>
      <w:proofErr w:type="spellEnd"/>
      <w:r w:rsidRPr="00AA15EB">
        <w:rPr>
          <w:b/>
          <w:bCs/>
        </w:rPr>
        <w:t xml:space="preserve"> Laravel API.</w:t>
      </w:r>
    </w:p>
    <w:p w14:paraId="07BE2F64" w14:textId="77777777" w:rsidR="00AA15EB" w:rsidRPr="00AA15EB" w:rsidRDefault="00AA15EB">
      <w:pPr>
        <w:numPr>
          <w:ilvl w:val="0"/>
          <w:numId w:val="21"/>
        </w:numPr>
        <w:rPr>
          <w:b/>
          <w:bCs/>
        </w:rPr>
      </w:pPr>
      <w:proofErr w:type="spellStart"/>
      <w:r w:rsidRPr="00AA15EB">
        <w:rPr>
          <w:b/>
          <w:bCs/>
        </w:rPr>
        <w:t>Sistem</w:t>
      </w:r>
      <w:proofErr w:type="spellEnd"/>
      <w:r w:rsidRPr="00AA15EB">
        <w:rPr>
          <w:b/>
          <w:bCs/>
        </w:rPr>
        <w:t xml:space="preserve"> </w:t>
      </w:r>
      <w:proofErr w:type="spellStart"/>
      <w:r w:rsidRPr="00AA15EB">
        <w:rPr>
          <w:b/>
          <w:bCs/>
        </w:rPr>
        <w:t>melakukan</w:t>
      </w:r>
      <w:proofErr w:type="spellEnd"/>
      <w:r w:rsidRPr="00AA15EB">
        <w:rPr>
          <w:b/>
          <w:bCs/>
        </w:rPr>
        <w:t xml:space="preserve"> Cek </w:t>
      </w:r>
      <w:proofErr w:type="spellStart"/>
      <w:r w:rsidRPr="00AA15EB">
        <w:rPr>
          <w:b/>
          <w:bCs/>
        </w:rPr>
        <w:t>Otorisasi</w:t>
      </w:r>
      <w:proofErr w:type="spellEnd"/>
      <w:r w:rsidRPr="00AA15EB">
        <w:rPr>
          <w:b/>
          <w:bCs/>
        </w:rPr>
        <w:t xml:space="preserve"> Database </w:t>
      </w:r>
      <w:proofErr w:type="spellStart"/>
      <w:r w:rsidRPr="00AA15EB">
        <w:rPr>
          <w:b/>
          <w:bCs/>
        </w:rPr>
        <w:t>untuk</w:t>
      </w:r>
      <w:proofErr w:type="spellEnd"/>
      <w:r w:rsidRPr="00AA15EB">
        <w:rPr>
          <w:b/>
          <w:bCs/>
        </w:rPr>
        <w:t xml:space="preserve"> </w:t>
      </w:r>
      <w:proofErr w:type="spellStart"/>
      <w:r w:rsidRPr="00AA15EB">
        <w:rPr>
          <w:b/>
          <w:bCs/>
        </w:rPr>
        <w:t>memeriksa</w:t>
      </w:r>
      <w:proofErr w:type="spellEnd"/>
      <w:r w:rsidRPr="00AA15EB">
        <w:rPr>
          <w:b/>
          <w:bCs/>
        </w:rPr>
        <w:t xml:space="preserve"> </w:t>
      </w:r>
      <w:proofErr w:type="spellStart"/>
      <w:r w:rsidRPr="00AA15EB">
        <w:rPr>
          <w:b/>
          <w:bCs/>
        </w:rPr>
        <w:t>apakah</w:t>
      </w:r>
      <w:proofErr w:type="spellEnd"/>
      <w:r w:rsidRPr="00AA15EB">
        <w:rPr>
          <w:b/>
          <w:bCs/>
        </w:rPr>
        <w:t xml:space="preserve"> UID </w:t>
      </w:r>
      <w:proofErr w:type="spellStart"/>
      <w:r w:rsidRPr="00AA15EB">
        <w:rPr>
          <w:b/>
          <w:bCs/>
        </w:rPr>
        <w:t>terdaftar</w:t>
      </w:r>
      <w:proofErr w:type="spellEnd"/>
      <w:r w:rsidRPr="00AA15EB">
        <w:rPr>
          <w:b/>
          <w:bCs/>
        </w:rPr>
        <w:t xml:space="preserve"> dan </w:t>
      </w:r>
      <w:proofErr w:type="spellStart"/>
      <w:r w:rsidRPr="00AA15EB">
        <w:rPr>
          <w:b/>
          <w:bCs/>
        </w:rPr>
        <w:t>memiliki</w:t>
      </w:r>
      <w:proofErr w:type="spellEnd"/>
      <w:r w:rsidRPr="00AA15EB">
        <w:rPr>
          <w:b/>
          <w:bCs/>
        </w:rPr>
        <w:t xml:space="preserve"> </w:t>
      </w:r>
      <w:proofErr w:type="spellStart"/>
      <w:r w:rsidRPr="00AA15EB">
        <w:rPr>
          <w:b/>
          <w:bCs/>
        </w:rPr>
        <w:t>hak</w:t>
      </w:r>
      <w:proofErr w:type="spellEnd"/>
      <w:r w:rsidRPr="00AA15EB">
        <w:rPr>
          <w:b/>
          <w:bCs/>
        </w:rPr>
        <w:t xml:space="preserve"> </w:t>
      </w:r>
      <w:proofErr w:type="spellStart"/>
      <w:r w:rsidRPr="00AA15EB">
        <w:rPr>
          <w:b/>
          <w:bCs/>
        </w:rPr>
        <w:t>akses</w:t>
      </w:r>
      <w:proofErr w:type="spellEnd"/>
      <w:r w:rsidRPr="00AA15EB">
        <w:rPr>
          <w:b/>
          <w:bCs/>
        </w:rPr>
        <w:t>.</w:t>
      </w:r>
    </w:p>
    <w:p w14:paraId="262CD5C3" w14:textId="77777777" w:rsidR="00AA15EB" w:rsidRPr="00AA15EB" w:rsidRDefault="00AA15EB" w:rsidP="00AA15EB">
      <w:pPr>
        <w:rPr>
          <w:b/>
          <w:bCs/>
        </w:rPr>
      </w:pPr>
      <w:proofErr w:type="gramStart"/>
      <w:r w:rsidRPr="00AA15EB">
        <w:rPr>
          <w:b/>
          <w:bCs/>
        </w:rPr>
        <w:t xml:space="preserve">  </w:t>
      </w:r>
      <w:proofErr w:type="spellStart"/>
      <w:r w:rsidRPr="00AA15EB">
        <w:rPr>
          <w:b/>
          <w:bCs/>
        </w:rPr>
        <w:t>Pengambilan</w:t>
      </w:r>
      <w:proofErr w:type="spellEnd"/>
      <w:proofErr w:type="gramEnd"/>
      <w:r w:rsidRPr="00AA15EB">
        <w:rPr>
          <w:b/>
          <w:bCs/>
        </w:rPr>
        <w:t xml:space="preserve"> Keputusan (Decision Node):</w:t>
      </w:r>
    </w:p>
    <w:p w14:paraId="211169CA" w14:textId="32D4E2FA" w:rsidR="00AA15EB" w:rsidRPr="00AA15EB" w:rsidRDefault="00AA15EB">
      <w:pPr>
        <w:numPr>
          <w:ilvl w:val="0"/>
          <w:numId w:val="22"/>
        </w:numPr>
        <w:rPr>
          <w:b/>
          <w:bCs/>
        </w:rPr>
      </w:pPr>
      <w:r w:rsidRPr="00AA15EB">
        <w:rPr>
          <w:b/>
          <w:bCs/>
        </w:rPr>
        <w:lastRenderedPageBreak/>
        <w:t xml:space="preserve">[UID Valid / Authorized]: </w:t>
      </w:r>
      <w:proofErr w:type="spellStart"/>
      <w:r w:rsidRPr="00AA15EB">
        <w:rPr>
          <w:b/>
          <w:bCs/>
        </w:rPr>
        <w:t>Perintah</w:t>
      </w:r>
      <w:proofErr w:type="spellEnd"/>
      <w:r w:rsidRPr="00AA15EB">
        <w:rPr>
          <w:b/>
          <w:bCs/>
        </w:rPr>
        <w:t xml:space="preserve"> </w:t>
      </w:r>
      <w:proofErr w:type="spellStart"/>
      <w:r w:rsidRPr="00AA15EB">
        <w:rPr>
          <w:b/>
          <w:bCs/>
        </w:rPr>
        <w:t>dikirim</w:t>
      </w:r>
      <w:proofErr w:type="spellEnd"/>
      <w:r w:rsidRPr="00AA15EB">
        <w:rPr>
          <w:b/>
          <w:bCs/>
        </w:rPr>
        <w:t xml:space="preserve"> </w:t>
      </w:r>
      <w:proofErr w:type="spellStart"/>
      <w:r w:rsidRPr="00AA15EB">
        <w:rPr>
          <w:b/>
          <w:bCs/>
        </w:rPr>
        <w:t>kembali</w:t>
      </w:r>
      <w:proofErr w:type="spellEnd"/>
      <w:r w:rsidRPr="00AA15EB">
        <w:rPr>
          <w:b/>
          <w:bCs/>
        </w:rPr>
        <w:t xml:space="preserve"> </w:t>
      </w:r>
      <w:proofErr w:type="spellStart"/>
      <w:r w:rsidRPr="00AA15EB">
        <w:rPr>
          <w:b/>
          <w:bCs/>
        </w:rPr>
        <w:t>ke</w:t>
      </w:r>
      <w:proofErr w:type="spellEnd"/>
      <w:r w:rsidRPr="00AA15EB">
        <w:rPr>
          <w:b/>
          <w:bCs/>
        </w:rPr>
        <w:t xml:space="preserve"> hardware </w:t>
      </w:r>
      <m:oMath>
        <m:r>
          <m:rPr>
            <m:sty m:val="bi"/>
          </m:rPr>
          <w:rPr>
            <w:rFonts w:ascii="Cambria Math" w:hAnsi="Cambria Math"/>
          </w:rPr>
          <m:t>→</m:t>
        </m:r>
      </m:oMath>
      <w:r w:rsidRPr="00AA15EB">
        <w:rPr>
          <w:b/>
          <w:bCs/>
        </w:rPr>
        <w:t xml:space="preserve"> Relay ON &amp; Solenoid Terbuka (3 Detik) agar pengguna bisa masuk, lalu sistem kembali selesai.</w:t>
      </w:r>
    </w:p>
    <w:p w14:paraId="34143CF4" w14:textId="23E582BF" w:rsidR="00AA15EB" w:rsidRPr="00AA15EB" w:rsidRDefault="00AA15EB">
      <w:pPr>
        <w:numPr>
          <w:ilvl w:val="0"/>
          <w:numId w:val="22"/>
        </w:numPr>
        <w:rPr>
          <w:b/>
          <w:bCs/>
        </w:rPr>
      </w:pPr>
      <w:r w:rsidRPr="00AA15EB">
        <w:rPr>
          <w:b/>
          <w:bCs/>
        </w:rPr>
        <w:t xml:space="preserve">[UID Tidak Valid / Denied]: </w:t>
      </w:r>
      <w:proofErr w:type="spellStart"/>
      <w:r w:rsidRPr="00AA15EB">
        <w:rPr>
          <w:b/>
          <w:bCs/>
        </w:rPr>
        <w:t>Perintah</w:t>
      </w:r>
      <w:proofErr w:type="spellEnd"/>
      <w:r w:rsidRPr="00AA15EB">
        <w:rPr>
          <w:b/>
          <w:bCs/>
        </w:rPr>
        <w:t xml:space="preserve"> </w:t>
      </w:r>
      <w:proofErr w:type="spellStart"/>
      <w:r w:rsidRPr="00AA15EB">
        <w:rPr>
          <w:b/>
          <w:bCs/>
        </w:rPr>
        <w:t>dikirim</w:t>
      </w:r>
      <w:proofErr w:type="spellEnd"/>
      <w:r w:rsidRPr="00AA15EB">
        <w:rPr>
          <w:b/>
          <w:bCs/>
        </w:rPr>
        <w:t xml:space="preserve"> </w:t>
      </w:r>
      <w:proofErr w:type="spellStart"/>
      <w:r w:rsidRPr="00AA15EB">
        <w:rPr>
          <w:b/>
          <w:bCs/>
        </w:rPr>
        <w:t>ke</w:t>
      </w:r>
      <w:proofErr w:type="spellEnd"/>
      <w:r w:rsidRPr="00AA15EB">
        <w:rPr>
          <w:b/>
          <w:bCs/>
        </w:rPr>
        <w:t xml:space="preserve"> hardware </w:t>
      </w:r>
      <m:oMath>
        <m:r>
          <m:rPr>
            <m:sty m:val="bi"/>
          </m:rPr>
          <w:rPr>
            <w:rFonts w:ascii="Cambria Math" w:hAnsi="Cambria Math"/>
          </w:rPr>
          <m:t>→</m:t>
        </m:r>
      </m:oMath>
      <w:r w:rsidRPr="00AA15EB">
        <w:rPr>
          <w:b/>
          <w:bCs/>
        </w:rPr>
        <w:t xml:space="preserve"> Relay OFF &amp; Solenoid Terkunci, akses ditolak.</w:t>
      </w:r>
    </w:p>
    <w:p w14:paraId="07733CED" w14:textId="77777777" w:rsidR="00AA15EB" w:rsidRPr="00AA15EB" w:rsidRDefault="00AA15EB" w:rsidP="00AA15EB">
      <w:pPr>
        <w:rPr>
          <w:b/>
          <w:bCs/>
        </w:rPr>
      </w:pPr>
      <w:proofErr w:type="gramStart"/>
      <w:r w:rsidRPr="00AA15EB">
        <w:rPr>
          <w:b/>
          <w:bCs/>
        </w:rPr>
        <w:t xml:space="preserve">  </w:t>
      </w:r>
      <w:proofErr w:type="spellStart"/>
      <w:r w:rsidRPr="00AA15EB">
        <w:rPr>
          <w:b/>
          <w:bCs/>
        </w:rPr>
        <w:t>Protokol</w:t>
      </w:r>
      <w:proofErr w:type="spellEnd"/>
      <w:proofErr w:type="gramEnd"/>
      <w:r w:rsidRPr="00AA15EB">
        <w:rPr>
          <w:b/>
          <w:bCs/>
        </w:rPr>
        <w:t xml:space="preserve"> </w:t>
      </w:r>
      <w:proofErr w:type="spellStart"/>
      <w:r w:rsidRPr="00AA15EB">
        <w:rPr>
          <w:b/>
          <w:bCs/>
        </w:rPr>
        <w:t>Keamanan</w:t>
      </w:r>
      <w:proofErr w:type="spellEnd"/>
      <w:r w:rsidRPr="00AA15EB">
        <w:rPr>
          <w:b/>
          <w:bCs/>
        </w:rPr>
        <w:t xml:space="preserve"> </w:t>
      </w:r>
      <w:proofErr w:type="spellStart"/>
      <w:r w:rsidRPr="00AA15EB">
        <w:rPr>
          <w:b/>
          <w:bCs/>
        </w:rPr>
        <w:t>Darurat</w:t>
      </w:r>
      <w:proofErr w:type="spellEnd"/>
      <w:r w:rsidRPr="00AA15EB">
        <w:rPr>
          <w:b/>
          <w:bCs/>
        </w:rPr>
        <w:t xml:space="preserve"> (Fail-Safe Protocol):</w:t>
      </w:r>
    </w:p>
    <w:p w14:paraId="6AF5133B" w14:textId="77777777" w:rsidR="00AA15EB" w:rsidRPr="00AA15EB" w:rsidRDefault="00AA15EB">
      <w:pPr>
        <w:numPr>
          <w:ilvl w:val="0"/>
          <w:numId w:val="23"/>
        </w:numPr>
        <w:rPr>
          <w:b/>
          <w:bCs/>
        </w:rPr>
      </w:pPr>
      <w:r w:rsidRPr="00AA15EB">
        <w:rPr>
          <w:b/>
          <w:bCs/>
        </w:rPr>
        <w:t xml:space="preserve">Jika </w:t>
      </w:r>
      <w:proofErr w:type="spellStart"/>
      <w:r w:rsidRPr="00AA15EB">
        <w:rPr>
          <w:b/>
          <w:bCs/>
        </w:rPr>
        <w:t>terjadi</w:t>
      </w:r>
      <w:proofErr w:type="spellEnd"/>
      <w:r w:rsidRPr="00AA15EB">
        <w:rPr>
          <w:b/>
          <w:bCs/>
        </w:rPr>
        <w:t xml:space="preserve"> </w:t>
      </w:r>
      <w:proofErr w:type="spellStart"/>
      <w:r w:rsidRPr="00AA15EB">
        <w:rPr>
          <w:b/>
          <w:bCs/>
        </w:rPr>
        <w:t>kegagalan</w:t>
      </w:r>
      <w:proofErr w:type="spellEnd"/>
      <w:r w:rsidRPr="00AA15EB">
        <w:rPr>
          <w:b/>
          <w:bCs/>
        </w:rPr>
        <w:t xml:space="preserve"> </w:t>
      </w:r>
      <w:proofErr w:type="spellStart"/>
      <w:r w:rsidRPr="00AA15EB">
        <w:rPr>
          <w:b/>
          <w:bCs/>
        </w:rPr>
        <w:t>jaringan</w:t>
      </w:r>
      <w:proofErr w:type="spellEnd"/>
      <w:r w:rsidRPr="00AA15EB">
        <w:rPr>
          <w:b/>
          <w:bCs/>
        </w:rPr>
        <w:t>/</w:t>
      </w:r>
      <w:proofErr w:type="spellStart"/>
      <w:r w:rsidRPr="00AA15EB">
        <w:rPr>
          <w:b/>
          <w:bCs/>
        </w:rPr>
        <w:t>koneksi</w:t>
      </w:r>
      <w:proofErr w:type="spellEnd"/>
      <w:r w:rsidRPr="00AA15EB">
        <w:rPr>
          <w:b/>
          <w:bCs/>
        </w:rPr>
        <w:t xml:space="preserve"> (</w:t>
      </w:r>
      <w:r w:rsidRPr="00AA15EB">
        <w:rPr>
          <w:b/>
          <w:bCs/>
          <w:i/>
          <w:iCs/>
        </w:rPr>
        <w:t xml:space="preserve">Heartbeat </w:t>
      </w:r>
      <w:proofErr w:type="spellStart"/>
      <w:r w:rsidRPr="00AA15EB">
        <w:rPr>
          <w:b/>
          <w:bCs/>
          <w:i/>
          <w:iCs/>
        </w:rPr>
        <w:t>Terhenti</w:t>
      </w:r>
      <w:proofErr w:type="spellEnd"/>
      <w:r w:rsidRPr="00AA15EB">
        <w:rPr>
          <w:b/>
          <w:bCs/>
          <w:i/>
          <w:iCs/>
        </w:rPr>
        <w:t xml:space="preserve"> / USB Disconnect</w:t>
      </w:r>
      <w:r w:rsidRPr="00AA15EB">
        <w:rPr>
          <w:b/>
          <w:bCs/>
        </w:rPr>
        <w:t xml:space="preserve">), Watchdog Timeout (12s) </w:t>
      </w:r>
      <w:proofErr w:type="spellStart"/>
      <w:r w:rsidRPr="00AA15EB">
        <w:rPr>
          <w:b/>
          <w:bCs/>
        </w:rPr>
        <w:t>akan</w:t>
      </w:r>
      <w:proofErr w:type="spellEnd"/>
      <w:r w:rsidRPr="00AA15EB">
        <w:rPr>
          <w:b/>
          <w:bCs/>
        </w:rPr>
        <w:t xml:space="preserve"> </w:t>
      </w:r>
      <w:proofErr w:type="spellStart"/>
      <w:r w:rsidRPr="00AA15EB">
        <w:rPr>
          <w:b/>
          <w:bCs/>
        </w:rPr>
        <w:t>aktif</w:t>
      </w:r>
      <w:proofErr w:type="spellEnd"/>
      <w:r w:rsidRPr="00AA15EB">
        <w:rPr>
          <w:b/>
          <w:bCs/>
        </w:rPr>
        <w:t xml:space="preserve"> </w:t>
      </w:r>
      <w:proofErr w:type="spellStart"/>
      <w:r w:rsidRPr="00AA15EB">
        <w:rPr>
          <w:b/>
          <w:bCs/>
        </w:rPr>
        <w:t>menghitung</w:t>
      </w:r>
      <w:proofErr w:type="spellEnd"/>
      <w:r w:rsidRPr="00AA15EB">
        <w:rPr>
          <w:b/>
          <w:bCs/>
        </w:rPr>
        <w:t xml:space="preserve"> </w:t>
      </w:r>
      <w:proofErr w:type="spellStart"/>
      <w:r w:rsidRPr="00AA15EB">
        <w:rPr>
          <w:b/>
          <w:bCs/>
        </w:rPr>
        <w:t>mundur</w:t>
      </w:r>
      <w:proofErr w:type="spellEnd"/>
      <w:r w:rsidRPr="00AA15EB">
        <w:rPr>
          <w:b/>
          <w:bCs/>
        </w:rPr>
        <w:t>.</w:t>
      </w:r>
    </w:p>
    <w:p w14:paraId="56EFB50B" w14:textId="77777777" w:rsidR="00AA15EB" w:rsidRPr="00AA15EB" w:rsidRDefault="00AA15EB">
      <w:pPr>
        <w:numPr>
          <w:ilvl w:val="0"/>
          <w:numId w:val="23"/>
        </w:numPr>
        <w:rPr>
          <w:b/>
          <w:bCs/>
        </w:rPr>
      </w:pPr>
      <w:proofErr w:type="spellStart"/>
      <w:r w:rsidRPr="00AA15EB">
        <w:rPr>
          <w:b/>
          <w:bCs/>
        </w:rPr>
        <w:t>Setelah</w:t>
      </w:r>
      <w:proofErr w:type="spellEnd"/>
      <w:r w:rsidRPr="00AA15EB">
        <w:rPr>
          <w:b/>
          <w:bCs/>
        </w:rPr>
        <w:t xml:space="preserve"> 12 </w:t>
      </w:r>
      <w:proofErr w:type="spellStart"/>
      <w:r w:rsidRPr="00AA15EB">
        <w:rPr>
          <w:b/>
          <w:bCs/>
        </w:rPr>
        <w:t>detik</w:t>
      </w:r>
      <w:proofErr w:type="spellEnd"/>
      <w:r w:rsidRPr="00AA15EB">
        <w:rPr>
          <w:b/>
          <w:bCs/>
        </w:rPr>
        <w:t xml:space="preserve"> </w:t>
      </w:r>
      <w:proofErr w:type="spellStart"/>
      <w:r w:rsidRPr="00AA15EB">
        <w:rPr>
          <w:b/>
          <w:bCs/>
        </w:rPr>
        <w:t>tanpa</w:t>
      </w:r>
      <w:proofErr w:type="spellEnd"/>
      <w:r w:rsidRPr="00AA15EB">
        <w:rPr>
          <w:b/>
          <w:bCs/>
        </w:rPr>
        <w:t xml:space="preserve"> </w:t>
      </w:r>
      <w:proofErr w:type="spellStart"/>
      <w:r w:rsidRPr="00AA15EB">
        <w:rPr>
          <w:b/>
          <w:bCs/>
        </w:rPr>
        <w:t>respon</w:t>
      </w:r>
      <w:proofErr w:type="spellEnd"/>
      <w:r w:rsidRPr="00AA15EB">
        <w:rPr>
          <w:b/>
          <w:bCs/>
        </w:rPr>
        <w:t xml:space="preserve">, </w:t>
      </w:r>
      <w:proofErr w:type="spellStart"/>
      <w:r w:rsidRPr="00AA15EB">
        <w:rPr>
          <w:b/>
          <w:bCs/>
        </w:rPr>
        <w:t>sistem</w:t>
      </w:r>
      <w:proofErr w:type="spellEnd"/>
      <w:r w:rsidRPr="00AA15EB">
        <w:rPr>
          <w:b/>
          <w:bCs/>
        </w:rPr>
        <w:t xml:space="preserve"> </w:t>
      </w:r>
      <w:proofErr w:type="spellStart"/>
      <w:r w:rsidRPr="00AA15EB">
        <w:rPr>
          <w:b/>
          <w:bCs/>
        </w:rPr>
        <w:t>secara</w:t>
      </w:r>
      <w:proofErr w:type="spellEnd"/>
      <w:r w:rsidRPr="00AA15EB">
        <w:rPr>
          <w:b/>
          <w:bCs/>
        </w:rPr>
        <w:t xml:space="preserve"> </w:t>
      </w:r>
      <w:proofErr w:type="spellStart"/>
      <w:r w:rsidRPr="00AA15EB">
        <w:rPr>
          <w:b/>
          <w:bCs/>
        </w:rPr>
        <w:t>otomatis</w:t>
      </w:r>
      <w:proofErr w:type="spellEnd"/>
      <w:r w:rsidRPr="00AA15EB">
        <w:rPr>
          <w:b/>
          <w:bCs/>
        </w:rPr>
        <w:t xml:space="preserve"> </w:t>
      </w:r>
      <w:proofErr w:type="spellStart"/>
      <w:r w:rsidRPr="00AA15EB">
        <w:rPr>
          <w:b/>
          <w:bCs/>
        </w:rPr>
        <w:t>mengeksekusi</w:t>
      </w:r>
      <w:proofErr w:type="spellEnd"/>
      <w:r w:rsidRPr="00AA15EB">
        <w:rPr>
          <w:b/>
          <w:bCs/>
        </w:rPr>
        <w:t xml:space="preserve"> Relay Mati &amp; Solenoid Lepas (Door Free) agar </w:t>
      </w:r>
      <w:proofErr w:type="spellStart"/>
      <w:r w:rsidRPr="00AA15EB">
        <w:rPr>
          <w:b/>
          <w:bCs/>
        </w:rPr>
        <w:t>pintu</w:t>
      </w:r>
      <w:proofErr w:type="spellEnd"/>
      <w:r w:rsidRPr="00AA15EB">
        <w:rPr>
          <w:b/>
          <w:bCs/>
        </w:rPr>
        <w:t xml:space="preserve"> </w:t>
      </w:r>
      <w:proofErr w:type="spellStart"/>
      <w:r w:rsidRPr="00AA15EB">
        <w:rPr>
          <w:b/>
          <w:bCs/>
        </w:rPr>
        <w:t>tidak</w:t>
      </w:r>
      <w:proofErr w:type="spellEnd"/>
      <w:r w:rsidRPr="00AA15EB">
        <w:rPr>
          <w:b/>
          <w:bCs/>
        </w:rPr>
        <w:t xml:space="preserve"> </w:t>
      </w:r>
      <w:proofErr w:type="spellStart"/>
      <w:r w:rsidRPr="00AA15EB">
        <w:rPr>
          <w:b/>
          <w:bCs/>
        </w:rPr>
        <w:t>terkunci</w:t>
      </w:r>
      <w:proofErr w:type="spellEnd"/>
      <w:r w:rsidRPr="00AA15EB">
        <w:rPr>
          <w:b/>
          <w:bCs/>
        </w:rPr>
        <w:t xml:space="preserve"> </w:t>
      </w:r>
      <w:proofErr w:type="spellStart"/>
      <w:r w:rsidRPr="00AA15EB">
        <w:rPr>
          <w:b/>
          <w:bCs/>
        </w:rPr>
        <w:t>secara</w:t>
      </w:r>
      <w:proofErr w:type="spellEnd"/>
      <w:r w:rsidRPr="00AA15EB">
        <w:rPr>
          <w:b/>
          <w:bCs/>
        </w:rPr>
        <w:t xml:space="preserve"> </w:t>
      </w:r>
      <w:proofErr w:type="spellStart"/>
      <w:r w:rsidRPr="00AA15EB">
        <w:rPr>
          <w:b/>
          <w:bCs/>
        </w:rPr>
        <w:t>permanen</w:t>
      </w:r>
      <w:proofErr w:type="spellEnd"/>
      <w:r w:rsidRPr="00AA15EB">
        <w:rPr>
          <w:b/>
          <w:bCs/>
        </w:rPr>
        <w:t xml:space="preserve"> </w:t>
      </w:r>
      <w:proofErr w:type="spellStart"/>
      <w:r w:rsidRPr="00AA15EB">
        <w:rPr>
          <w:b/>
          <w:bCs/>
        </w:rPr>
        <w:t>saat</w:t>
      </w:r>
      <w:proofErr w:type="spellEnd"/>
      <w:r w:rsidRPr="00AA15EB">
        <w:rPr>
          <w:b/>
          <w:bCs/>
        </w:rPr>
        <w:t xml:space="preserve"> </w:t>
      </w:r>
      <w:proofErr w:type="spellStart"/>
      <w:r w:rsidRPr="00AA15EB">
        <w:rPr>
          <w:b/>
          <w:bCs/>
        </w:rPr>
        <w:t>darurat</w:t>
      </w:r>
      <w:proofErr w:type="spellEnd"/>
      <w:r w:rsidRPr="00AA15EB">
        <w:rPr>
          <w:b/>
          <w:bCs/>
        </w:rPr>
        <w:t>/</w:t>
      </w:r>
      <w:proofErr w:type="spellStart"/>
      <w:r w:rsidRPr="00AA15EB">
        <w:rPr>
          <w:b/>
          <w:bCs/>
        </w:rPr>
        <w:t>mati</w:t>
      </w:r>
      <w:proofErr w:type="spellEnd"/>
      <w:r w:rsidRPr="00AA15EB">
        <w:rPr>
          <w:b/>
          <w:bCs/>
        </w:rPr>
        <w:t xml:space="preserve"> </w:t>
      </w:r>
      <w:proofErr w:type="spellStart"/>
      <w:r w:rsidRPr="00AA15EB">
        <w:rPr>
          <w:b/>
          <w:bCs/>
        </w:rPr>
        <w:t>listrik</w:t>
      </w:r>
      <w:proofErr w:type="spellEnd"/>
      <w:r w:rsidRPr="00AA15EB">
        <w:rPr>
          <w:b/>
          <w:bCs/>
        </w:rPr>
        <w:t xml:space="preserve"> (</w:t>
      </w:r>
      <w:proofErr w:type="spellStart"/>
      <w:r w:rsidRPr="00AA15EB">
        <w:rPr>
          <w:b/>
          <w:bCs/>
        </w:rPr>
        <w:t>prinsip</w:t>
      </w:r>
      <w:proofErr w:type="spellEnd"/>
      <w:r w:rsidRPr="00AA15EB">
        <w:rPr>
          <w:b/>
          <w:bCs/>
        </w:rPr>
        <w:t xml:space="preserve"> </w:t>
      </w:r>
      <w:r w:rsidRPr="00AA15EB">
        <w:rPr>
          <w:b/>
          <w:bCs/>
          <w:i/>
          <w:iCs/>
        </w:rPr>
        <w:t>fail-safe</w:t>
      </w:r>
      <w:r w:rsidRPr="00AA15EB">
        <w:rPr>
          <w:b/>
          <w:bCs/>
        </w:rPr>
        <w:t>).</w:t>
      </w:r>
    </w:p>
    <w:p w14:paraId="1464F3A5" w14:textId="43E5F4FD" w:rsidR="00943C51" w:rsidRPr="00943C51" w:rsidRDefault="00943C51" w:rsidP="00943C51"/>
    <w:p w14:paraId="49B69A22" w14:textId="35753DD0" w:rsidR="00943C51" w:rsidRDefault="00BE618A" w:rsidP="00943C51">
      <w:pPr>
        <w:pStyle w:val="Heading3"/>
      </w:pPr>
      <w:r w:rsidRPr="00BE618A">
        <w:t>C. Class Diagram</w:t>
      </w:r>
    </w:p>
    <w:p w14:paraId="0DC2AD86" w14:textId="70021B24" w:rsidR="00943C51" w:rsidRPr="00943C51" w:rsidRDefault="00003190" w:rsidP="00943C51">
      <w:r>
        <w:rPr>
          <w:noProof/>
        </w:rPr>
        <w:drawing>
          <wp:inline distT="0" distB="0" distL="0" distR="0" wp14:anchorId="1BD826CC" wp14:editId="2014D744">
            <wp:extent cx="5039995" cy="3702685"/>
            <wp:effectExtent l="0" t="0" r="8255" b="0"/>
            <wp:docPr id="227591649" name="Graphic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591649" name="Graphic 227591649"/>
                    <pic:cNvPicPr/>
                  </pic:nvPicPr>
                  <pic:blipFill>
                    <a:blip r:embed="rId17">
                      <a:extLst>
                        <a:ext uri="{96DAC541-7B7A-43D3-8B79-37D633B846F1}">
                          <asvg:svgBlip xmlns:asvg="http://schemas.microsoft.com/office/drawing/2016/SVG/main" r:embed="rId1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3702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E2811B" w14:textId="77777777" w:rsidR="00AA15EB" w:rsidRPr="00AA15EB" w:rsidRDefault="00943C51" w:rsidP="00AA15EB">
      <w:pPr>
        <w:rPr>
          <w:b/>
          <w:bCs/>
        </w:rPr>
      </w:pPr>
      <w:proofErr w:type="spellStart"/>
      <w:r>
        <w:rPr>
          <w:b/>
          <w:bCs/>
        </w:rPr>
        <w:t>Penjelasan</w:t>
      </w:r>
      <w:proofErr w:type="spellEnd"/>
      <w:r>
        <w:rPr>
          <w:b/>
          <w:bCs/>
        </w:rPr>
        <w:t>:</w:t>
      </w:r>
      <w:r>
        <w:rPr>
          <w:b/>
          <w:bCs/>
        </w:rPr>
        <w:br/>
      </w:r>
      <w:proofErr w:type="spellStart"/>
      <w:r w:rsidR="00AA15EB" w:rsidRPr="00AA15EB">
        <w:rPr>
          <w:b/>
          <w:bCs/>
        </w:rPr>
        <w:t>Ringkasan</w:t>
      </w:r>
      <w:proofErr w:type="spellEnd"/>
      <w:r w:rsidR="00AA15EB" w:rsidRPr="00AA15EB">
        <w:rPr>
          <w:b/>
          <w:bCs/>
        </w:rPr>
        <w:t xml:space="preserve"> </w:t>
      </w:r>
      <w:proofErr w:type="spellStart"/>
      <w:r w:rsidR="00AA15EB" w:rsidRPr="00AA15EB">
        <w:rPr>
          <w:b/>
          <w:bCs/>
        </w:rPr>
        <w:t>Komponen</w:t>
      </w:r>
      <w:proofErr w:type="spellEnd"/>
      <w:r w:rsidR="00AA15EB" w:rsidRPr="00AA15EB">
        <w:rPr>
          <w:b/>
          <w:bCs/>
        </w:rPr>
        <w:t xml:space="preserve"> </w:t>
      </w:r>
      <w:proofErr w:type="spellStart"/>
      <w:r w:rsidR="00AA15EB" w:rsidRPr="00AA15EB">
        <w:rPr>
          <w:b/>
          <w:bCs/>
        </w:rPr>
        <w:t>Kelas</w:t>
      </w:r>
      <w:proofErr w:type="spellEnd"/>
      <w:r w:rsidR="00AA15EB" w:rsidRPr="00AA15EB">
        <w:rPr>
          <w:b/>
          <w:bCs/>
        </w:rPr>
        <w:t xml:space="preserve"> &amp; </w:t>
      </w:r>
      <w:proofErr w:type="spellStart"/>
      <w:r w:rsidR="00AA15EB" w:rsidRPr="00AA15EB">
        <w:rPr>
          <w:b/>
          <w:bCs/>
        </w:rPr>
        <w:t>Hubungannya</w:t>
      </w:r>
      <w:proofErr w:type="spellEnd"/>
    </w:p>
    <w:p w14:paraId="1B7FD9A7" w14:textId="77777777" w:rsidR="00AA15EB" w:rsidRPr="00AA15EB" w:rsidRDefault="00AA15EB">
      <w:pPr>
        <w:numPr>
          <w:ilvl w:val="0"/>
          <w:numId w:val="24"/>
        </w:numPr>
        <w:rPr>
          <w:b/>
          <w:bCs/>
        </w:rPr>
      </w:pPr>
      <w:proofErr w:type="spellStart"/>
      <w:r w:rsidRPr="00AA15EB">
        <w:rPr>
          <w:b/>
          <w:bCs/>
        </w:rPr>
        <w:t>IoTDevice</w:t>
      </w:r>
      <w:proofErr w:type="spellEnd"/>
      <w:r w:rsidRPr="00AA15EB">
        <w:rPr>
          <w:b/>
          <w:bCs/>
        </w:rPr>
        <w:t xml:space="preserve"> (</w:t>
      </w:r>
      <w:proofErr w:type="spellStart"/>
      <w:r w:rsidRPr="00AA15EB">
        <w:rPr>
          <w:b/>
          <w:bCs/>
        </w:rPr>
        <w:t>Pengendali</w:t>
      </w:r>
      <w:proofErr w:type="spellEnd"/>
      <w:r w:rsidRPr="00AA15EB">
        <w:rPr>
          <w:b/>
          <w:bCs/>
        </w:rPr>
        <w:t xml:space="preserve"> Utama / Controller):</w:t>
      </w:r>
    </w:p>
    <w:p w14:paraId="12CDA447" w14:textId="77777777" w:rsidR="00AA15EB" w:rsidRPr="00AA15EB" w:rsidRDefault="00AA15EB">
      <w:pPr>
        <w:numPr>
          <w:ilvl w:val="1"/>
          <w:numId w:val="24"/>
        </w:numPr>
        <w:rPr>
          <w:b/>
          <w:bCs/>
        </w:rPr>
      </w:pPr>
      <w:proofErr w:type="spellStart"/>
      <w:r w:rsidRPr="00AA15EB">
        <w:rPr>
          <w:b/>
          <w:bCs/>
        </w:rPr>
        <w:lastRenderedPageBreak/>
        <w:t>Kelas</w:t>
      </w:r>
      <w:proofErr w:type="spellEnd"/>
      <w:r w:rsidRPr="00AA15EB">
        <w:rPr>
          <w:b/>
          <w:bCs/>
        </w:rPr>
        <w:t xml:space="preserve"> inti </w:t>
      </w:r>
      <w:proofErr w:type="spellStart"/>
      <w:r w:rsidRPr="00AA15EB">
        <w:rPr>
          <w:b/>
          <w:bCs/>
        </w:rPr>
        <w:t>dari</w:t>
      </w:r>
      <w:proofErr w:type="spellEnd"/>
      <w:r w:rsidRPr="00AA15EB">
        <w:rPr>
          <w:b/>
          <w:bCs/>
        </w:rPr>
        <w:t xml:space="preserve"> </w:t>
      </w:r>
      <w:proofErr w:type="spellStart"/>
      <w:r w:rsidRPr="00AA15EB">
        <w:rPr>
          <w:b/>
          <w:bCs/>
        </w:rPr>
        <w:t>perangkat</w:t>
      </w:r>
      <w:proofErr w:type="spellEnd"/>
      <w:r w:rsidRPr="00AA15EB">
        <w:rPr>
          <w:b/>
          <w:bCs/>
        </w:rPr>
        <w:t xml:space="preserve"> </w:t>
      </w:r>
      <w:proofErr w:type="spellStart"/>
      <w:r w:rsidRPr="00AA15EB">
        <w:rPr>
          <w:b/>
          <w:bCs/>
        </w:rPr>
        <w:t>keras</w:t>
      </w:r>
      <w:proofErr w:type="spellEnd"/>
      <w:r w:rsidRPr="00AA15EB">
        <w:rPr>
          <w:b/>
          <w:bCs/>
        </w:rPr>
        <w:t xml:space="preserve"> yang </w:t>
      </w:r>
      <w:proofErr w:type="spellStart"/>
      <w:r w:rsidRPr="00AA15EB">
        <w:rPr>
          <w:b/>
          <w:bCs/>
        </w:rPr>
        <w:t>menyimpan</w:t>
      </w:r>
      <w:proofErr w:type="spellEnd"/>
      <w:r w:rsidRPr="00AA15EB">
        <w:rPr>
          <w:b/>
          <w:bCs/>
        </w:rPr>
        <w:t xml:space="preserve"> </w:t>
      </w:r>
      <w:proofErr w:type="spellStart"/>
      <w:r w:rsidRPr="00AA15EB">
        <w:rPr>
          <w:b/>
          <w:bCs/>
        </w:rPr>
        <w:t>informasi</w:t>
      </w:r>
      <w:proofErr w:type="spellEnd"/>
      <w:r w:rsidRPr="00AA15EB">
        <w:rPr>
          <w:b/>
          <w:bCs/>
        </w:rPr>
        <w:t xml:space="preserve"> </w:t>
      </w:r>
      <w:proofErr w:type="spellStart"/>
      <w:r w:rsidRPr="00AA15EB">
        <w:rPr>
          <w:b/>
          <w:bCs/>
          <w:i/>
          <w:iCs/>
        </w:rPr>
        <w:t>deviceID</w:t>
      </w:r>
      <w:proofErr w:type="spellEnd"/>
      <w:r w:rsidRPr="00AA15EB">
        <w:rPr>
          <w:b/>
          <w:bCs/>
        </w:rPr>
        <w:t xml:space="preserve">, </w:t>
      </w:r>
      <w:proofErr w:type="spellStart"/>
      <w:r w:rsidRPr="00AA15EB">
        <w:rPr>
          <w:b/>
          <w:bCs/>
          <w:i/>
          <w:iCs/>
        </w:rPr>
        <w:t>ipAddress</w:t>
      </w:r>
      <w:proofErr w:type="spellEnd"/>
      <w:r w:rsidRPr="00AA15EB">
        <w:rPr>
          <w:b/>
          <w:bCs/>
        </w:rPr>
        <w:t xml:space="preserve">, dan status </w:t>
      </w:r>
      <w:proofErr w:type="spellStart"/>
      <w:r w:rsidRPr="00AA15EB">
        <w:rPr>
          <w:b/>
          <w:bCs/>
        </w:rPr>
        <w:t>koneksi</w:t>
      </w:r>
      <w:proofErr w:type="spellEnd"/>
      <w:r w:rsidRPr="00AA15EB">
        <w:rPr>
          <w:b/>
          <w:bCs/>
        </w:rPr>
        <w:t>.</w:t>
      </w:r>
    </w:p>
    <w:p w14:paraId="7623EBA4" w14:textId="77777777" w:rsidR="00AA15EB" w:rsidRPr="00AA15EB" w:rsidRDefault="00AA15EB">
      <w:pPr>
        <w:numPr>
          <w:ilvl w:val="1"/>
          <w:numId w:val="24"/>
        </w:numPr>
        <w:rPr>
          <w:b/>
          <w:bCs/>
        </w:rPr>
      </w:pPr>
      <w:proofErr w:type="spellStart"/>
      <w:r w:rsidRPr="00AA15EB">
        <w:rPr>
          <w:b/>
          <w:bCs/>
        </w:rPr>
        <w:t>Berfungsi</w:t>
      </w:r>
      <w:proofErr w:type="spellEnd"/>
      <w:r w:rsidRPr="00AA15EB">
        <w:rPr>
          <w:b/>
          <w:bCs/>
        </w:rPr>
        <w:t xml:space="preserve"> </w:t>
      </w:r>
      <w:proofErr w:type="spellStart"/>
      <w:r w:rsidRPr="00AA15EB">
        <w:rPr>
          <w:b/>
          <w:bCs/>
        </w:rPr>
        <w:t>untuk</w:t>
      </w:r>
      <w:proofErr w:type="spellEnd"/>
      <w:r w:rsidRPr="00AA15EB">
        <w:rPr>
          <w:b/>
          <w:bCs/>
        </w:rPr>
        <w:t xml:space="preserve"> </w:t>
      </w:r>
      <w:proofErr w:type="spellStart"/>
      <w:r w:rsidRPr="00AA15EB">
        <w:rPr>
          <w:b/>
          <w:bCs/>
        </w:rPr>
        <w:t>mengirim</w:t>
      </w:r>
      <w:proofErr w:type="spellEnd"/>
      <w:r w:rsidRPr="00AA15EB">
        <w:rPr>
          <w:b/>
          <w:bCs/>
        </w:rPr>
        <w:t xml:space="preserve"> </w:t>
      </w:r>
      <w:proofErr w:type="spellStart"/>
      <w:r w:rsidRPr="00AA15EB">
        <w:rPr>
          <w:b/>
          <w:bCs/>
        </w:rPr>
        <w:t>sinyal</w:t>
      </w:r>
      <w:proofErr w:type="spellEnd"/>
      <w:r w:rsidRPr="00AA15EB">
        <w:rPr>
          <w:b/>
          <w:bCs/>
        </w:rPr>
        <w:t xml:space="preserve"> </w:t>
      </w:r>
      <w:r w:rsidRPr="00AA15EB">
        <w:rPr>
          <w:b/>
          <w:bCs/>
          <w:i/>
          <w:iCs/>
        </w:rPr>
        <w:t>heartbeat</w:t>
      </w:r>
      <w:r w:rsidRPr="00AA15EB">
        <w:rPr>
          <w:b/>
          <w:bCs/>
        </w:rPr>
        <w:t xml:space="preserve"> (</w:t>
      </w:r>
      <w:proofErr w:type="spellStart"/>
      <w:r w:rsidRPr="00AA15EB">
        <w:rPr>
          <w:b/>
          <w:bCs/>
        </w:rPr>
        <w:t>sendHeartbeat</w:t>
      </w:r>
      <w:proofErr w:type="spellEnd"/>
      <w:r w:rsidRPr="00AA15EB">
        <w:rPr>
          <w:b/>
          <w:bCs/>
        </w:rPr>
        <w:t xml:space="preserve">) dan </w:t>
      </w:r>
      <w:proofErr w:type="spellStart"/>
      <w:r w:rsidRPr="00AA15EB">
        <w:rPr>
          <w:b/>
          <w:bCs/>
        </w:rPr>
        <w:t>memicu</w:t>
      </w:r>
      <w:proofErr w:type="spellEnd"/>
      <w:r w:rsidRPr="00AA15EB">
        <w:rPr>
          <w:b/>
          <w:bCs/>
        </w:rPr>
        <w:t xml:space="preserve"> mode </w:t>
      </w:r>
      <w:proofErr w:type="spellStart"/>
      <w:r w:rsidRPr="00AA15EB">
        <w:rPr>
          <w:b/>
          <w:bCs/>
        </w:rPr>
        <w:t>darurat</w:t>
      </w:r>
      <w:proofErr w:type="spellEnd"/>
      <w:r w:rsidRPr="00AA15EB">
        <w:rPr>
          <w:b/>
          <w:bCs/>
        </w:rPr>
        <w:t xml:space="preserve"> (</w:t>
      </w:r>
      <w:proofErr w:type="spellStart"/>
      <w:r w:rsidRPr="00AA15EB">
        <w:rPr>
          <w:b/>
          <w:bCs/>
        </w:rPr>
        <w:t>triggerFailSafe</w:t>
      </w:r>
      <w:proofErr w:type="spellEnd"/>
      <w:r w:rsidRPr="00AA15EB">
        <w:rPr>
          <w:b/>
          <w:bCs/>
        </w:rPr>
        <w:t>).</w:t>
      </w:r>
    </w:p>
    <w:p w14:paraId="5B13E717" w14:textId="77777777" w:rsidR="00AA15EB" w:rsidRPr="00AA15EB" w:rsidRDefault="00AA15EB">
      <w:pPr>
        <w:numPr>
          <w:ilvl w:val="0"/>
          <w:numId w:val="24"/>
        </w:numPr>
        <w:rPr>
          <w:b/>
          <w:bCs/>
        </w:rPr>
      </w:pPr>
      <w:proofErr w:type="spellStart"/>
      <w:r w:rsidRPr="00AA15EB">
        <w:rPr>
          <w:b/>
          <w:bCs/>
        </w:rPr>
        <w:t>Komponen</w:t>
      </w:r>
      <w:proofErr w:type="spellEnd"/>
      <w:r w:rsidRPr="00AA15EB">
        <w:rPr>
          <w:b/>
          <w:bCs/>
        </w:rPr>
        <w:t xml:space="preserve"> Hardware </w:t>
      </w:r>
      <w:proofErr w:type="spellStart"/>
      <w:r w:rsidRPr="00AA15EB">
        <w:rPr>
          <w:b/>
          <w:bCs/>
        </w:rPr>
        <w:t>Terhubung</w:t>
      </w:r>
      <w:proofErr w:type="spellEnd"/>
      <w:r w:rsidRPr="00AA15EB">
        <w:rPr>
          <w:b/>
          <w:bCs/>
        </w:rPr>
        <w:t xml:space="preserve"> (</w:t>
      </w:r>
      <w:proofErr w:type="spellStart"/>
      <w:r w:rsidRPr="00AA15EB">
        <w:rPr>
          <w:b/>
          <w:bCs/>
        </w:rPr>
        <w:t>Komposisi</w:t>
      </w:r>
      <w:proofErr w:type="spellEnd"/>
      <w:r w:rsidRPr="00AA15EB">
        <w:rPr>
          <w:b/>
          <w:bCs/>
        </w:rPr>
        <w:t>):</w:t>
      </w:r>
    </w:p>
    <w:p w14:paraId="25954894" w14:textId="77777777" w:rsidR="00AA15EB" w:rsidRPr="00AA15EB" w:rsidRDefault="00AA15EB">
      <w:pPr>
        <w:numPr>
          <w:ilvl w:val="1"/>
          <w:numId w:val="24"/>
        </w:numPr>
        <w:rPr>
          <w:b/>
          <w:bCs/>
        </w:rPr>
      </w:pPr>
      <w:proofErr w:type="spellStart"/>
      <w:r w:rsidRPr="00AA15EB">
        <w:rPr>
          <w:b/>
          <w:bCs/>
        </w:rPr>
        <w:t>CardReader</w:t>
      </w:r>
      <w:proofErr w:type="spellEnd"/>
      <w:r w:rsidRPr="00AA15EB">
        <w:rPr>
          <w:b/>
          <w:bCs/>
        </w:rPr>
        <w:t xml:space="preserve"> (</w:t>
      </w:r>
      <w:r w:rsidRPr="00AA15EB">
        <w:rPr>
          <w:b/>
          <w:bCs/>
          <w:i/>
          <w:iCs/>
        </w:rPr>
        <w:t>Has</w:t>
      </w:r>
      <w:r w:rsidRPr="00AA15EB">
        <w:rPr>
          <w:b/>
          <w:bCs/>
        </w:rPr>
        <w:t xml:space="preserve">): </w:t>
      </w:r>
      <w:proofErr w:type="spellStart"/>
      <w:r w:rsidRPr="00AA15EB">
        <w:rPr>
          <w:b/>
          <w:bCs/>
        </w:rPr>
        <w:t>Bertanggung</w:t>
      </w:r>
      <w:proofErr w:type="spellEnd"/>
      <w:r w:rsidRPr="00AA15EB">
        <w:rPr>
          <w:b/>
          <w:bCs/>
        </w:rPr>
        <w:t xml:space="preserve"> </w:t>
      </w:r>
      <w:proofErr w:type="spellStart"/>
      <w:r w:rsidRPr="00AA15EB">
        <w:rPr>
          <w:b/>
          <w:bCs/>
        </w:rPr>
        <w:t>jawab</w:t>
      </w:r>
      <w:proofErr w:type="spellEnd"/>
      <w:r w:rsidRPr="00AA15EB">
        <w:rPr>
          <w:b/>
          <w:bCs/>
        </w:rPr>
        <w:t xml:space="preserve"> </w:t>
      </w:r>
      <w:proofErr w:type="spellStart"/>
      <w:r w:rsidRPr="00AA15EB">
        <w:rPr>
          <w:b/>
          <w:bCs/>
        </w:rPr>
        <w:t>membaca</w:t>
      </w:r>
      <w:proofErr w:type="spellEnd"/>
      <w:r w:rsidRPr="00AA15EB">
        <w:rPr>
          <w:b/>
          <w:bCs/>
        </w:rPr>
        <w:t xml:space="preserve"> data </w:t>
      </w:r>
      <w:proofErr w:type="spellStart"/>
      <w:r w:rsidRPr="00AA15EB">
        <w:rPr>
          <w:b/>
          <w:bCs/>
        </w:rPr>
        <w:t>kartu</w:t>
      </w:r>
      <w:proofErr w:type="spellEnd"/>
      <w:r w:rsidRPr="00AA15EB">
        <w:rPr>
          <w:b/>
          <w:bCs/>
        </w:rPr>
        <w:t xml:space="preserve"> RFID (</w:t>
      </w:r>
      <w:proofErr w:type="spellStart"/>
      <w:r w:rsidRPr="00AA15EB">
        <w:rPr>
          <w:b/>
          <w:bCs/>
        </w:rPr>
        <w:t>readUID</w:t>
      </w:r>
      <w:proofErr w:type="spellEnd"/>
      <w:r w:rsidRPr="00AA15EB">
        <w:rPr>
          <w:b/>
          <w:bCs/>
        </w:rPr>
        <w:t xml:space="preserve">) dan </w:t>
      </w:r>
      <w:proofErr w:type="spellStart"/>
      <w:r w:rsidRPr="00AA15EB">
        <w:rPr>
          <w:b/>
          <w:bCs/>
        </w:rPr>
        <w:t>memberikan</w:t>
      </w:r>
      <w:proofErr w:type="spellEnd"/>
      <w:r w:rsidRPr="00AA15EB">
        <w:rPr>
          <w:b/>
          <w:bCs/>
        </w:rPr>
        <w:t xml:space="preserve"> </w:t>
      </w:r>
      <w:proofErr w:type="spellStart"/>
      <w:r w:rsidRPr="00AA15EB">
        <w:rPr>
          <w:b/>
          <w:bCs/>
        </w:rPr>
        <w:t>respons</w:t>
      </w:r>
      <w:proofErr w:type="spellEnd"/>
      <w:r w:rsidRPr="00AA15EB">
        <w:rPr>
          <w:b/>
          <w:bCs/>
        </w:rPr>
        <w:t xml:space="preserve"> </w:t>
      </w:r>
      <w:proofErr w:type="spellStart"/>
      <w:r w:rsidRPr="00AA15EB">
        <w:rPr>
          <w:b/>
          <w:bCs/>
        </w:rPr>
        <w:t>indikator</w:t>
      </w:r>
      <w:proofErr w:type="spellEnd"/>
      <w:r w:rsidRPr="00AA15EB">
        <w:rPr>
          <w:b/>
          <w:bCs/>
        </w:rPr>
        <w:t xml:space="preserve"> visual (</w:t>
      </w:r>
      <w:proofErr w:type="spellStart"/>
      <w:r w:rsidRPr="00AA15EB">
        <w:rPr>
          <w:b/>
          <w:bCs/>
        </w:rPr>
        <w:t>blinkLED</w:t>
      </w:r>
      <w:proofErr w:type="spellEnd"/>
      <w:r w:rsidRPr="00AA15EB">
        <w:rPr>
          <w:b/>
          <w:bCs/>
        </w:rPr>
        <w:t>).</w:t>
      </w:r>
    </w:p>
    <w:p w14:paraId="6B0E2CD4" w14:textId="77777777" w:rsidR="00AA15EB" w:rsidRPr="00AA15EB" w:rsidRDefault="00AA15EB">
      <w:pPr>
        <w:numPr>
          <w:ilvl w:val="1"/>
          <w:numId w:val="24"/>
        </w:numPr>
        <w:rPr>
          <w:b/>
          <w:bCs/>
        </w:rPr>
      </w:pPr>
      <w:proofErr w:type="spellStart"/>
      <w:r w:rsidRPr="00AA15EB">
        <w:rPr>
          <w:b/>
          <w:bCs/>
        </w:rPr>
        <w:t>SolenoidLock</w:t>
      </w:r>
      <w:proofErr w:type="spellEnd"/>
      <w:r w:rsidRPr="00AA15EB">
        <w:rPr>
          <w:b/>
          <w:bCs/>
        </w:rPr>
        <w:t xml:space="preserve"> (</w:t>
      </w:r>
      <w:r w:rsidRPr="00AA15EB">
        <w:rPr>
          <w:b/>
          <w:bCs/>
          <w:i/>
          <w:iCs/>
        </w:rPr>
        <w:t>Controls</w:t>
      </w:r>
      <w:r w:rsidRPr="00AA15EB">
        <w:rPr>
          <w:b/>
          <w:bCs/>
        </w:rPr>
        <w:t xml:space="preserve">): </w:t>
      </w:r>
      <w:proofErr w:type="spellStart"/>
      <w:r w:rsidRPr="00AA15EB">
        <w:rPr>
          <w:b/>
          <w:bCs/>
        </w:rPr>
        <w:t>Mengendalikan</w:t>
      </w:r>
      <w:proofErr w:type="spellEnd"/>
      <w:r w:rsidRPr="00AA15EB">
        <w:rPr>
          <w:b/>
          <w:bCs/>
        </w:rPr>
        <w:t xml:space="preserve"> </w:t>
      </w:r>
      <w:proofErr w:type="spellStart"/>
      <w:r w:rsidRPr="00AA15EB">
        <w:rPr>
          <w:b/>
          <w:bCs/>
        </w:rPr>
        <w:t>pengunci</w:t>
      </w:r>
      <w:proofErr w:type="spellEnd"/>
      <w:r w:rsidRPr="00AA15EB">
        <w:rPr>
          <w:b/>
          <w:bCs/>
        </w:rPr>
        <w:t xml:space="preserve"> </w:t>
      </w:r>
      <w:proofErr w:type="spellStart"/>
      <w:r w:rsidRPr="00AA15EB">
        <w:rPr>
          <w:b/>
          <w:bCs/>
        </w:rPr>
        <w:t>pintu</w:t>
      </w:r>
      <w:proofErr w:type="spellEnd"/>
      <w:r w:rsidRPr="00AA15EB">
        <w:rPr>
          <w:b/>
          <w:bCs/>
        </w:rPr>
        <w:t xml:space="preserve"> </w:t>
      </w:r>
      <w:proofErr w:type="spellStart"/>
      <w:r w:rsidRPr="00AA15EB">
        <w:rPr>
          <w:b/>
          <w:bCs/>
        </w:rPr>
        <w:t>mekanis</w:t>
      </w:r>
      <w:proofErr w:type="spellEnd"/>
      <w:r w:rsidRPr="00AA15EB">
        <w:rPr>
          <w:b/>
          <w:bCs/>
        </w:rPr>
        <w:t xml:space="preserve"> </w:t>
      </w:r>
      <w:proofErr w:type="spellStart"/>
      <w:r w:rsidRPr="00AA15EB">
        <w:rPr>
          <w:b/>
          <w:bCs/>
        </w:rPr>
        <w:t>untuk</w:t>
      </w:r>
      <w:proofErr w:type="spellEnd"/>
      <w:r w:rsidRPr="00AA15EB">
        <w:rPr>
          <w:b/>
          <w:bCs/>
        </w:rPr>
        <w:t xml:space="preserve"> </w:t>
      </w:r>
      <w:proofErr w:type="spellStart"/>
      <w:r w:rsidRPr="00AA15EB">
        <w:rPr>
          <w:b/>
          <w:bCs/>
        </w:rPr>
        <w:t>membukanya</w:t>
      </w:r>
      <w:proofErr w:type="spellEnd"/>
      <w:r w:rsidRPr="00AA15EB">
        <w:rPr>
          <w:b/>
          <w:bCs/>
        </w:rPr>
        <w:t xml:space="preserve"> </w:t>
      </w:r>
      <w:proofErr w:type="spellStart"/>
      <w:r w:rsidRPr="00AA15EB">
        <w:rPr>
          <w:b/>
          <w:bCs/>
        </w:rPr>
        <w:t>sementara</w:t>
      </w:r>
      <w:proofErr w:type="spellEnd"/>
      <w:r w:rsidRPr="00AA15EB">
        <w:rPr>
          <w:b/>
          <w:bCs/>
        </w:rPr>
        <w:t xml:space="preserve"> (unlock) </w:t>
      </w:r>
      <w:proofErr w:type="spellStart"/>
      <w:r w:rsidRPr="00AA15EB">
        <w:rPr>
          <w:b/>
          <w:bCs/>
        </w:rPr>
        <w:t>atau</w:t>
      </w:r>
      <w:proofErr w:type="spellEnd"/>
      <w:r w:rsidRPr="00AA15EB">
        <w:rPr>
          <w:b/>
          <w:bCs/>
        </w:rPr>
        <w:t xml:space="preserve"> </w:t>
      </w:r>
      <w:proofErr w:type="spellStart"/>
      <w:r w:rsidRPr="00AA15EB">
        <w:rPr>
          <w:b/>
          <w:bCs/>
        </w:rPr>
        <w:t>menguncinya</w:t>
      </w:r>
      <w:proofErr w:type="spellEnd"/>
      <w:r w:rsidRPr="00AA15EB">
        <w:rPr>
          <w:b/>
          <w:bCs/>
        </w:rPr>
        <w:t xml:space="preserve"> </w:t>
      </w:r>
      <w:proofErr w:type="spellStart"/>
      <w:r w:rsidRPr="00AA15EB">
        <w:rPr>
          <w:b/>
          <w:bCs/>
        </w:rPr>
        <w:t>kembali</w:t>
      </w:r>
      <w:proofErr w:type="spellEnd"/>
      <w:r w:rsidRPr="00AA15EB">
        <w:rPr>
          <w:b/>
          <w:bCs/>
        </w:rPr>
        <w:t xml:space="preserve"> (lock).</w:t>
      </w:r>
    </w:p>
    <w:p w14:paraId="19DAC3C5" w14:textId="77777777" w:rsidR="00AA15EB" w:rsidRPr="00AA15EB" w:rsidRDefault="00AA15EB">
      <w:pPr>
        <w:numPr>
          <w:ilvl w:val="0"/>
          <w:numId w:val="24"/>
        </w:numPr>
        <w:rPr>
          <w:b/>
          <w:bCs/>
        </w:rPr>
      </w:pPr>
      <w:proofErr w:type="spellStart"/>
      <w:r w:rsidRPr="00AA15EB">
        <w:rPr>
          <w:b/>
          <w:bCs/>
        </w:rPr>
        <w:t>DatabaseBridge</w:t>
      </w:r>
      <w:proofErr w:type="spellEnd"/>
      <w:r w:rsidRPr="00AA15EB">
        <w:rPr>
          <w:b/>
          <w:bCs/>
        </w:rPr>
        <w:t xml:space="preserve"> (</w:t>
      </w:r>
      <w:proofErr w:type="spellStart"/>
      <w:r w:rsidRPr="00AA15EB">
        <w:rPr>
          <w:b/>
          <w:bCs/>
        </w:rPr>
        <w:t>Penghubung</w:t>
      </w:r>
      <w:proofErr w:type="spellEnd"/>
      <w:r w:rsidRPr="00AA15EB">
        <w:rPr>
          <w:b/>
          <w:bCs/>
        </w:rPr>
        <w:t xml:space="preserve"> Backend / API):</w:t>
      </w:r>
    </w:p>
    <w:p w14:paraId="78950EB1" w14:textId="77777777" w:rsidR="00AA15EB" w:rsidRPr="00AA15EB" w:rsidRDefault="00AA15EB">
      <w:pPr>
        <w:numPr>
          <w:ilvl w:val="1"/>
          <w:numId w:val="24"/>
        </w:numPr>
        <w:rPr>
          <w:b/>
          <w:bCs/>
        </w:rPr>
      </w:pPr>
      <w:proofErr w:type="spellStart"/>
      <w:r w:rsidRPr="00AA15EB">
        <w:rPr>
          <w:b/>
          <w:bCs/>
        </w:rPr>
        <w:t>Dihubungkan</w:t>
      </w:r>
      <w:proofErr w:type="spellEnd"/>
      <w:r w:rsidRPr="00AA15EB">
        <w:rPr>
          <w:b/>
          <w:bCs/>
        </w:rPr>
        <w:t xml:space="preserve"> oleh </w:t>
      </w:r>
      <w:proofErr w:type="spellStart"/>
      <w:r w:rsidRPr="00AA15EB">
        <w:rPr>
          <w:b/>
          <w:bCs/>
        </w:rPr>
        <w:t>IoTDevice</w:t>
      </w:r>
      <w:proofErr w:type="spellEnd"/>
      <w:r w:rsidRPr="00AA15EB">
        <w:rPr>
          <w:b/>
          <w:bCs/>
        </w:rPr>
        <w:t xml:space="preserve"> </w:t>
      </w:r>
      <w:proofErr w:type="spellStart"/>
      <w:r w:rsidRPr="00AA15EB">
        <w:rPr>
          <w:b/>
          <w:bCs/>
        </w:rPr>
        <w:t>untuk</w:t>
      </w:r>
      <w:proofErr w:type="spellEnd"/>
      <w:r w:rsidRPr="00AA15EB">
        <w:rPr>
          <w:b/>
          <w:bCs/>
        </w:rPr>
        <w:t xml:space="preserve"> </w:t>
      </w:r>
      <w:proofErr w:type="spellStart"/>
      <w:r w:rsidRPr="00AA15EB">
        <w:rPr>
          <w:b/>
          <w:bCs/>
        </w:rPr>
        <w:t>validasi</w:t>
      </w:r>
      <w:proofErr w:type="spellEnd"/>
      <w:r w:rsidRPr="00AA15EB">
        <w:rPr>
          <w:b/>
          <w:bCs/>
        </w:rPr>
        <w:t xml:space="preserve"> (Requests Validation).</w:t>
      </w:r>
    </w:p>
    <w:p w14:paraId="09618A00" w14:textId="77777777" w:rsidR="00AA15EB" w:rsidRPr="00AA15EB" w:rsidRDefault="00AA15EB">
      <w:pPr>
        <w:numPr>
          <w:ilvl w:val="1"/>
          <w:numId w:val="24"/>
        </w:numPr>
        <w:rPr>
          <w:b/>
          <w:bCs/>
        </w:rPr>
      </w:pPr>
      <w:proofErr w:type="spellStart"/>
      <w:r w:rsidRPr="00AA15EB">
        <w:rPr>
          <w:b/>
          <w:bCs/>
        </w:rPr>
        <w:t>Menyimpan</w:t>
      </w:r>
      <w:proofErr w:type="spellEnd"/>
      <w:r w:rsidRPr="00AA15EB">
        <w:rPr>
          <w:b/>
          <w:bCs/>
        </w:rPr>
        <w:t xml:space="preserve"> </w:t>
      </w:r>
      <w:proofErr w:type="spellStart"/>
      <w:r w:rsidRPr="00AA15EB">
        <w:rPr>
          <w:b/>
          <w:bCs/>
        </w:rPr>
        <w:t>alamat</w:t>
      </w:r>
      <w:proofErr w:type="spellEnd"/>
      <w:r w:rsidRPr="00AA15EB">
        <w:rPr>
          <w:b/>
          <w:bCs/>
        </w:rPr>
        <w:t xml:space="preserve"> </w:t>
      </w:r>
      <w:proofErr w:type="spellStart"/>
      <w:r w:rsidRPr="00AA15EB">
        <w:rPr>
          <w:b/>
          <w:bCs/>
          <w:i/>
          <w:iCs/>
        </w:rPr>
        <w:t>apiEndpoint</w:t>
      </w:r>
      <w:proofErr w:type="spellEnd"/>
      <w:r w:rsidRPr="00AA15EB">
        <w:rPr>
          <w:b/>
          <w:bCs/>
        </w:rPr>
        <w:t xml:space="preserve"> dan </w:t>
      </w:r>
      <w:proofErr w:type="spellStart"/>
      <w:r w:rsidRPr="00AA15EB">
        <w:rPr>
          <w:b/>
          <w:bCs/>
          <w:i/>
          <w:iCs/>
        </w:rPr>
        <w:t>apiKey</w:t>
      </w:r>
      <w:proofErr w:type="spellEnd"/>
      <w:r w:rsidRPr="00AA15EB">
        <w:rPr>
          <w:b/>
          <w:bCs/>
        </w:rPr>
        <w:t xml:space="preserve"> </w:t>
      </w:r>
      <w:proofErr w:type="spellStart"/>
      <w:r w:rsidRPr="00AA15EB">
        <w:rPr>
          <w:b/>
          <w:bCs/>
        </w:rPr>
        <w:t>untuk</w:t>
      </w:r>
      <w:proofErr w:type="spellEnd"/>
      <w:r w:rsidRPr="00AA15EB">
        <w:rPr>
          <w:b/>
          <w:bCs/>
        </w:rPr>
        <w:t xml:space="preserve"> </w:t>
      </w:r>
      <w:proofErr w:type="spellStart"/>
      <w:r w:rsidRPr="00AA15EB">
        <w:rPr>
          <w:b/>
          <w:bCs/>
        </w:rPr>
        <w:t>menguji</w:t>
      </w:r>
      <w:proofErr w:type="spellEnd"/>
      <w:r w:rsidRPr="00AA15EB">
        <w:rPr>
          <w:b/>
          <w:bCs/>
        </w:rPr>
        <w:t xml:space="preserve"> </w:t>
      </w:r>
      <w:proofErr w:type="spellStart"/>
      <w:r w:rsidRPr="00AA15EB">
        <w:rPr>
          <w:b/>
          <w:bCs/>
        </w:rPr>
        <w:t>apakah</w:t>
      </w:r>
      <w:proofErr w:type="spellEnd"/>
      <w:r w:rsidRPr="00AA15EB">
        <w:rPr>
          <w:b/>
          <w:bCs/>
        </w:rPr>
        <w:t xml:space="preserve"> </w:t>
      </w:r>
      <w:proofErr w:type="spellStart"/>
      <w:r w:rsidRPr="00AA15EB">
        <w:rPr>
          <w:b/>
          <w:bCs/>
        </w:rPr>
        <w:t>kartu</w:t>
      </w:r>
      <w:proofErr w:type="spellEnd"/>
      <w:r w:rsidRPr="00AA15EB">
        <w:rPr>
          <w:b/>
          <w:bCs/>
        </w:rPr>
        <w:t xml:space="preserve"> </w:t>
      </w:r>
      <w:proofErr w:type="spellStart"/>
      <w:r w:rsidRPr="00AA15EB">
        <w:rPr>
          <w:b/>
          <w:bCs/>
        </w:rPr>
        <w:t>sah</w:t>
      </w:r>
      <w:proofErr w:type="spellEnd"/>
      <w:r w:rsidRPr="00AA15EB">
        <w:rPr>
          <w:b/>
          <w:bCs/>
        </w:rPr>
        <w:t xml:space="preserve"> (</w:t>
      </w:r>
      <w:proofErr w:type="spellStart"/>
      <w:r w:rsidRPr="00AA15EB">
        <w:rPr>
          <w:b/>
          <w:bCs/>
        </w:rPr>
        <w:t>verifyAccess</w:t>
      </w:r>
      <w:proofErr w:type="spellEnd"/>
      <w:r w:rsidRPr="00AA15EB">
        <w:rPr>
          <w:b/>
          <w:bCs/>
        </w:rPr>
        <w:t xml:space="preserve">) </w:t>
      </w:r>
      <w:proofErr w:type="spellStart"/>
      <w:r w:rsidRPr="00AA15EB">
        <w:rPr>
          <w:b/>
          <w:bCs/>
        </w:rPr>
        <w:t>serta</w:t>
      </w:r>
      <w:proofErr w:type="spellEnd"/>
      <w:r w:rsidRPr="00AA15EB">
        <w:rPr>
          <w:b/>
          <w:bCs/>
        </w:rPr>
        <w:t xml:space="preserve"> </w:t>
      </w:r>
      <w:proofErr w:type="spellStart"/>
      <w:r w:rsidRPr="00AA15EB">
        <w:rPr>
          <w:b/>
          <w:bCs/>
        </w:rPr>
        <w:t>meminta</w:t>
      </w:r>
      <w:proofErr w:type="spellEnd"/>
      <w:r w:rsidRPr="00AA15EB">
        <w:rPr>
          <w:b/>
          <w:bCs/>
        </w:rPr>
        <w:t xml:space="preserve"> </w:t>
      </w:r>
      <w:proofErr w:type="spellStart"/>
      <w:r w:rsidRPr="00AA15EB">
        <w:rPr>
          <w:b/>
          <w:bCs/>
        </w:rPr>
        <w:t>pencatatan</w:t>
      </w:r>
      <w:proofErr w:type="spellEnd"/>
      <w:r w:rsidRPr="00AA15EB">
        <w:rPr>
          <w:b/>
          <w:bCs/>
        </w:rPr>
        <w:t xml:space="preserve"> </w:t>
      </w:r>
      <w:proofErr w:type="spellStart"/>
      <w:r w:rsidRPr="00AA15EB">
        <w:rPr>
          <w:b/>
          <w:bCs/>
        </w:rPr>
        <w:t>riwayat</w:t>
      </w:r>
      <w:proofErr w:type="spellEnd"/>
      <w:r w:rsidRPr="00AA15EB">
        <w:rPr>
          <w:b/>
          <w:bCs/>
        </w:rPr>
        <w:t xml:space="preserve"> (</w:t>
      </w:r>
      <w:proofErr w:type="spellStart"/>
      <w:r w:rsidRPr="00AA15EB">
        <w:rPr>
          <w:b/>
          <w:bCs/>
        </w:rPr>
        <w:t>saveLog</w:t>
      </w:r>
      <w:proofErr w:type="spellEnd"/>
      <w:r w:rsidRPr="00AA15EB">
        <w:rPr>
          <w:b/>
          <w:bCs/>
        </w:rPr>
        <w:t>).</w:t>
      </w:r>
    </w:p>
    <w:p w14:paraId="7DF7D27A" w14:textId="77777777" w:rsidR="00AA15EB" w:rsidRPr="00AA15EB" w:rsidRDefault="00AA15EB">
      <w:pPr>
        <w:numPr>
          <w:ilvl w:val="0"/>
          <w:numId w:val="24"/>
        </w:numPr>
        <w:rPr>
          <w:b/>
          <w:bCs/>
        </w:rPr>
      </w:pPr>
      <w:proofErr w:type="spellStart"/>
      <w:r w:rsidRPr="00AA15EB">
        <w:rPr>
          <w:b/>
          <w:bCs/>
        </w:rPr>
        <w:t>AccessLog</w:t>
      </w:r>
      <w:proofErr w:type="spellEnd"/>
      <w:r w:rsidRPr="00AA15EB">
        <w:rPr>
          <w:b/>
          <w:bCs/>
        </w:rPr>
        <w:t xml:space="preserve"> (</w:t>
      </w:r>
      <w:proofErr w:type="spellStart"/>
      <w:r w:rsidRPr="00AA15EB">
        <w:rPr>
          <w:b/>
          <w:bCs/>
        </w:rPr>
        <w:t>Pencatatan</w:t>
      </w:r>
      <w:proofErr w:type="spellEnd"/>
      <w:r w:rsidRPr="00AA15EB">
        <w:rPr>
          <w:b/>
          <w:bCs/>
        </w:rPr>
        <w:t xml:space="preserve"> Riwayat Akses):</w:t>
      </w:r>
    </w:p>
    <w:p w14:paraId="2752802B" w14:textId="77777777" w:rsidR="00AA15EB" w:rsidRPr="00AA15EB" w:rsidRDefault="00AA15EB">
      <w:pPr>
        <w:numPr>
          <w:ilvl w:val="1"/>
          <w:numId w:val="24"/>
        </w:numPr>
        <w:rPr>
          <w:b/>
          <w:bCs/>
        </w:rPr>
      </w:pPr>
      <w:r w:rsidRPr="00AA15EB">
        <w:rPr>
          <w:b/>
          <w:bCs/>
        </w:rPr>
        <w:t xml:space="preserve">Dihasilkan oleh </w:t>
      </w:r>
      <w:proofErr w:type="spellStart"/>
      <w:r w:rsidRPr="00AA15EB">
        <w:rPr>
          <w:b/>
          <w:bCs/>
        </w:rPr>
        <w:t>DatabaseBridge</w:t>
      </w:r>
      <w:proofErr w:type="spellEnd"/>
      <w:r w:rsidRPr="00AA15EB">
        <w:rPr>
          <w:b/>
          <w:bCs/>
        </w:rPr>
        <w:t xml:space="preserve"> (Generates Log) </w:t>
      </w:r>
      <w:proofErr w:type="spellStart"/>
      <w:r w:rsidRPr="00AA15EB">
        <w:rPr>
          <w:b/>
          <w:bCs/>
        </w:rPr>
        <w:t>dengan</w:t>
      </w:r>
      <w:proofErr w:type="spellEnd"/>
      <w:r w:rsidRPr="00AA15EB">
        <w:rPr>
          <w:b/>
          <w:bCs/>
        </w:rPr>
        <w:t xml:space="preserve"> </w:t>
      </w:r>
      <w:proofErr w:type="spellStart"/>
      <w:r w:rsidRPr="00AA15EB">
        <w:rPr>
          <w:b/>
          <w:bCs/>
        </w:rPr>
        <w:t>relasi</w:t>
      </w:r>
      <w:proofErr w:type="spellEnd"/>
      <w:r w:rsidRPr="00AA15EB">
        <w:rPr>
          <w:b/>
          <w:bCs/>
        </w:rPr>
        <w:t xml:space="preserve"> 1 to </w:t>
      </w:r>
      <w:proofErr w:type="gramStart"/>
      <w:r w:rsidRPr="00AA15EB">
        <w:rPr>
          <w:b/>
          <w:bCs/>
        </w:rPr>
        <w:t>0..</w:t>
      </w:r>
      <w:proofErr w:type="gramEnd"/>
      <w:r w:rsidRPr="00AA15EB">
        <w:rPr>
          <w:b/>
          <w:bCs/>
        </w:rPr>
        <w:t>* (</w:t>
      </w:r>
      <w:proofErr w:type="spellStart"/>
      <w:r w:rsidRPr="00AA15EB">
        <w:rPr>
          <w:b/>
          <w:bCs/>
        </w:rPr>
        <w:t>satu</w:t>
      </w:r>
      <w:proofErr w:type="spellEnd"/>
      <w:r w:rsidRPr="00AA15EB">
        <w:rPr>
          <w:b/>
          <w:bCs/>
        </w:rPr>
        <w:t xml:space="preserve"> </w:t>
      </w:r>
      <w:proofErr w:type="spellStart"/>
      <w:r w:rsidRPr="00AA15EB">
        <w:rPr>
          <w:b/>
          <w:bCs/>
        </w:rPr>
        <w:t>modul</w:t>
      </w:r>
      <w:proofErr w:type="spellEnd"/>
      <w:r w:rsidRPr="00AA15EB">
        <w:rPr>
          <w:b/>
          <w:bCs/>
        </w:rPr>
        <w:t xml:space="preserve"> bridge </w:t>
      </w:r>
      <w:proofErr w:type="spellStart"/>
      <w:r w:rsidRPr="00AA15EB">
        <w:rPr>
          <w:b/>
          <w:bCs/>
        </w:rPr>
        <w:t>bisa</w:t>
      </w:r>
      <w:proofErr w:type="spellEnd"/>
      <w:r w:rsidRPr="00AA15EB">
        <w:rPr>
          <w:b/>
          <w:bCs/>
        </w:rPr>
        <w:t xml:space="preserve"> </w:t>
      </w:r>
      <w:proofErr w:type="spellStart"/>
      <w:r w:rsidRPr="00AA15EB">
        <w:rPr>
          <w:b/>
          <w:bCs/>
        </w:rPr>
        <w:t>menghasilkan</w:t>
      </w:r>
      <w:proofErr w:type="spellEnd"/>
      <w:r w:rsidRPr="00AA15EB">
        <w:rPr>
          <w:b/>
          <w:bCs/>
        </w:rPr>
        <w:t xml:space="preserve"> </w:t>
      </w:r>
      <w:proofErr w:type="spellStart"/>
      <w:r w:rsidRPr="00AA15EB">
        <w:rPr>
          <w:b/>
          <w:bCs/>
        </w:rPr>
        <w:t>banyak</w:t>
      </w:r>
      <w:proofErr w:type="spellEnd"/>
      <w:r w:rsidRPr="00AA15EB">
        <w:rPr>
          <w:b/>
          <w:bCs/>
        </w:rPr>
        <w:t xml:space="preserve"> </w:t>
      </w:r>
      <w:r w:rsidRPr="00AA15EB">
        <w:rPr>
          <w:b/>
          <w:bCs/>
          <w:i/>
          <w:iCs/>
        </w:rPr>
        <w:t>log</w:t>
      </w:r>
      <w:r w:rsidRPr="00AA15EB">
        <w:rPr>
          <w:b/>
          <w:bCs/>
        </w:rPr>
        <w:t>).</w:t>
      </w:r>
    </w:p>
    <w:p w14:paraId="230BB030" w14:textId="77777777" w:rsidR="00AA15EB" w:rsidRPr="00AA15EB" w:rsidRDefault="00AA15EB">
      <w:pPr>
        <w:numPr>
          <w:ilvl w:val="1"/>
          <w:numId w:val="24"/>
        </w:numPr>
        <w:rPr>
          <w:b/>
          <w:bCs/>
        </w:rPr>
      </w:pPr>
      <w:proofErr w:type="spellStart"/>
      <w:r w:rsidRPr="00AA15EB">
        <w:rPr>
          <w:b/>
          <w:bCs/>
        </w:rPr>
        <w:t>Menyimpan</w:t>
      </w:r>
      <w:proofErr w:type="spellEnd"/>
      <w:r w:rsidRPr="00AA15EB">
        <w:rPr>
          <w:b/>
          <w:bCs/>
        </w:rPr>
        <w:t xml:space="preserve"> </w:t>
      </w:r>
      <w:proofErr w:type="spellStart"/>
      <w:r w:rsidRPr="00AA15EB">
        <w:rPr>
          <w:b/>
          <w:bCs/>
        </w:rPr>
        <w:t>rincian</w:t>
      </w:r>
      <w:proofErr w:type="spellEnd"/>
      <w:r w:rsidRPr="00AA15EB">
        <w:rPr>
          <w:b/>
          <w:bCs/>
        </w:rPr>
        <w:t xml:space="preserve"> </w:t>
      </w:r>
      <w:proofErr w:type="spellStart"/>
      <w:r w:rsidRPr="00AA15EB">
        <w:rPr>
          <w:b/>
          <w:bCs/>
        </w:rPr>
        <w:t>kejadian</w:t>
      </w:r>
      <w:proofErr w:type="spellEnd"/>
      <w:r w:rsidRPr="00AA15EB">
        <w:rPr>
          <w:b/>
          <w:bCs/>
        </w:rPr>
        <w:t xml:space="preserve"> </w:t>
      </w:r>
      <w:proofErr w:type="spellStart"/>
      <w:r w:rsidRPr="00AA15EB">
        <w:rPr>
          <w:b/>
          <w:bCs/>
        </w:rPr>
        <w:t>seperti</w:t>
      </w:r>
      <w:proofErr w:type="spellEnd"/>
      <w:r w:rsidRPr="00AA15EB">
        <w:rPr>
          <w:b/>
          <w:bCs/>
        </w:rPr>
        <w:t xml:space="preserve"> </w:t>
      </w:r>
      <w:r w:rsidRPr="00AA15EB">
        <w:rPr>
          <w:b/>
          <w:bCs/>
          <w:i/>
          <w:iCs/>
        </w:rPr>
        <w:t>timestamp</w:t>
      </w:r>
      <w:r w:rsidRPr="00AA15EB">
        <w:rPr>
          <w:b/>
          <w:bCs/>
        </w:rPr>
        <w:t xml:space="preserve">, </w:t>
      </w:r>
      <w:proofErr w:type="spellStart"/>
      <w:r w:rsidRPr="00AA15EB">
        <w:rPr>
          <w:b/>
          <w:bCs/>
          <w:i/>
          <w:iCs/>
        </w:rPr>
        <w:t>uid</w:t>
      </w:r>
      <w:proofErr w:type="spellEnd"/>
      <w:r w:rsidRPr="00AA15EB">
        <w:rPr>
          <w:b/>
          <w:bCs/>
        </w:rPr>
        <w:t xml:space="preserve"> </w:t>
      </w:r>
      <w:proofErr w:type="spellStart"/>
      <w:r w:rsidRPr="00AA15EB">
        <w:rPr>
          <w:b/>
          <w:bCs/>
        </w:rPr>
        <w:t>kartu</w:t>
      </w:r>
      <w:proofErr w:type="spellEnd"/>
      <w:r w:rsidRPr="00AA15EB">
        <w:rPr>
          <w:b/>
          <w:bCs/>
        </w:rPr>
        <w:t xml:space="preserve">, dan status </w:t>
      </w:r>
      <w:proofErr w:type="spellStart"/>
      <w:r w:rsidRPr="00AA15EB">
        <w:rPr>
          <w:b/>
          <w:bCs/>
          <w:i/>
          <w:iCs/>
        </w:rPr>
        <w:t>accessStatus</w:t>
      </w:r>
      <w:proofErr w:type="spellEnd"/>
      <w:r w:rsidRPr="00AA15EB">
        <w:rPr>
          <w:b/>
          <w:bCs/>
        </w:rPr>
        <w:t xml:space="preserve"> (</w:t>
      </w:r>
      <w:proofErr w:type="spellStart"/>
      <w:r w:rsidRPr="00AA15EB">
        <w:rPr>
          <w:b/>
          <w:bCs/>
        </w:rPr>
        <w:t>diterima</w:t>
      </w:r>
      <w:proofErr w:type="spellEnd"/>
      <w:r w:rsidRPr="00AA15EB">
        <w:rPr>
          <w:b/>
          <w:bCs/>
        </w:rPr>
        <w:t>/</w:t>
      </w:r>
      <w:proofErr w:type="spellStart"/>
      <w:r w:rsidRPr="00AA15EB">
        <w:rPr>
          <w:b/>
          <w:bCs/>
        </w:rPr>
        <w:t>ditolak</w:t>
      </w:r>
      <w:proofErr w:type="spellEnd"/>
      <w:r w:rsidRPr="00AA15EB">
        <w:rPr>
          <w:b/>
          <w:bCs/>
        </w:rPr>
        <w:t xml:space="preserve">) </w:t>
      </w:r>
      <w:proofErr w:type="spellStart"/>
      <w:r w:rsidRPr="00AA15EB">
        <w:rPr>
          <w:b/>
          <w:bCs/>
        </w:rPr>
        <w:t>untuk</w:t>
      </w:r>
      <w:proofErr w:type="spellEnd"/>
      <w:r w:rsidRPr="00AA15EB">
        <w:rPr>
          <w:b/>
          <w:bCs/>
        </w:rPr>
        <w:t xml:space="preserve"> </w:t>
      </w:r>
      <w:proofErr w:type="spellStart"/>
      <w:r w:rsidRPr="00AA15EB">
        <w:rPr>
          <w:b/>
          <w:bCs/>
        </w:rPr>
        <w:t>keperluan</w:t>
      </w:r>
      <w:proofErr w:type="spellEnd"/>
      <w:r w:rsidRPr="00AA15EB">
        <w:rPr>
          <w:b/>
          <w:bCs/>
        </w:rPr>
        <w:t xml:space="preserve"> </w:t>
      </w:r>
      <w:proofErr w:type="spellStart"/>
      <w:r w:rsidRPr="00AA15EB">
        <w:rPr>
          <w:b/>
          <w:bCs/>
        </w:rPr>
        <w:t>pembuatan</w:t>
      </w:r>
      <w:proofErr w:type="spellEnd"/>
      <w:r w:rsidRPr="00AA15EB">
        <w:rPr>
          <w:b/>
          <w:bCs/>
        </w:rPr>
        <w:t xml:space="preserve"> </w:t>
      </w:r>
      <w:proofErr w:type="spellStart"/>
      <w:r w:rsidRPr="00AA15EB">
        <w:rPr>
          <w:b/>
          <w:bCs/>
        </w:rPr>
        <w:t>laporan</w:t>
      </w:r>
      <w:proofErr w:type="spellEnd"/>
      <w:r w:rsidRPr="00AA15EB">
        <w:rPr>
          <w:b/>
          <w:bCs/>
        </w:rPr>
        <w:t xml:space="preserve"> (</w:t>
      </w:r>
      <w:proofErr w:type="spellStart"/>
      <w:r w:rsidRPr="00AA15EB">
        <w:rPr>
          <w:b/>
          <w:bCs/>
        </w:rPr>
        <w:t>generateReport</w:t>
      </w:r>
      <w:proofErr w:type="spellEnd"/>
      <w:r w:rsidRPr="00AA15EB">
        <w:rPr>
          <w:b/>
          <w:bCs/>
        </w:rPr>
        <w:t>).</w:t>
      </w:r>
    </w:p>
    <w:p w14:paraId="55ABBD93" w14:textId="1272EE9E" w:rsidR="00943C51" w:rsidRPr="00943C51" w:rsidRDefault="00943C51" w:rsidP="00AA15EB"/>
    <w:p w14:paraId="2F818E61" w14:textId="009AB67D" w:rsidR="00BE618A" w:rsidRDefault="00BE618A" w:rsidP="00BE618A">
      <w:pPr>
        <w:pStyle w:val="Heading3"/>
      </w:pPr>
      <w:r w:rsidRPr="00BE618A">
        <w:lastRenderedPageBreak/>
        <w:t xml:space="preserve">4.4.3 Flowchart </w:t>
      </w:r>
      <w:proofErr w:type="spellStart"/>
      <w:r w:rsidRPr="00BE618A">
        <w:t>Sistem</w:t>
      </w:r>
      <w:proofErr w:type="spellEnd"/>
      <w:r w:rsidRPr="00BE618A">
        <w:t xml:space="preserve"> (Alur Detail &amp; Fail-Safe) </w:t>
      </w:r>
    </w:p>
    <w:p w14:paraId="47B7ED54" w14:textId="5DBD71A2" w:rsidR="009E2317" w:rsidRPr="009E2317" w:rsidRDefault="009E2317" w:rsidP="009E2317">
      <w:r>
        <w:rPr>
          <w:noProof/>
        </w:rPr>
        <w:drawing>
          <wp:inline distT="0" distB="0" distL="0" distR="0" wp14:anchorId="47BD4777" wp14:editId="5DEA3A22">
            <wp:extent cx="5039995" cy="4515485"/>
            <wp:effectExtent l="0" t="0" r="8255" b="0"/>
            <wp:docPr id="549720471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720471" name="Picture 549720471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4515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8B8CA7" w14:textId="77777777" w:rsidR="006512E0" w:rsidRDefault="00E246F0" w:rsidP="00624776">
      <w:pPr>
        <w:pStyle w:val="Heading2"/>
      </w:pPr>
      <w:bookmarkStart w:id="32" w:name="_Toc233318718"/>
      <w:r>
        <w:t xml:space="preserve">4.5 </w:t>
      </w:r>
      <w:proofErr w:type="spellStart"/>
      <w:r>
        <w:t>Pembahasan</w:t>
      </w:r>
      <w:bookmarkEnd w:id="32"/>
      <w:proofErr w:type="spellEnd"/>
    </w:p>
    <w:p w14:paraId="2A03587D" w14:textId="718C1231" w:rsidR="00B82F82" w:rsidRPr="00B82F82" w:rsidRDefault="00624776" w:rsidP="00B82F82">
      <w:pPr>
        <w:ind w:firstLine="720"/>
      </w:pPr>
      <w:r>
        <w:t xml:space="preserve">Hasil </w:t>
      </w:r>
      <w:proofErr w:type="spellStart"/>
      <w:r>
        <w:t>pelaksanaan</w:t>
      </w:r>
      <w:proofErr w:type="spellEnd"/>
      <w:r>
        <w:t xml:space="preserve"> PKL/</w:t>
      </w:r>
      <w:proofErr w:type="spellStart"/>
      <w:r>
        <w:t>Magang</w:t>
      </w:r>
      <w:proofErr w:type="spellEnd"/>
      <w:r>
        <w:t xml:space="preserve">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diuraikan</w:t>
      </w:r>
      <w:proofErr w:type="spellEnd"/>
      <w:r>
        <w:t xml:space="preserve"> pada </w:t>
      </w:r>
      <w:proofErr w:type="spellStart"/>
      <w:r>
        <w:t>subbab</w:t>
      </w:r>
      <w:proofErr w:type="spellEnd"/>
      <w:r>
        <w:t xml:space="preserve"> </w:t>
      </w:r>
      <w:proofErr w:type="spellStart"/>
      <w:r>
        <w:t>sebelumnya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dibahas</w:t>
      </w:r>
      <w:proofErr w:type="spellEnd"/>
      <w:r>
        <w:t xml:space="preserve">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teori</w:t>
      </w:r>
      <w:proofErr w:type="spellEnd"/>
      <w:r>
        <w:t xml:space="preserve">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dikaji</w:t>
      </w:r>
      <w:proofErr w:type="spellEnd"/>
      <w:r>
        <w:t xml:space="preserve"> pada BAB II.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akses</w:t>
      </w:r>
      <w:proofErr w:type="spellEnd"/>
      <w:r>
        <w:t xml:space="preserve"> </w:t>
      </w:r>
      <w:proofErr w:type="spellStart"/>
      <w:r>
        <w:t>ruangan</w:t>
      </w:r>
      <w:proofErr w:type="spellEnd"/>
      <w:r>
        <w:t xml:space="preserve"> </w:t>
      </w:r>
      <w:proofErr w:type="spellStart"/>
      <w:r>
        <w:t>berbasis</w:t>
      </w:r>
      <w:proofErr w:type="spellEnd"/>
      <w:r>
        <w:t xml:space="preserve"> RFID </w:t>
      </w:r>
      <w:proofErr w:type="spellStart"/>
      <w:r>
        <w:t>dengan</w:t>
      </w:r>
      <w:proofErr w:type="spellEnd"/>
      <w:r>
        <w:t xml:space="preserve"> solenoid door lock </w:t>
      </w:r>
      <w:proofErr w:type="spellStart"/>
      <w:r>
        <w:t>menggunakan</w:t>
      </w:r>
      <w:proofErr w:type="spellEnd"/>
      <w:r>
        <w:t xml:space="preserve"> Arduino Uno yang </w:t>
      </w:r>
      <w:proofErr w:type="spellStart"/>
      <w:r>
        <w:t>dibangun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teori</w:t>
      </w:r>
      <w:proofErr w:type="spellEnd"/>
      <w:r>
        <w:t xml:space="preserve"> yang </w:t>
      </w:r>
      <w:proofErr w:type="spellStart"/>
      <w:r>
        <w:t>dikemukakan</w:t>
      </w:r>
      <w:proofErr w:type="spellEnd"/>
      <w:r>
        <w:t xml:space="preserve"> oleh Hamidah et al. [1] </w:t>
      </w:r>
      <w:proofErr w:type="spellStart"/>
      <w:r>
        <w:t>mengenai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keamanan</w:t>
      </w:r>
      <w:proofErr w:type="spellEnd"/>
      <w:r>
        <w:t xml:space="preserve"> </w:t>
      </w:r>
      <w:proofErr w:type="spellStart"/>
      <w:r>
        <w:t>pintu</w:t>
      </w:r>
      <w:proofErr w:type="spellEnd"/>
      <w:r>
        <w:t xml:space="preserve"> </w:t>
      </w:r>
      <w:proofErr w:type="spellStart"/>
      <w:r>
        <w:t>otomatis</w:t>
      </w:r>
      <w:proofErr w:type="spellEnd"/>
      <w:r>
        <w:t xml:space="preserve"> </w:t>
      </w:r>
      <w:proofErr w:type="spellStart"/>
      <w:r>
        <w:t>berbasis</w:t>
      </w:r>
      <w:proofErr w:type="spellEnd"/>
      <w:r>
        <w:t xml:space="preserve"> RFID.</w:t>
      </w:r>
      <w:r w:rsidR="00B82F82" w:rsidRPr="00B82F82">
        <w:rPr>
          <w:rFonts w:cs="Times New Roman"/>
          <w:szCs w:val="24"/>
        </w:rPr>
        <w:t xml:space="preserve"> </w:t>
      </w:r>
      <w:proofErr w:type="spellStart"/>
      <w:r w:rsidR="00B82F82" w:rsidRPr="00B82F82">
        <w:t>Sistem</w:t>
      </w:r>
      <w:proofErr w:type="spellEnd"/>
      <w:r w:rsidR="00B82F82" w:rsidRPr="00B82F82">
        <w:t xml:space="preserve"> </w:t>
      </w:r>
      <w:proofErr w:type="spellStart"/>
      <w:r w:rsidR="00B82F82" w:rsidRPr="00B82F82">
        <w:t>ini</w:t>
      </w:r>
      <w:proofErr w:type="spellEnd"/>
      <w:r w:rsidR="00B82F82" w:rsidRPr="00B82F82">
        <w:t xml:space="preserve"> </w:t>
      </w:r>
      <w:proofErr w:type="spellStart"/>
      <w:r w:rsidR="00B82F82" w:rsidRPr="00B82F82">
        <w:t>menggunakan</w:t>
      </w:r>
      <w:proofErr w:type="spellEnd"/>
      <w:r w:rsidR="00B82F82" w:rsidRPr="00B82F82">
        <w:t xml:space="preserve"> </w:t>
      </w:r>
      <w:proofErr w:type="spellStart"/>
      <w:r w:rsidR="00B82F82" w:rsidRPr="00B82F82">
        <w:t>komponen</w:t>
      </w:r>
      <w:proofErr w:type="spellEnd"/>
      <w:r w:rsidR="00B82F82" w:rsidRPr="00B82F82">
        <w:t xml:space="preserve"> </w:t>
      </w:r>
      <w:proofErr w:type="spellStart"/>
      <w:r w:rsidR="00B82F82" w:rsidRPr="00B82F82">
        <w:t>utama</w:t>
      </w:r>
      <w:proofErr w:type="spellEnd"/>
      <w:r w:rsidR="00B82F82" w:rsidRPr="00B82F82">
        <w:t xml:space="preserve"> yang </w:t>
      </w:r>
      <w:proofErr w:type="spellStart"/>
      <w:r w:rsidR="00B82F82" w:rsidRPr="00B82F82">
        <w:t>terintegrasi</w:t>
      </w:r>
      <w:proofErr w:type="spellEnd"/>
      <w:r w:rsidR="00B82F82" w:rsidRPr="00B82F82">
        <w:t xml:space="preserve">, </w:t>
      </w:r>
      <w:proofErr w:type="spellStart"/>
      <w:r w:rsidR="00B82F82" w:rsidRPr="00B82F82">
        <w:t>yaitu</w:t>
      </w:r>
      <w:proofErr w:type="spellEnd"/>
      <w:r w:rsidR="00B82F82" w:rsidRPr="00B82F82">
        <w:t xml:space="preserve"> Arduino </w:t>
      </w:r>
      <w:proofErr w:type="spellStart"/>
      <w:r w:rsidR="00B82F82" w:rsidRPr="00B82F82">
        <w:t>sebagai</w:t>
      </w:r>
      <w:proofErr w:type="spellEnd"/>
      <w:r w:rsidR="00B82F82" w:rsidRPr="00B82F82">
        <w:t xml:space="preserve"> unit </w:t>
      </w:r>
      <w:proofErr w:type="spellStart"/>
      <w:r w:rsidR="00B82F82" w:rsidRPr="00B82F82">
        <w:t>pengendali</w:t>
      </w:r>
      <w:proofErr w:type="spellEnd"/>
      <w:r w:rsidR="00B82F82" w:rsidRPr="00B82F82">
        <w:t xml:space="preserve"> </w:t>
      </w:r>
      <w:proofErr w:type="spellStart"/>
      <w:r w:rsidR="00B82F82" w:rsidRPr="00B82F82">
        <w:t>pusat</w:t>
      </w:r>
      <w:proofErr w:type="spellEnd"/>
      <w:r w:rsidR="00B82F82" w:rsidRPr="00B82F82">
        <w:t xml:space="preserve">, </w:t>
      </w:r>
      <w:proofErr w:type="spellStart"/>
      <w:r w:rsidR="00B82F82" w:rsidRPr="00B82F82">
        <w:t>modul</w:t>
      </w:r>
      <w:proofErr w:type="spellEnd"/>
      <w:r w:rsidR="00B82F82" w:rsidRPr="00B82F82">
        <w:t xml:space="preserve"> reader RFID RC522, solenoid door lock, relay</w:t>
      </w:r>
      <w:r w:rsidR="00B82F82">
        <w:t>.</w:t>
      </w:r>
    </w:p>
    <w:p w14:paraId="5D668109" w14:textId="77777777" w:rsidR="00B82F82" w:rsidRPr="00B82F82" w:rsidRDefault="00B82F82" w:rsidP="00B82F82">
      <w:pPr>
        <w:ind w:firstLine="720"/>
      </w:pPr>
      <w:proofErr w:type="spellStart"/>
      <w:r w:rsidRPr="00B82F82">
        <w:t>Penggunaan</w:t>
      </w:r>
      <w:proofErr w:type="spellEnd"/>
      <w:r w:rsidRPr="00B82F82">
        <w:t xml:space="preserve"> </w:t>
      </w:r>
      <w:proofErr w:type="spellStart"/>
      <w:r w:rsidRPr="00B82F82">
        <w:t>komponen</w:t>
      </w:r>
      <w:proofErr w:type="spellEnd"/>
      <w:r w:rsidRPr="00B82F82">
        <w:t xml:space="preserve"> </w:t>
      </w:r>
      <w:proofErr w:type="spellStart"/>
      <w:r w:rsidRPr="00B82F82">
        <w:t>ini</w:t>
      </w:r>
      <w:proofErr w:type="spellEnd"/>
      <w:r w:rsidRPr="00B82F82">
        <w:t xml:space="preserve"> </w:t>
      </w:r>
      <w:proofErr w:type="spellStart"/>
      <w:r w:rsidRPr="00B82F82">
        <w:t>berpotensi</w:t>
      </w:r>
      <w:proofErr w:type="spellEnd"/>
      <w:r w:rsidRPr="00B82F82">
        <w:t xml:space="preserve"> </w:t>
      </w:r>
      <w:proofErr w:type="spellStart"/>
      <w:r w:rsidRPr="00B82F82">
        <w:t>menurunkan</w:t>
      </w:r>
      <w:proofErr w:type="spellEnd"/>
      <w:r w:rsidRPr="00B82F82">
        <w:t xml:space="preserve"> </w:t>
      </w:r>
      <w:proofErr w:type="spellStart"/>
      <w:r w:rsidRPr="00B82F82">
        <w:t>tingkat</w:t>
      </w:r>
      <w:proofErr w:type="spellEnd"/>
      <w:r w:rsidRPr="00B82F82">
        <w:t xml:space="preserve"> </w:t>
      </w:r>
      <w:proofErr w:type="spellStart"/>
      <w:r w:rsidRPr="00B82F82">
        <w:t>kegagalan</w:t>
      </w:r>
      <w:proofErr w:type="spellEnd"/>
      <w:r w:rsidRPr="00B82F82">
        <w:t xml:space="preserve"> </w:t>
      </w:r>
      <w:proofErr w:type="spellStart"/>
      <w:r w:rsidRPr="00B82F82">
        <w:t>pembacaan</w:t>
      </w:r>
      <w:proofErr w:type="spellEnd"/>
      <w:r w:rsidRPr="00B82F82">
        <w:t xml:space="preserve"> </w:t>
      </w:r>
      <w:proofErr w:type="spellStart"/>
      <w:r w:rsidRPr="00B82F82">
        <w:t>kartu</w:t>
      </w:r>
      <w:proofErr w:type="spellEnd"/>
      <w:r w:rsidRPr="00B82F82">
        <w:t xml:space="preserve"> </w:t>
      </w:r>
      <w:proofErr w:type="spellStart"/>
      <w:r w:rsidRPr="00B82F82">
        <w:t>jika</w:t>
      </w:r>
      <w:proofErr w:type="spellEnd"/>
      <w:r w:rsidRPr="00B82F82">
        <w:t xml:space="preserve"> </w:t>
      </w:r>
      <w:proofErr w:type="spellStart"/>
      <w:r w:rsidRPr="00B82F82">
        <w:t>diletakkan</w:t>
      </w:r>
      <w:proofErr w:type="spellEnd"/>
      <w:r w:rsidRPr="00B82F82">
        <w:t xml:space="preserve"> </w:t>
      </w:r>
      <w:proofErr w:type="spellStart"/>
      <w:r w:rsidRPr="00B82F82">
        <w:t>dalam</w:t>
      </w:r>
      <w:proofErr w:type="spellEnd"/>
      <w:r w:rsidRPr="00B82F82">
        <w:t xml:space="preserve"> </w:t>
      </w:r>
      <w:proofErr w:type="spellStart"/>
      <w:r w:rsidRPr="00B82F82">
        <w:t>posisi</w:t>
      </w:r>
      <w:proofErr w:type="spellEnd"/>
      <w:r w:rsidRPr="00B82F82">
        <w:t xml:space="preserve"> yang </w:t>
      </w:r>
      <w:proofErr w:type="spellStart"/>
      <w:r w:rsidRPr="00B82F82">
        <w:t>tepat</w:t>
      </w:r>
      <w:proofErr w:type="spellEnd"/>
      <w:r w:rsidRPr="00B82F82">
        <w:t xml:space="preserve">. Selain </w:t>
      </w:r>
      <w:proofErr w:type="spellStart"/>
      <w:r w:rsidRPr="00B82F82">
        <w:t>itu</w:t>
      </w:r>
      <w:proofErr w:type="spellEnd"/>
      <w:r w:rsidRPr="00B82F82">
        <w:t xml:space="preserve">, </w:t>
      </w:r>
      <w:proofErr w:type="spellStart"/>
      <w:r w:rsidRPr="00B82F82">
        <w:t>kemampuan</w:t>
      </w:r>
      <w:proofErr w:type="spellEnd"/>
      <w:r w:rsidRPr="00B82F82">
        <w:t xml:space="preserve"> </w:t>
      </w:r>
      <w:r w:rsidRPr="00B82F82">
        <w:rPr>
          <w:i/>
          <w:iCs/>
        </w:rPr>
        <w:t>problem-solving</w:t>
      </w:r>
      <w:r w:rsidRPr="00B82F82">
        <w:t xml:space="preserve"> </w:t>
      </w:r>
      <w:proofErr w:type="spellStart"/>
      <w:r w:rsidRPr="00B82F82">
        <w:t>mahasiswa</w:t>
      </w:r>
      <w:proofErr w:type="spellEnd"/>
      <w:r w:rsidRPr="00B82F82">
        <w:t xml:space="preserve"> </w:t>
      </w:r>
      <w:proofErr w:type="spellStart"/>
      <w:r w:rsidRPr="00B82F82">
        <w:t>selama</w:t>
      </w:r>
      <w:proofErr w:type="spellEnd"/>
      <w:r w:rsidRPr="00B82F82">
        <w:t xml:space="preserve"> </w:t>
      </w:r>
      <w:proofErr w:type="spellStart"/>
      <w:r w:rsidRPr="00B82F82">
        <w:t>pelaksanaan</w:t>
      </w:r>
      <w:proofErr w:type="spellEnd"/>
      <w:r w:rsidRPr="00B82F82">
        <w:t xml:space="preserve"> </w:t>
      </w:r>
      <w:proofErr w:type="spellStart"/>
      <w:r w:rsidRPr="00B82F82">
        <w:t>kegiatan</w:t>
      </w:r>
      <w:proofErr w:type="spellEnd"/>
      <w:r w:rsidRPr="00B82F82">
        <w:t xml:space="preserve"> </w:t>
      </w:r>
      <w:proofErr w:type="spellStart"/>
      <w:r w:rsidRPr="00B82F82">
        <w:t>magang</w:t>
      </w:r>
      <w:proofErr w:type="spellEnd"/>
      <w:r w:rsidRPr="00B82F82">
        <w:t xml:space="preserve"> sangat </w:t>
      </w:r>
      <w:proofErr w:type="spellStart"/>
      <w:r w:rsidRPr="00B82F82">
        <w:t>teruji</w:t>
      </w:r>
      <w:proofErr w:type="spellEnd"/>
      <w:r w:rsidRPr="00B82F82">
        <w:t xml:space="preserve"> </w:t>
      </w:r>
      <w:proofErr w:type="spellStart"/>
      <w:r w:rsidRPr="00B82F82">
        <w:t>dalam</w:t>
      </w:r>
      <w:proofErr w:type="spellEnd"/>
      <w:r w:rsidRPr="00B82F82">
        <w:t xml:space="preserve"> </w:t>
      </w:r>
      <w:proofErr w:type="spellStart"/>
      <w:r w:rsidRPr="00B82F82">
        <w:t>mengatasi</w:t>
      </w:r>
      <w:proofErr w:type="spellEnd"/>
      <w:r w:rsidRPr="00B82F82">
        <w:t xml:space="preserve"> </w:t>
      </w:r>
      <w:proofErr w:type="spellStart"/>
      <w:r w:rsidRPr="00B82F82">
        <w:t>kendala</w:t>
      </w:r>
      <w:proofErr w:type="spellEnd"/>
      <w:r w:rsidRPr="00B82F82">
        <w:t xml:space="preserve"> </w:t>
      </w:r>
      <w:proofErr w:type="spellStart"/>
      <w:r w:rsidRPr="00B82F82">
        <w:t>teknis</w:t>
      </w:r>
      <w:proofErr w:type="spellEnd"/>
      <w:r w:rsidRPr="00B82F82">
        <w:t xml:space="preserve"> </w:t>
      </w:r>
      <w:proofErr w:type="spellStart"/>
      <w:r w:rsidRPr="00B82F82">
        <w:t>perangkat</w:t>
      </w:r>
      <w:proofErr w:type="spellEnd"/>
      <w:r w:rsidRPr="00B82F82">
        <w:t xml:space="preserve"> </w:t>
      </w:r>
      <w:proofErr w:type="spellStart"/>
      <w:r w:rsidRPr="00B82F82">
        <w:t>keras</w:t>
      </w:r>
      <w:proofErr w:type="spellEnd"/>
      <w:r w:rsidRPr="00B82F82">
        <w:t>.</w:t>
      </w:r>
    </w:p>
    <w:p w14:paraId="0DFE44EC" w14:textId="40711701" w:rsidR="00624776" w:rsidRDefault="00624776" w:rsidP="00624776">
      <w:pPr>
        <w:ind w:firstLine="720"/>
      </w:pPr>
    </w:p>
    <w:p w14:paraId="57372741" w14:textId="77777777" w:rsidR="00624776" w:rsidRDefault="00624776" w:rsidP="00624776">
      <w:pPr>
        <w:ind w:firstLine="720"/>
      </w:pPr>
      <w:r>
        <w:t xml:space="preserve">Hasil </w:t>
      </w:r>
      <w:proofErr w:type="spellStart"/>
      <w:r>
        <w:t>pengujian</w:t>
      </w:r>
      <w:proofErr w:type="spellEnd"/>
      <w:r>
        <w:t xml:space="preserve">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jarak</w:t>
      </w:r>
      <w:proofErr w:type="spellEnd"/>
      <w:r>
        <w:t xml:space="preserve"> </w:t>
      </w:r>
      <w:proofErr w:type="spellStart"/>
      <w:r>
        <w:t>deteksi</w:t>
      </w:r>
      <w:proofErr w:type="spellEnd"/>
      <w:r>
        <w:t xml:space="preserve"> RFID </w:t>
      </w:r>
      <w:proofErr w:type="spellStart"/>
      <w:r>
        <w:t>maksimal</w:t>
      </w:r>
      <w:proofErr w:type="spellEnd"/>
      <w:r>
        <w:t xml:space="preserve"> 3 cm, yang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Ilham et al. [9] yang </w:t>
      </w:r>
      <w:proofErr w:type="spellStart"/>
      <w:r>
        <w:t>menyatakan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sensor RFID </w:t>
      </w:r>
      <w:proofErr w:type="spellStart"/>
      <w:r>
        <w:t>mampu</w:t>
      </w:r>
      <w:proofErr w:type="spellEnd"/>
      <w:r>
        <w:t xml:space="preserve"> </w:t>
      </w:r>
      <w:proofErr w:type="spellStart"/>
      <w:r>
        <w:t>bekerja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mendeteksi</w:t>
      </w:r>
      <w:proofErr w:type="spellEnd"/>
      <w:r>
        <w:t xml:space="preserve"> </w:t>
      </w:r>
      <w:proofErr w:type="spellStart"/>
      <w:r>
        <w:t>kode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ID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kartu</w:t>
      </w:r>
      <w:proofErr w:type="spellEnd"/>
      <w:r>
        <w:t xml:space="preserve"> yang </w:t>
      </w:r>
      <w:proofErr w:type="spellStart"/>
      <w:r>
        <w:t>ditempelkan</w:t>
      </w:r>
      <w:proofErr w:type="spellEnd"/>
      <w:r>
        <w:t xml:space="preserve"> pada reader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jarak</w:t>
      </w:r>
      <w:proofErr w:type="spellEnd"/>
      <w:r>
        <w:t xml:space="preserve"> 3 cm. Waktu </w:t>
      </w:r>
      <w:proofErr w:type="spellStart"/>
      <w:r>
        <w:t>respons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kurang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1 </w:t>
      </w:r>
      <w:proofErr w:type="spellStart"/>
      <w:r>
        <w:t>detik</w:t>
      </w:r>
      <w:proofErr w:type="spellEnd"/>
      <w:r>
        <w:t xml:space="preserve">, yang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cepat</w:t>
      </w:r>
      <w:proofErr w:type="spellEnd"/>
      <w:r>
        <w:t xml:space="preserve"> </w:t>
      </w:r>
      <w:proofErr w:type="spellStart"/>
      <w:r>
        <w:t>dibandingkan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Hamidah et al. [1] yang </w:t>
      </w:r>
      <w:proofErr w:type="spellStart"/>
      <w:r>
        <w:t>menyatakan</w:t>
      </w:r>
      <w:proofErr w:type="spellEnd"/>
      <w:r>
        <w:t xml:space="preserve"> </w:t>
      </w:r>
      <w:proofErr w:type="spellStart"/>
      <w:r>
        <w:t>waktu</w:t>
      </w:r>
      <w:proofErr w:type="spellEnd"/>
      <w:r>
        <w:t xml:space="preserve"> </w:t>
      </w:r>
      <w:proofErr w:type="spellStart"/>
      <w:r>
        <w:t>tanggapan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2 </w:t>
      </w:r>
      <w:proofErr w:type="spellStart"/>
      <w:r>
        <w:t>hingga</w:t>
      </w:r>
      <w:proofErr w:type="spellEnd"/>
      <w:r>
        <w:t xml:space="preserve"> 3 </w:t>
      </w:r>
      <w:proofErr w:type="spellStart"/>
      <w:r>
        <w:t>detik</w:t>
      </w:r>
      <w:proofErr w:type="spellEnd"/>
      <w:r>
        <w:t xml:space="preserve">. </w:t>
      </w:r>
    </w:p>
    <w:p w14:paraId="277BF0D4" w14:textId="58D2AC16" w:rsidR="00624776" w:rsidRDefault="00624776" w:rsidP="00624776">
      <w:pPr>
        <w:ind w:firstLine="720"/>
      </w:pPr>
      <w:r>
        <w:t xml:space="preserve">Hal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disebabkan</w:t>
      </w:r>
      <w:proofErr w:type="spellEnd"/>
      <w:r>
        <w:t xml:space="preserve"> oleh </w:t>
      </w:r>
      <w:proofErr w:type="spellStart"/>
      <w:r>
        <w:t>perbedaan</w:t>
      </w:r>
      <w:proofErr w:type="spellEnd"/>
      <w:r>
        <w:t xml:space="preserve"> </w:t>
      </w:r>
      <w:proofErr w:type="spellStart"/>
      <w:r>
        <w:t>algoritma</w:t>
      </w:r>
      <w:proofErr w:type="spellEnd"/>
      <w:r>
        <w:t xml:space="preserve"> </w:t>
      </w:r>
      <w:proofErr w:type="spellStart"/>
      <w:r>
        <w:t>pemrograman</w:t>
      </w:r>
      <w:proofErr w:type="spellEnd"/>
      <w:r>
        <w:t xml:space="preserve"> dan </w:t>
      </w:r>
      <w:proofErr w:type="spellStart"/>
      <w:r>
        <w:t>kompleksitas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yang </w:t>
      </w:r>
      <w:proofErr w:type="spellStart"/>
      <w:r>
        <w:t>dibangun</w:t>
      </w:r>
      <w:proofErr w:type="spellEnd"/>
      <w:r>
        <w:t xml:space="preserve">. </w:t>
      </w:r>
      <w:proofErr w:type="spellStart"/>
      <w:r>
        <w:t>Penggunaan</w:t>
      </w:r>
      <w:proofErr w:type="spellEnd"/>
      <w:r>
        <w:t xml:space="preserve"> solenoid door lock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tegangan</w:t>
      </w:r>
      <w:proofErr w:type="spellEnd"/>
      <w:r>
        <w:t xml:space="preserve"> 12V DC dan </w:t>
      </w:r>
      <w:proofErr w:type="spellStart"/>
      <w:r>
        <w:t>arus</w:t>
      </w:r>
      <w:proofErr w:type="spellEnd"/>
      <w:r>
        <w:t xml:space="preserve"> 600 mA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spesifikasi</w:t>
      </w:r>
      <w:proofErr w:type="spellEnd"/>
      <w:r>
        <w:t xml:space="preserve"> yang </w:t>
      </w:r>
      <w:proofErr w:type="spellStart"/>
      <w:r>
        <w:t>dikemukakan</w:t>
      </w:r>
      <w:proofErr w:type="spellEnd"/>
      <w:r>
        <w:t xml:space="preserve"> oleh Saputra dan </w:t>
      </w:r>
      <w:proofErr w:type="spellStart"/>
      <w:r>
        <w:t>Meilinda</w:t>
      </w:r>
      <w:proofErr w:type="spellEnd"/>
      <w:r>
        <w:t xml:space="preserve"> [6]. Solenoid door lock </w:t>
      </w:r>
      <w:proofErr w:type="spellStart"/>
      <w:r>
        <w:t>berhasil</w:t>
      </w:r>
      <w:proofErr w:type="spellEnd"/>
      <w:r>
        <w:t xml:space="preserve"> </w:t>
      </w:r>
      <w:proofErr w:type="spellStart"/>
      <w:r>
        <w:t>membuka</w:t>
      </w:r>
      <w:proofErr w:type="spellEnd"/>
      <w:r>
        <w:t xml:space="preserve"> dan </w:t>
      </w:r>
      <w:proofErr w:type="spellStart"/>
      <w:r>
        <w:t>mengunci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baik</w:t>
      </w:r>
      <w:proofErr w:type="spellEnd"/>
      <w:r>
        <w:t xml:space="preserve">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sinyal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Arduino yang </w:t>
      </w:r>
      <w:proofErr w:type="spellStart"/>
      <w:r>
        <w:t>dikontrol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relay module. </w:t>
      </w:r>
      <w:proofErr w:type="spellStart"/>
      <w:r>
        <w:t>Mekanisme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sejalan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teori</w:t>
      </w:r>
      <w:proofErr w:type="spellEnd"/>
      <w:r>
        <w:t xml:space="preserve"> </w:t>
      </w:r>
      <w:proofErr w:type="spellStart"/>
      <w:r>
        <w:t>elektromagnetik</w:t>
      </w:r>
      <w:proofErr w:type="spellEnd"/>
      <w:r>
        <w:t xml:space="preserve"> yang </w:t>
      </w:r>
      <w:proofErr w:type="spellStart"/>
      <w:r>
        <w:t>menyatakan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solenoid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aktif</w:t>
      </w:r>
      <w:proofErr w:type="spellEnd"/>
      <w:r>
        <w:t xml:space="preserve"> </w:t>
      </w:r>
      <w:proofErr w:type="spellStart"/>
      <w:r>
        <w:t>ketika</w:t>
      </w:r>
      <w:proofErr w:type="spellEnd"/>
      <w:r>
        <w:t xml:space="preserve"> </w:t>
      </w:r>
      <w:proofErr w:type="spellStart"/>
      <w:r>
        <w:t>ada</w:t>
      </w:r>
      <w:proofErr w:type="spellEnd"/>
      <w:r>
        <w:t xml:space="preserve"> </w:t>
      </w:r>
      <w:proofErr w:type="spellStart"/>
      <w:r>
        <w:t>arus</w:t>
      </w:r>
      <w:proofErr w:type="spellEnd"/>
      <w:r>
        <w:t xml:space="preserve"> </w:t>
      </w:r>
      <w:proofErr w:type="spellStart"/>
      <w:r>
        <w:t>listrik</w:t>
      </w:r>
      <w:proofErr w:type="spellEnd"/>
      <w:r>
        <w:t xml:space="preserve"> yang </w:t>
      </w:r>
      <w:proofErr w:type="spellStart"/>
      <w:r>
        <w:t>mengalir</w:t>
      </w:r>
      <w:proofErr w:type="spellEnd"/>
      <w:r>
        <w:t xml:space="preserve"> </w:t>
      </w:r>
      <w:proofErr w:type="spellStart"/>
      <w:r>
        <w:t>melaluinya</w:t>
      </w:r>
      <w:proofErr w:type="spellEnd"/>
      <w:r>
        <w:t xml:space="preserve"> [3].</w:t>
      </w:r>
    </w:p>
    <w:p w14:paraId="67E3C126" w14:textId="77777777" w:rsidR="00624776" w:rsidRDefault="00624776" w:rsidP="00624776">
      <w:pPr>
        <w:ind w:firstLine="720"/>
      </w:pPr>
      <w:proofErr w:type="spellStart"/>
      <w:r>
        <w:t>Perbedaan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di </w:t>
      </w:r>
      <w:proofErr w:type="spellStart"/>
      <w:r>
        <w:t>lapangan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teori</w:t>
      </w:r>
      <w:proofErr w:type="spellEnd"/>
      <w:r>
        <w:t xml:space="preserve"> yang </w:t>
      </w:r>
      <w:proofErr w:type="spellStart"/>
      <w:r>
        <w:t>ada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pada </w:t>
      </w:r>
      <w:proofErr w:type="spellStart"/>
      <w:r>
        <w:t>aspek</w:t>
      </w:r>
      <w:proofErr w:type="spellEnd"/>
      <w:r>
        <w:t xml:space="preserve"> </w:t>
      </w:r>
      <w:proofErr w:type="spellStart"/>
      <w:r>
        <w:t>notifikasi</w:t>
      </w:r>
      <w:proofErr w:type="spellEnd"/>
      <w:r>
        <w:t xml:space="preserve">. </w:t>
      </w:r>
      <w:proofErr w:type="spellStart"/>
      <w:r>
        <w:t>Sistem</w:t>
      </w:r>
      <w:proofErr w:type="spellEnd"/>
      <w:r>
        <w:t xml:space="preserve"> yang </w:t>
      </w:r>
      <w:proofErr w:type="spellStart"/>
      <w:r>
        <w:t>dibangun</w:t>
      </w:r>
      <w:proofErr w:type="spellEnd"/>
      <w:r>
        <w:t xml:space="preserve"> pada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belum</w:t>
      </w:r>
      <w:proofErr w:type="spellEnd"/>
      <w:r>
        <w:t xml:space="preserve"> </w:t>
      </w:r>
      <w:proofErr w:type="spellStart"/>
      <w:r>
        <w:t>dilengkapi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modul</w:t>
      </w:r>
      <w:proofErr w:type="spellEnd"/>
      <w:r>
        <w:t xml:space="preserve"> </w:t>
      </w:r>
      <w:proofErr w:type="spellStart"/>
      <w:r>
        <w:t>WiFi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notifikasi</w:t>
      </w:r>
      <w:proofErr w:type="spellEnd"/>
      <w:r>
        <w:t xml:space="preserve"> Telegram </w:t>
      </w:r>
      <w:proofErr w:type="spellStart"/>
      <w:r>
        <w:t>seperti</w:t>
      </w:r>
      <w:proofErr w:type="spellEnd"/>
      <w:r>
        <w:t xml:space="preserve"> pada </w:t>
      </w:r>
      <w:proofErr w:type="spellStart"/>
      <w:r>
        <w:t>penelitian</w:t>
      </w:r>
      <w:proofErr w:type="spellEnd"/>
      <w:r>
        <w:t xml:space="preserve"> Hamidah et al. [1]. Hal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keterbatasan</w:t>
      </w:r>
      <w:proofErr w:type="spellEnd"/>
      <w:r>
        <w:t xml:space="preserve"> dan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dijadikan</w:t>
      </w:r>
      <w:proofErr w:type="spellEnd"/>
      <w:r>
        <w:t xml:space="preserve"> </w:t>
      </w:r>
      <w:proofErr w:type="spellStart"/>
      <w:r>
        <w:t>rekomendasi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pengembangan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di masa </w:t>
      </w:r>
      <w:proofErr w:type="spellStart"/>
      <w:r>
        <w:t>depan</w:t>
      </w:r>
      <w:proofErr w:type="spellEnd"/>
      <w:r>
        <w:t>.</w:t>
      </w:r>
    </w:p>
    <w:p w14:paraId="25CCAEA1" w14:textId="386D4C6C" w:rsidR="00B84C1F" w:rsidRDefault="00B84C1F" w:rsidP="00B84C1F">
      <w:pPr>
        <w:ind w:firstLine="720"/>
      </w:pPr>
      <w:proofErr w:type="spellStart"/>
      <w:r>
        <w:t>Analisis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lanjut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yang </w:t>
      </w:r>
      <w:proofErr w:type="spellStart"/>
      <w:r>
        <w:t>dibangun</w:t>
      </w:r>
      <w:proofErr w:type="spellEnd"/>
      <w:r>
        <w:t xml:space="preserve">. Use Case Diagram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menggambarkan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</w:t>
      </w:r>
      <w:proofErr w:type="spellStart"/>
      <w:r>
        <w:t>fungsional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aktor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fungsi-fungsi</w:t>
      </w:r>
      <w:proofErr w:type="spellEnd"/>
      <w:r>
        <w:t xml:space="preserve"> </w:t>
      </w:r>
      <w:proofErr w:type="spellStart"/>
      <w:r>
        <w:t>utama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keamanan</w:t>
      </w:r>
      <w:proofErr w:type="spellEnd"/>
      <w:r>
        <w:t xml:space="preserve"> </w:t>
      </w:r>
      <w:proofErr w:type="spellStart"/>
      <w:r>
        <w:t>akses</w:t>
      </w:r>
      <w:proofErr w:type="spellEnd"/>
      <w:r>
        <w:t xml:space="preserve"> </w:t>
      </w:r>
      <w:proofErr w:type="spellStart"/>
      <w:r>
        <w:t>gedung</w:t>
      </w:r>
      <w:proofErr w:type="spellEnd"/>
      <w:r>
        <w:t xml:space="preserve"> </w:t>
      </w:r>
      <w:proofErr w:type="spellStart"/>
      <w:r>
        <w:t>pintar</w:t>
      </w:r>
      <w:proofErr w:type="spellEnd"/>
      <w:r>
        <w:t xml:space="preserve">. Aktor User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Karyawan</w:t>
      </w:r>
      <w:proofErr w:type="spellEnd"/>
      <w:r>
        <w:t xml:space="preserve"> </w:t>
      </w:r>
      <w:proofErr w:type="spellStart"/>
      <w:r>
        <w:t>berinteraksi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proses tap </w:t>
      </w:r>
      <w:proofErr w:type="spellStart"/>
      <w:r>
        <w:t>kartu</w:t>
      </w:r>
      <w:proofErr w:type="spellEnd"/>
      <w:r>
        <w:t xml:space="preserve"> RFID pada </w:t>
      </w:r>
      <w:proofErr w:type="spellStart"/>
      <w:r>
        <w:t>modul</w:t>
      </w:r>
      <w:proofErr w:type="spellEnd"/>
      <w:r>
        <w:t xml:space="preserve"> </w:t>
      </w:r>
      <w:proofErr w:type="spellStart"/>
      <w:r>
        <w:t>pembaca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memperoleh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</w:t>
      </w:r>
      <w:proofErr w:type="spellStart"/>
      <w:r>
        <w:t>akses</w:t>
      </w:r>
      <w:proofErr w:type="spellEnd"/>
      <w:r>
        <w:t xml:space="preserve"> </w:t>
      </w:r>
      <w:proofErr w:type="spellStart"/>
      <w:r>
        <w:t>masuk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ruangan</w:t>
      </w:r>
      <w:proofErr w:type="spellEnd"/>
      <w:r>
        <w:t xml:space="preserve"> </w:t>
      </w:r>
      <w:proofErr w:type="spellStart"/>
      <w:r>
        <w:t>setelah</w:t>
      </w:r>
      <w:proofErr w:type="spellEnd"/>
      <w:r>
        <w:t xml:space="preserve"> </w:t>
      </w:r>
      <w:proofErr w:type="spellStart"/>
      <w:r>
        <w:t>otorisasi</w:t>
      </w:r>
      <w:proofErr w:type="spellEnd"/>
      <w:r>
        <w:t xml:space="preserve"> </w:t>
      </w:r>
      <w:proofErr w:type="spellStart"/>
      <w:r>
        <w:t>berhasil</w:t>
      </w:r>
      <w:proofErr w:type="spellEnd"/>
      <w:r>
        <w:t xml:space="preserve">. Administrator </w:t>
      </w:r>
      <w:proofErr w:type="spellStart"/>
      <w:r>
        <w:t>atau</w:t>
      </w:r>
      <w:proofErr w:type="spellEnd"/>
      <w:r>
        <w:t xml:space="preserve"> Operator </w:t>
      </w:r>
      <w:proofErr w:type="spellStart"/>
      <w:r>
        <w:t>memantau</w:t>
      </w:r>
      <w:proofErr w:type="spellEnd"/>
      <w:r>
        <w:t xml:space="preserve"> dan </w:t>
      </w:r>
      <w:proofErr w:type="spellStart"/>
      <w:r>
        <w:t>mengelola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dashboard web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login </w:t>
      </w:r>
      <w:proofErr w:type="spellStart"/>
      <w:r>
        <w:t>ke</w:t>
      </w:r>
      <w:proofErr w:type="spellEnd"/>
      <w:r>
        <w:t xml:space="preserve"> panel monitoring, </w:t>
      </w:r>
      <w:proofErr w:type="spellStart"/>
      <w:r>
        <w:t>registrasi</w:t>
      </w:r>
      <w:proofErr w:type="spellEnd"/>
      <w:r>
        <w:t xml:space="preserve"> </w:t>
      </w:r>
      <w:proofErr w:type="spellStart"/>
      <w:r>
        <w:t>akun</w:t>
      </w:r>
      <w:proofErr w:type="spellEnd"/>
      <w:r>
        <w:t xml:space="preserve"> admin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kartu</w:t>
      </w:r>
      <w:proofErr w:type="spellEnd"/>
      <w:r>
        <w:t xml:space="preserve"> RFID, monitoring log dan heartbeat </w:t>
      </w:r>
      <w:proofErr w:type="spellStart"/>
      <w:r>
        <w:t>secara</w:t>
      </w:r>
      <w:proofErr w:type="spellEnd"/>
      <w:r>
        <w:t xml:space="preserve"> real-time,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reset </w:t>
      </w:r>
      <w:proofErr w:type="spellStart"/>
      <w:r>
        <w:t>atau</w:t>
      </w:r>
      <w:proofErr w:type="spellEnd"/>
      <w:r>
        <w:t xml:space="preserve"> override lock </w:t>
      </w:r>
      <w:proofErr w:type="spellStart"/>
      <w:r>
        <w:t>secara</w:t>
      </w:r>
      <w:proofErr w:type="spellEnd"/>
      <w:r>
        <w:t xml:space="preserve"> manual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membuka</w:t>
      </w:r>
      <w:proofErr w:type="spellEnd"/>
      <w:r>
        <w:t xml:space="preserve"> </w:t>
      </w:r>
      <w:proofErr w:type="spellStart"/>
      <w:r>
        <w:t>pintu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jarak</w:t>
      </w:r>
      <w:proofErr w:type="spellEnd"/>
      <w:r>
        <w:t xml:space="preserve"> </w:t>
      </w:r>
      <w:proofErr w:type="spellStart"/>
      <w:r>
        <w:t>jauh</w:t>
      </w:r>
      <w:proofErr w:type="spellEnd"/>
      <w:r>
        <w:t xml:space="preserve">. </w:t>
      </w:r>
    </w:p>
    <w:p w14:paraId="0DE659B0" w14:textId="532B325F" w:rsidR="00B84C1F" w:rsidRDefault="009E2317" w:rsidP="00B84C1F">
      <w:pPr>
        <w:ind w:firstLine="720"/>
      </w:pPr>
      <w:r>
        <w:rPr>
          <w:noProof/>
        </w:rPr>
        <w:lastRenderedPageBreak/>
        <w:drawing>
          <wp:inline distT="0" distB="0" distL="0" distR="0" wp14:anchorId="3B3855EE" wp14:editId="744ED1FD">
            <wp:extent cx="5039101" cy="3062378"/>
            <wp:effectExtent l="0" t="0" r="0" b="5080"/>
            <wp:docPr id="1166377134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6377134" name="Picture 1166377134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079847" cy="3087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63C8E8" w14:textId="4D3FDB4B" w:rsidR="00B84C1F" w:rsidRDefault="00B84C1F" w:rsidP="00B84C1F">
      <w:pPr>
        <w:ind w:firstLine="720"/>
      </w:pPr>
      <w:proofErr w:type="spellStart"/>
      <w:r>
        <w:t>Sementara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, </w:t>
      </w:r>
      <w:proofErr w:type="spellStart"/>
      <w:r>
        <w:t>Sistem</w:t>
      </w:r>
      <w:proofErr w:type="spellEnd"/>
      <w:r>
        <w:t xml:space="preserve"> IoT yang </w:t>
      </w:r>
      <w:proofErr w:type="spellStart"/>
      <w:r>
        <w:t>terdiri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Arduino dan Python </w:t>
      </w:r>
      <w:proofErr w:type="spellStart"/>
      <w:r>
        <w:t>berperan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aktor</w:t>
      </w:r>
      <w:proofErr w:type="spellEnd"/>
      <w:r>
        <w:t xml:space="preserve"> </w:t>
      </w:r>
      <w:proofErr w:type="spellStart"/>
      <w:r>
        <w:t>otomatis</w:t>
      </w:r>
      <w:proofErr w:type="spellEnd"/>
      <w:r>
        <w:t xml:space="preserve"> yang </w:t>
      </w:r>
      <w:proofErr w:type="spellStart"/>
      <w:r>
        <w:t>membaca</w:t>
      </w:r>
      <w:proofErr w:type="spellEnd"/>
      <w:r>
        <w:t xml:space="preserve"> data </w:t>
      </w:r>
      <w:proofErr w:type="spellStart"/>
      <w:r>
        <w:t>kartu</w:t>
      </w:r>
      <w:proofErr w:type="spellEnd"/>
      <w:r>
        <w:t xml:space="preserve"> RFID, </w:t>
      </w:r>
      <w:proofErr w:type="spellStart"/>
      <w:r>
        <w:t>mengirimkan</w:t>
      </w:r>
      <w:proofErr w:type="spellEnd"/>
      <w:r>
        <w:t xml:space="preserve"> heartbeat </w:t>
      </w:r>
      <w:proofErr w:type="spellStart"/>
      <w:r>
        <w:t>ke</w:t>
      </w:r>
      <w:proofErr w:type="spellEnd"/>
      <w:r>
        <w:t xml:space="preserve"> server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berkala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mengaktifkan</w:t>
      </w:r>
      <w:proofErr w:type="spellEnd"/>
      <w:r>
        <w:t xml:space="preserve"> </w:t>
      </w:r>
      <w:proofErr w:type="spellStart"/>
      <w:r>
        <w:t>protokol</w:t>
      </w:r>
      <w:proofErr w:type="spellEnd"/>
      <w:r>
        <w:t xml:space="preserve"> fail-safe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membuka</w:t>
      </w:r>
      <w:proofErr w:type="spellEnd"/>
      <w:r>
        <w:t xml:space="preserve"> </w:t>
      </w:r>
      <w:proofErr w:type="spellStart"/>
      <w:r>
        <w:t>pintu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otomatis</w:t>
      </w:r>
      <w:proofErr w:type="spellEnd"/>
      <w:r>
        <w:t xml:space="preserve"> </w:t>
      </w:r>
      <w:proofErr w:type="spellStart"/>
      <w:r>
        <w:t>apabila</w:t>
      </w:r>
      <w:proofErr w:type="spellEnd"/>
      <w:r>
        <w:t xml:space="preserve"> </w:t>
      </w:r>
      <w:proofErr w:type="spellStart"/>
      <w:r>
        <w:t>terjadi</w:t>
      </w:r>
      <w:proofErr w:type="spellEnd"/>
      <w:r>
        <w:t xml:space="preserve"> </w:t>
      </w:r>
      <w:proofErr w:type="spellStart"/>
      <w:r>
        <w:t>pemutusan</w:t>
      </w:r>
      <w:proofErr w:type="spellEnd"/>
      <w:r>
        <w:t xml:space="preserve"> </w:t>
      </w:r>
      <w:proofErr w:type="spellStart"/>
      <w:r>
        <w:t>koneksi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gangguan</w:t>
      </w:r>
      <w:proofErr w:type="spellEnd"/>
      <w:r>
        <w:t xml:space="preserve"> </w:t>
      </w:r>
      <w:proofErr w:type="spellStart"/>
      <w:r>
        <w:t>suplai</w:t>
      </w:r>
      <w:proofErr w:type="spellEnd"/>
      <w:r>
        <w:t xml:space="preserve"> </w:t>
      </w:r>
      <w:proofErr w:type="spellStart"/>
      <w:r>
        <w:t>daya</w:t>
      </w:r>
      <w:proofErr w:type="spellEnd"/>
      <w:r>
        <w:t>.</w:t>
      </w:r>
    </w:p>
    <w:p w14:paraId="2E316618" w14:textId="67AFC11A" w:rsidR="00B84C1F" w:rsidRDefault="00B84C1F" w:rsidP="00B84C1F">
      <w:pPr>
        <w:ind w:firstLine="720"/>
      </w:pPr>
      <w:r>
        <w:t xml:space="preserve">Alur 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ketika</w:t>
      </w:r>
      <w:proofErr w:type="spellEnd"/>
      <w:r>
        <w:t xml:space="preserve"> </w:t>
      </w:r>
      <w:proofErr w:type="spellStart"/>
      <w:r>
        <w:t>pengguna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akses</w:t>
      </w:r>
      <w:proofErr w:type="spellEnd"/>
      <w:r>
        <w:t xml:space="preserve"> </w:t>
      </w:r>
      <w:proofErr w:type="spellStart"/>
      <w:r>
        <w:t>masuk</w:t>
      </w:r>
      <w:proofErr w:type="spellEnd"/>
      <w:r>
        <w:t xml:space="preserve"> </w:t>
      </w:r>
      <w:proofErr w:type="spellStart"/>
      <w:r>
        <w:t>ditunjukkan</w:t>
      </w:r>
      <w:proofErr w:type="spellEnd"/>
      <w:r>
        <w:t xml:space="preserve"> pada </w:t>
      </w:r>
      <w:proofErr w:type="spellStart"/>
      <w:r>
        <w:t>gambar</w:t>
      </w:r>
      <w:proofErr w:type="spellEnd"/>
      <w:r>
        <w:t xml:space="preserve"> Flowchart Alur Buka Pintu. Flowchart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menjelaskan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proses </w:t>
      </w:r>
      <w:proofErr w:type="spellStart"/>
      <w:r>
        <w:t>dimulai</w:t>
      </w:r>
      <w:proofErr w:type="spellEnd"/>
      <w:r>
        <w:t xml:space="preserve"> </w:t>
      </w:r>
      <w:proofErr w:type="spellStart"/>
      <w:r>
        <w:t>saat</w:t>
      </w:r>
      <w:proofErr w:type="spellEnd"/>
      <w:r>
        <w:t xml:space="preserve"> </w:t>
      </w:r>
      <w:proofErr w:type="spellStart"/>
      <w:r>
        <w:t>karyawan</w:t>
      </w:r>
      <w:proofErr w:type="spellEnd"/>
      <w:r>
        <w:t xml:space="preserve"> </w:t>
      </w:r>
      <w:proofErr w:type="spellStart"/>
      <w:r>
        <w:t>menempelkan</w:t>
      </w:r>
      <w:proofErr w:type="spellEnd"/>
      <w:r>
        <w:t xml:space="preserve"> </w:t>
      </w:r>
      <w:proofErr w:type="spellStart"/>
      <w:r>
        <w:t>kartu</w:t>
      </w:r>
      <w:proofErr w:type="spellEnd"/>
      <w:r>
        <w:t xml:space="preserve"> RFID </w:t>
      </w:r>
      <w:proofErr w:type="spellStart"/>
      <w:r>
        <w:t>ke</w:t>
      </w:r>
      <w:proofErr w:type="spellEnd"/>
      <w:r>
        <w:t xml:space="preserve"> </w:t>
      </w:r>
      <w:proofErr w:type="spellStart"/>
      <w:r>
        <w:t>modul</w:t>
      </w:r>
      <w:proofErr w:type="spellEnd"/>
      <w:r>
        <w:t xml:space="preserve"> MFRC522. </w:t>
      </w:r>
    </w:p>
    <w:p w14:paraId="37050C4C" w14:textId="2E2D5945" w:rsidR="00B84C1F" w:rsidRDefault="00954150" w:rsidP="00B84C1F">
      <w:pPr>
        <w:ind w:firstLine="720"/>
      </w:pPr>
      <w:r>
        <w:rPr>
          <w:noProof/>
        </w:rPr>
        <w:lastRenderedPageBreak/>
        <w:drawing>
          <wp:inline distT="0" distB="0" distL="0" distR="0" wp14:anchorId="1CC67A85" wp14:editId="7FC81903">
            <wp:extent cx="4217670" cy="8223250"/>
            <wp:effectExtent l="0" t="0" r="0" b="6350"/>
            <wp:docPr id="230028144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028144" name="Picture 230028144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217670" cy="822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1F278E" w14:textId="38267937" w:rsidR="00B84C1F" w:rsidRDefault="00B84C1F" w:rsidP="00B84C1F">
      <w:pPr>
        <w:ind w:firstLine="720"/>
      </w:pPr>
      <w:r>
        <w:lastRenderedPageBreak/>
        <w:t xml:space="preserve">Arduino Uno </w:t>
      </w:r>
      <w:proofErr w:type="spellStart"/>
      <w:r>
        <w:t>kemudian</w:t>
      </w:r>
      <w:proofErr w:type="spellEnd"/>
      <w:r>
        <w:t xml:space="preserve"> </w:t>
      </w:r>
      <w:proofErr w:type="spellStart"/>
      <w:r>
        <w:t>membaca</w:t>
      </w:r>
      <w:proofErr w:type="spellEnd"/>
      <w:r>
        <w:t xml:space="preserve"> </w:t>
      </w:r>
      <w:proofErr w:type="spellStart"/>
      <w:r>
        <w:t>nomor</w:t>
      </w:r>
      <w:proofErr w:type="spellEnd"/>
      <w:r>
        <w:t xml:space="preserve"> UID </w:t>
      </w:r>
      <w:proofErr w:type="spellStart"/>
      <w:r>
        <w:t>kartu</w:t>
      </w:r>
      <w:proofErr w:type="spellEnd"/>
      <w:r>
        <w:t xml:space="preserve"> dan </w:t>
      </w:r>
      <w:proofErr w:type="spellStart"/>
      <w:r>
        <w:t>mengirimkannya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komputer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koneksi</w:t>
      </w:r>
      <w:proofErr w:type="spellEnd"/>
      <w:r>
        <w:t xml:space="preserve"> USB Serial. Program Python bridge.py </w:t>
      </w:r>
      <w:proofErr w:type="spellStart"/>
      <w:r>
        <w:t>menangkap</w:t>
      </w:r>
      <w:proofErr w:type="spellEnd"/>
      <w:r>
        <w:t xml:space="preserve"> data </w:t>
      </w:r>
      <w:proofErr w:type="spellStart"/>
      <w:r>
        <w:t>tersebut</w:t>
      </w:r>
      <w:proofErr w:type="spellEnd"/>
      <w:r>
        <w:t xml:space="preserve"> dan </w:t>
      </w:r>
      <w:proofErr w:type="spellStart"/>
      <w:r>
        <w:t>meneruskannya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server Laravel </w:t>
      </w:r>
      <w:proofErr w:type="spellStart"/>
      <w:r>
        <w:t>melalui</w:t>
      </w:r>
      <w:proofErr w:type="spellEnd"/>
      <w:r>
        <w:t xml:space="preserve"> request POST API. Server Laravel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mencocokkan</w:t>
      </w:r>
      <w:proofErr w:type="spellEnd"/>
      <w:r>
        <w:t xml:space="preserve"> UID </w:t>
      </w:r>
      <w:proofErr w:type="spellStart"/>
      <w:r>
        <w:t>dengan</w:t>
      </w:r>
      <w:proofErr w:type="spellEnd"/>
      <w:r>
        <w:t xml:space="preserve"> database, </w:t>
      </w:r>
      <w:proofErr w:type="spellStart"/>
      <w:r>
        <w:t>jika</w:t>
      </w:r>
      <w:proofErr w:type="spellEnd"/>
      <w:r>
        <w:t xml:space="preserve"> valid dan </w:t>
      </w:r>
      <w:proofErr w:type="spellStart"/>
      <w:r>
        <w:t>diizinkan</w:t>
      </w:r>
      <w:proofErr w:type="spellEnd"/>
      <w:r>
        <w:t xml:space="preserve">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menyimpan</w:t>
      </w:r>
      <w:proofErr w:type="spellEnd"/>
      <w:r>
        <w:t xml:space="preserve"> log </w:t>
      </w:r>
      <w:proofErr w:type="spellStart"/>
      <w:r>
        <w:t>akses</w:t>
      </w:r>
      <w:proofErr w:type="spellEnd"/>
      <w:r>
        <w:t xml:space="preserve">, </w:t>
      </w:r>
      <w:proofErr w:type="spellStart"/>
      <w:r>
        <w:t>mengirim</w:t>
      </w:r>
      <w:proofErr w:type="spellEnd"/>
      <w:r>
        <w:t xml:space="preserve"> </w:t>
      </w:r>
      <w:proofErr w:type="spellStart"/>
      <w:r>
        <w:t>respon</w:t>
      </w:r>
      <w:proofErr w:type="spellEnd"/>
      <w:r>
        <w:t xml:space="preserve"> GRANTED, dan </w:t>
      </w:r>
      <w:proofErr w:type="spellStart"/>
      <w:r>
        <w:t>memerintahkan</w:t>
      </w:r>
      <w:proofErr w:type="spellEnd"/>
      <w:r>
        <w:t xml:space="preserve"> Arduino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mengaktifkan</w:t>
      </w:r>
      <w:proofErr w:type="spellEnd"/>
      <w:r>
        <w:t xml:space="preserve"> relay </w:t>
      </w:r>
      <w:proofErr w:type="spellStart"/>
      <w:r>
        <w:t>selama</w:t>
      </w:r>
      <w:proofErr w:type="spellEnd"/>
      <w:r>
        <w:t xml:space="preserve"> 3 </w:t>
      </w:r>
      <w:proofErr w:type="spellStart"/>
      <w:r>
        <w:t>detik</w:t>
      </w:r>
      <w:proofErr w:type="spellEnd"/>
      <w:r>
        <w:t xml:space="preserve"> </w:t>
      </w:r>
      <w:proofErr w:type="spellStart"/>
      <w:r>
        <w:t>sehingga</w:t>
      </w:r>
      <w:proofErr w:type="spellEnd"/>
      <w:r>
        <w:t xml:space="preserve"> solenoid door lock </w:t>
      </w:r>
      <w:proofErr w:type="spellStart"/>
      <w:r>
        <w:t>terbuka</w:t>
      </w:r>
      <w:proofErr w:type="spellEnd"/>
      <w:r>
        <w:t xml:space="preserve">. </w:t>
      </w:r>
      <w:proofErr w:type="spellStart"/>
      <w:r>
        <w:t>Sebaliknya</w:t>
      </w:r>
      <w:proofErr w:type="spellEnd"/>
      <w:r>
        <w:t xml:space="preserve">, </w:t>
      </w:r>
      <w:proofErr w:type="spellStart"/>
      <w:r>
        <w:t>jika</w:t>
      </w:r>
      <w:proofErr w:type="spellEnd"/>
      <w:r>
        <w:t xml:space="preserve"> UID </w:t>
      </w:r>
      <w:proofErr w:type="spellStart"/>
      <w:r>
        <w:t>tidak</w:t>
      </w:r>
      <w:proofErr w:type="spellEnd"/>
      <w:r>
        <w:t xml:space="preserve"> valid,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menyimpan</w:t>
      </w:r>
      <w:proofErr w:type="spellEnd"/>
      <w:r>
        <w:t xml:space="preserve"> log </w:t>
      </w:r>
      <w:proofErr w:type="spellStart"/>
      <w:r>
        <w:t>penolakan</w:t>
      </w:r>
      <w:proofErr w:type="spellEnd"/>
      <w:r>
        <w:t xml:space="preserve"> dan </w:t>
      </w:r>
      <w:proofErr w:type="spellStart"/>
      <w:r>
        <w:t>pintu</w:t>
      </w:r>
      <w:proofErr w:type="spellEnd"/>
      <w:r>
        <w:t xml:space="preserve"> </w:t>
      </w:r>
      <w:proofErr w:type="spellStart"/>
      <w:r>
        <w:t>tetap</w:t>
      </w:r>
      <w:proofErr w:type="spellEnd"/>
      <w:r>
        <w:t xml:space="preserve"> </w:t>
      </w:r>
      <w:proofErr w:type="spellStart"/>
      <w:r>
        <w:t>terkunci</w:t>
      </w:r>
      <w:proofErr w:type="spellEnd"/>
      <w:r>
        <w:t>.</w:t>
      </w:r>
    </w:p>
    <w:p w14:paraId="18E28D16" w14:textId="0442D4DF" w:rsidR="00B84C1F" w:rsidRDefault="00954150" w:rsidP="009E2317">
      <w:pPr>
        <w:ind w:firstLine="720"/>
      </w:pPr>
      <w:r>
        <w:rPr>
          <w:noProof/>
        </w:rPr>
        <w:lastRenderedPageBreak/>
        <w:drawing>
          <wp:inline distT="0" distB="0" distL="0" distR="0" wp14:anchorId="12ED1DD8" wp14:editId="4BD3A403">
            <wp:extent cx="5039995" cy="7956468"/>
            <wp:effectExtent l="0" t="0" r="8255" b="6985"/>
            <wp:docPr id="1981683283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1683283" name="Picture 1981683283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049310" cy="7971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0CD934" w14:textId="202FDE32" w:rsidR="00B84C1F" w:rsidRDefault="00B84C1F" w:rsidP="00B84C1F">
      <w:pPr>
        <w:ind w:firstLine="720"/>
      </w:pPr>
      <w:r>
        <w:lastRenderedPageBreak/>
        <w:t xml:space="preserve">Selain </w:t>
      </w:r>
      <w:proofErr w:type="spellStart"/>
      <w:r>
        <w:t>itu</w:t>
      </w:r>
      <w:proofErr w:type="spellEnd"/>
      <w:r>
        <w:t xml:space="preserve">, </w:t>
      </w:r>
      <w:proofErr w:type="spellStart"/>
      <w:r>
        <w:t>sistem</w:t>
      </w:r>
      <w:proofErr w:type="spellEnd"/>
      <w:r>
        <w:t xml:space="preserve"> juga </w:t>
      </w:r>
      <w:proofErr w:type="spellStart"/>
      <w:r>
        <w:t>dilengkapi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mekanisme</w:t>
      </w:r>
      <w:proofErr w:type="spellEnd"/>
      <w:r>
        <w:t xml:space="preserve"> </w:t>
      </w:r>
      <w:proofErr w:type="spellStart"/>
      <w:r>
        <w:t>keamanan</w:t>
      </w:r>
      <w:proofErr w:type="spellEnd"/>
      <w:r>
        <w:t xml:space="preserve"> </w:t>
      </w:r>
      <w:proofErr w:type="spellStart"/>
      <w:r>
        <w:t>darurat</w:t>
      </w:r>
      <w:proofErr w:type="spellEnd"/>
      <w:r>
        <w:t xml:space="preserve"> yang </w:t>
      </w:r>
      <w:proofErr w:type="spellStart"/>
      <w:r>
        <w:t>ditampilkan</w:t>
      </w:r>
      <w:proofErr w:type="spellEnd"/>
      <w:r>
        <w:t xml:space="preserve"> pada Flowchart </w:t>
      </w:r>
      <w:proofErr w:type="spellStart"/>
      <w:r>
        <w:t>Protokol</w:t>
      </w:r>
      <w:proofErr w:type="spellEnd"/>
      <w:r>
        <w:t xml:space="preserve"> Fail-safe. Flowchart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menggambarkan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Arduino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terus-menerus</w:t>
      </w:r>
      <w:proofErr w:type="spellEnd"/>
      <w:r>
        <w:t xml:space="preserve"> </w:t>
      </w:r>
      <w:proofErr w:type="spellStart"/>
      <w:r>
        <w:t>memantau</w:t>
      </w:r>
      <w:proofErr w:type="spellEnd"/>
      <w:r>
        <w:t xml:space="preserve"> </w:t>
      </w:r>
      <w:proofErr w:type="spellStart"/>
      <w:r>
        <w:t>sinyal</w:t>
      </w:r>
      <w:proofErr w:type="spellEnd"/>
      <w:r>
        <w:t xml:space="preserve"> heartbeat </w:t>
      </w:r>
      <w:proofErr w:type="spellStart"/>
      <w:r>
        <w:t>berupa</w:t>
      </w:r>
      <w:proofErr w:type="spellEnd"/>
      <w:r>
        <w:t xml:space="preserve"> </w:t>
      </w:r>
      <w:proofErr w:type="spellStart"/>
      <w:r>
        <w:t>karakter</w:t>
      </w:r>
      <w:proofErr w:type="spellEnd"/>
      <w:r>
        <w:t xml:space="preserve"> ‘H’ yang </w:t>
      </w:r>
      <w:proofErr w:type="spellStart"/>
      <w:r>
        <w:t>dikirimkan</w:t>
      </w:r>
      <w:proofErr w:type="spellEnd"/>
      <w:r>
        <w:t xml:space="preserve"> oleh </w:t>
      </w:r>
      <w:proofErr w:type="spellStart"/>
      <w:r>
        <w:t>komputer</w:t>
      </w:r>
      <w:proofErr w:type="spellEnd"/>
      <w:r>
        <w:t xml:space="preserve"> </w:t>
      </w:r>
      <w:proofErr w:type="spellStart"/>
      <w:r>
        <w:t>setiap</w:t>
      </w:r>
      <w:proofErr w:type="spellEnd"/>
      <w:r>
        <w:t xml:space="preserve"> 5 </w:t>
      </w:r>
      <w:proofErr w:type="spellStart"/>
      <w:r>
        <w:t>detik</w:t>
      </w:r>
      <w:proofErr w:type="spellEnd"/>
      <w:r>
        <w:t xml:space="preserve">. </w:t>
      </w:r>
      <w:proofErr w:type="spellStart"/>
      <w:r>
        <w:t>Apabila</w:t>
      </w:r>
      <w:proofErr w:type="spellEnd"/>
      <w:r>
        <w:t xml:space="preserve"> </w:t>
      </w:r>
      <w:proofErr w:type="spellStart"/>
      <w:r>
        <w:t>sinyal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diterima</w:t>
      </w:r>
      <w:proofErr w:type="spellEnd"/>
      <w:r>
        <w:t xml:space="preserve"> </w:t>
      </w:r>
      <w:proofErr w:type="spellStart"/>
      <w:r>
        <w:t>selama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12 </w:t>
      </w:r>
      <w:proofErr w:type="spellStart"/>
      <w:r>
        <w:t>detik</w:t>
      </w:r>
      <w:proofErr w:type="spellEnd"/>
      <w:r>
        <w:t xml:space="preserve">, Arduino </w:t>
      </w:r>
      <w:proofErr w:type="spellStart"/>
      <w:r>
        <w:t>mendeteksi</w:t>
      </w:r>
      <w:proofErr w:type="spellEnd"/>
      <w:r>
        <w:t xml:space="preserve"> </w:t>
      </w:r>
      <w:proofErr w:type="spellStart"/>
      <w:r>
        <w:t>putusnya</w:t>
      </w:r>
      <w:proofErr w:type="spellEnd"/>
      <w:r>
        <w:t xml:space="preserve"> </w:t>
      </w:r>
      <w:proofErr w:type="spellStart"/>
      <w:r>
        <w:t>koneksi</w:t>
      </w:r>
      <w:proofErr w:type="spellEnd"/>
      <w:r>
        <w:t xml:space="preserve"> dan </w:t>
      </w:r>
      <w:proofErr w:type="spellStart"/>
      <w:r>
        <w:t>langsung</w:t>
      </w:r>
      <w:proofErr w:type="spellEnd"/>
      <w:r>
        <w:t xml:space="preserve"> </w:t>
      </w:r>
      <w:proofErr w:type="spellStart"/>
      <w:r>
        <w:t>mematikan</w:t>
      </w:r>
      <w:proofErr w:type="spellEnd"/>
      <w:r>
        <w:t xml:space="preserve"> relay. </w:t>
      </w:r>
      <w:proofErr w:type="spellStart"/>
      <w:r>
        <w:t>Akibatnya</w:t>
      </w:r>
      <w:proofErr w:type="spellEnd"/>
      <w:r>
        <w:t xml:space="preserve">, </w:t>
      </w:r>
      <w:proofErr w:type="spellStart"/>
      <w:r>
        <w:t>aliran</w:t>
      </w:r>
      <w:proofErr w:type="spellEnd"/>
      <w:r>
        <w:t xml:space="preserve"> </w:t>
      </w:r>
      <w:proofErr w:type="spellStart"/>
      <w:r>
        <w:t>listrik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solenoid </w:t>
      </w:r>
      <w:proofErr w:type="spellStart"/>
      <w:r>
        <w:t>terputus</w:t>
      </w:r>
      <w:proofErr w:type="spellEnd"/>
      <w:r>
        <w:t xml:space="preserve">, </w:t>
      </w:r>
      <w:proofErr w:type="spellStart"/>
      <w:r>
        <w:t>gaya</w:t>
      </w:r>
      <w:proofErr w:type="spellEnd"/>
      <w:r>
        <w:t xml:space="preserve"> magnet </w:t>
      </w:r>
      <w:proofErr w:type="spellStart"/>
      <w:r>
        <w:t>hilang</w:t>
      </w:r>
      <w:proofErr w:type="spellEnd"/>
      <w:r>
        <w:t xml:space="preserve">, dan </w:t>
      </w:r>
      <w:proofErr w:type="spellStart"/>
      <w:r>
        <w:t>pintu</w:t>
      </w:r>
      <w:proofErr w:type="spellEnd"/>
      <w:r>
        <w:t xml:space="preserve"> </w:t>
      </w:r>
      <w:proofErr w:type="spellStart"/>
      <w:r>
        <w:t>otomatis</w:t>
      </w:r>
      <w:proofErr w:type="spellEnd"/>
      <w:r>
        <w:t xml:space="preserve"> </w:t>
      </w:r>
      <w:proofErr w:type="spellStart"/>
      <w:r>
        <w:t>terbuka</w:t>
      </w:r>
      <w:proofErr w:type="spellEnd"/>
      <w:r>
        <w:t xml:space="preserve">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evakuasi</w:t>
      </w:r>
      <w:proofErr w:type="spellEnd"/>
      <w:r>
        <w:t xml:space="preserve"> </w:t>
      </w:r>
      <w:proofErr w:type="spellStart"/>
      <w:r>
        <w:t>darurat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aman</w:t>
      </w:r>
      <w:proofErr w:type="spellEnd"/>
      <w:r>
        <w:t>.</w:t>
      </w:r>
    </w:p>
    <w:p w14:paraId="2775B1B6" w14:textId="77777777" w:rsidR="00624776" w:rsidRDefault="00624776" w:rsidP="00624776">
      <w:pPr>
        <w:pStyle w:val="Heading2"/>
      </w:pPr>
      <w:bookmarkStart w:id="33" w:name="_Toc233318719"/>
      <w:r>
        <w:t xml:space="preserve">4.6 Pelajaran yang </w:t>
      </w:r>
      <w:proofErr w:type="spellStart"/>
      <w:r>
        <w:t>Diperoleh</w:t>
      </w:r>
      <w:bookmarkEnd w:id="33"/>
      <w:proofErr w:type="spellEnd"/>
    </w:p>
    <w:p w14:paraId="692F63F6" w14:textId="77777777" w:rsidR="00624776" w:rsidRDefault="00624776" w:rsidP="00C607DD">
      <w:pPr>
        <w:ind w:firstLine="720"/>
      </w:pPr>
      <w:proofErr w:type="spellStart"/>
      <w:r>
        <w:t>Selama</w:t>
      </w:r>
      <w:proofErr w:type="spellEnd"/>
      <w:r>
        <w:t xml:space="preserve"> </w:t>
      </w:r>
      <w:proofErr w:type="spellStart"/>
      <w:r>
        <w:t>pelaksanaan</w:t>
      </w:r>
      <w:proofErr w:type="spellEnd"/>
      <w:r>
        <w:t xml:space="preserve"> PKL/</w:t>
      </w:r>
      <w:proofErr w:type="spellStart"/>
      <w:r>
        <w:t>Magang</w:t>
      </w:r>
      <w:proofErr w:type="spellEnd"/>
      <w:r>
        <w:t xml:space="preserve">, </w:t>
      </w:r>
      <w:proofErr w:type="spellStart"/>
      <w:r>
        <w:t>penulis</w:t>
      </w:r>
      <w:proofErr w:type="spellEnd"/>
      <w:r>
        <w:t xml:space="preserve"> </w:t>
      </w:r>
      <w:proofErr w:type="spellStart"/>
      <w:r>
        <w:t>memperoleh</w:t>
      </w:r>
      <w:proofErr w:type="spellEnd"/>
      <w:r>
        <w:t xml:space="preserve"> </w:t>
      </w:r>
      <w:proofErr w:type="spellStart"/>
      <w:r>
        <w:t>berbagai</w:t>
      </w:r>
      <w:proofErr w:type="spellEnd"/>
      <w:r>
        <w:t xml:space="preserve"> </w:t>
      </w:r>
      <w:proofErr w:type="spellStart"/>
      <w:r>
        <w:t>pelajaran</w:t>
      </w:r>
      <w:proofErr w:type="spellEnd"/>
      <w:r>
        <w:t xml:space="preserve"> </w:t>
      </w:r>
      <w:proofErr w:type="spellStart"/>
      <w:r>
        <w:t>berharga</w:t>
      </w:r>
      <w:proofErr w:type="spellEnd"/>
      <w:r>
        <w:t xml:space="preserve">, </w:t>
      </w:r>
      <w:proofErr w:type="spellStart"/>
      <w:r>
        <w:t>antara</w:t>
      </w:r>
      <w:proofErr w:type="spellEnd"/>
      <w:r>
        <w:t xml:space="preserve"> lain:</w:t>
      </w:r>
    </w:p>
    <w:p w14:paraId="5A1AD432" w14:textId="080172CA" w:rsidR="00624776" w:rsidRDefault="00624776">
      <w:pPr>
        <w:pStyle w:val="ListParagraph"/>
        <w:numPr>
          <w:ilvl w:val="0"/>
          <w:numId w:val="14"/>
        </w:numPr>
      </w:pPr>
      <w:proofErr w:type="spellStart"/>
      <w:r>
        <w:t>Pengetahuan</w:t>
      </w:r>
      <w:proofErr w:type="spellEnd"/>
      <w:r>
        <w:t xml:space="preserve"> </w:t>
      </w:r>
      <w:proofErr w:type="spellStart"/>
      <w:r>
        <w:t>teknis</w:t>
      </w:r>
      <w:proofErr w:type="spellEnd"/>
      <w:r>
        <w:t xml:space="preserve"> </w:t>
      </w:r>
      <w:proofErr w:type="spellStart"/>
      <w:r>
        <w:t>mengenai</w:t>
      </w:r>
      <w:proofErr w:type="spellEnd"/>
      <w:r>
        <w:t xml:space="preserve"> </w:t>
      </w:r>
      <w:proofErr w:type="spellStart"/>
      <w:r>
        <w:t>teknologi</w:t>
      </w:r>
      <w:proofErr w:type="spellEnd"/>
      <w:r>
        <w:t xml:space="preserve"> RFID, </w:t>
      </w:r>
      <w:proofErr w:type="spellStart"/>
      <w:r>
        <w:t>mikrokontroler</w:t>
      </w:r>
      <w:proofErr w:type="spellEnd"/>
      <w:r>
        <w:t xml:space="preserve"> Arduino, dan </w:t>
      </w:r>
      <w:proofErr w:type="spellStart"/>
      <w:r>
        <w:t>komponen</w:t>
      </w:r>
      <w:proofErr w:type="spellEnd"/>
      <w:r>
        <w:t xml:space="preserve"> </w:t>
      </w:r>
      <w:proofErr w:type="spellStart"/>
      <w:r>
        <w:t>elektronik</w:t>
      </w:r>
      <w:proofErr w:type="spellEnd"/>
      <w:r>
        <w:t xml:space="preserve"> </w:t>
      </w:r>
      <w:proofErr w:type="spellStart"/>
      <w:r>
        <w:t>lainnya</w:t>
      </w:r>
      <w:proofErr w:type="spellEnd"/>
      <w:r>
        <w:t>.</w:t>
      </w:r>
    </w:p>
    <w:p w14:paraId="524B575B" w14:textId="448FB7FC" w:rsidR="00624776" w:rsidRDefault="00624776">
      <w:pPr>
        <w:pStyle w:val="ListParagraph"/>
        <w:numPr>
          <w:ilvl w:val="0"/>
          <w:numId w:val="14"/>
        </w:numPr>
      </w:pPr>
      <w:proofErr w:type="spellStart"/>
      <w:r>
        <w:t>Keterampilan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merancang</w:t>
      </w:r>
      <w:proofErr w:type="spellEnd"/>
      <w:r>
        <w:t xml:space="preserve"> dan </w:t>
      </w:r>
      <w:proofErr w:type="spellStart"/>
      <w:r>
        <w:t>membangun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embedded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keamanan</w:t>
      </w:r>
      <w:proofErr w:type="spellEnd"/>
      <w:r>
        <w:t xml:space="preserve"> </w:t>
      </w:r>
      <w:proofErr w:type="spellStart"/>
      <w:r>
        <w:t>akses</w:t>
      </w:r>
      <w:proofErr w:type="spellEnd"/>
      <w:r>
        <w:t xml:space="preserve"> </w:t>
      </w:r>
      <w:proofErr w:type="spellStart"/>
      <w:r>
        <w:t>ruangan</w:t>
      </w:r>
      <w:proofErr w:type="spellEnd"/>
      <w:r>
        <w:t>.</w:t>
      </w:r>
    </w:p>
    <w:p w14:paraId="2F632C0E" w14:textId="58922486" w:rsidR="00624776" w:rsidRDefault="00624776">
      <w:pPr>
        <w:pStyle w:val="ListParagraph"/>
        <w:numPr>
          <w:ilvl w:val="0"/>
          <w:numId w:val="14"/>
        </w:numPr>
      </w:pPr>
      <w:proofErr w:type="spellStart"/>
      <w:r>
        <w:t>Kemampuan</w:t>
      </w:r>
      <w:proofErr w:type="spellEnd"/>
      <w:r>
        <w:t xml:space="preserve"> </w:t>
      </w:r>
      <w:proofErr w:type="spellStart"/>
      <w:r>
        <w:t>pemrograman</w:t>
      </w:r>
      <w:proofErr w:type="spellEnd"/>
      <w:r>
        <w:t xml:space="preserve"> </w:t>
      </w:r>
      <w:proofErr w:type="spellStart"/>
      <w:r>
        <w:t>mikrokontroler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Arduino IDE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bahasa</w:t>
      </w:r>
      <w:proofErr w:type="spellEnd"/>
      <w:r>
        <w:t xml:space="preserve"> C/C++.</w:t>
      </w:r>
    </w:p>
    <w:p w14:paraId="0A9DE171" w14:textId="79900AAF" w:rsidR="00624776" w:rsidRDefault="00624776">
      <w:pPr>
        <w:pStyle w:val="ListParagraph"/>
        <w:numPr>
          <w:ilvl w:val="0"/>
          <w:numId w:val="14"/>
        </w:numPr>
      </w:pPr>
      <w:proofErr w:type="spellStart"/>
      <w:r>
        <w:t>Pemahaman</w:t>
      </w:r>
      <w:proofErr w:type="spellEnd"/>
      <w:r>
        <w:t xml:space="preserve"> </w:t>
      </w:r>
      <w:proofErr w:type="spellStart"/>
      <w:r>
        <w:t>mengenai</w:t>
      </w:r>
      <w:proofErr w:type="spellEnd"/>
      <w:r>
        <w:t xml:space="preserve"> </w:t>
      </w:r>
      <w:proofErr w:type="spellStart"/>
      <w:r>
        <w:t>pentingnya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sama</w:t>
      </w:r>
      <w:proofErr w:type="spellEnd"/>
      <w:r>
        <w:t xml:space="preserve"> </w:t>
      </w:r>
      <w:proofErr w:type="spellStart"/>
      <w:r>
        <w:t>tim</w:t>
      </w:r>
      <w:proofErr w:type="spellEnd"/>
      <w:r>
        <w:t xml:space="preserve">, </w:t>
      </w:r>
      <w:proofErr w:type="spellStart"/>
      <w:r>
        <w:t>komunikasi</w:t>
      </w:r>
      <w:proofErr w:type="spellEnd"/>
      <w:r>
        <w:t xml:space="preserve"> </w:t>
      </w:r>
      <w:proofErr w:type="spellStart"/>
      <w:r>
        <w:t>efektif</w:t>
      </w:r>
      <w:proofErr w:type="spellEnd"/>
      <w:r>
        <w:t xml:space="preserve">, dan </w:t>
      </w:r>
      <w:proofErr w:type="spellStart"/>
      <w:r>
        <w:t>kedisiplinan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lingkungan</w:t>
      </w:r>
      <w:proofErr w:type="spellEnd"/>
      <w:r>
        <w:t xml:space="preserve"> </w:t>
      </w:r>
      <w:proofErr w:type="spellStart"/>
      <w:r>
        <w:t>kerja</w:t>
      </w:r>
      <w:proofErr w:type="spellEnd"/>
      <w:r>
        <w:t>.</w:t>
      </w:r>
    </w:p>
    <w:p w14:paraId="65DE630C" w14:textId="25F6CBE5" w:rsidR="00624776" w:rsidRDefault="00624776">
      <w:pPr>
        <w:pStyle w:val="ListParagraph"/>
        <w:numPr>
          <w:ilvl w:val="0"/>
          <w:numId w:val="14"/>
        </w:numPr>
      </w:pPr>
      <w:proofErr w:type="spellStart"/>
      <w:r>
        <w:t>Pengalaman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liputan</w:t>
      </w:r>
      <w:proofErr w:type="spellEnd"/>
      <w:r>
        <w:t xml:space="preserve"> dan </w:t>
      </w:r>
      <w:proofErr w:type="spellStart"/>
      <w:r>
        <w:t>dokumentasi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pemerintahan</w:t>
      </w:r>
      <w:proofErr w:type="spellEnd"/>
      <w:r>
        <w:t>.</w:t>
      </w:r>
    </w:p>
    <w:p w14:paraId="7B97346C" w14:textId="6F15362B" w:rsidR="006512E0" w:rsidRDefault="00624776">
      <w:pPr>
        <w:pStyle w:val="ListParagraph"/>
        <w:numPr>
          <w:ilvl w:val="0"/>
          <w:numId w:val="14"/>
        </w:numPr>
      </w:pPr>
      <w:r>
        <w:t>\</w:t>
      </w:r>
      <w:proofErr w:type="spellStart"/>
      <w:r>
        <w:t>Kemampuan</w:t>
      </w:r>
      <w:proofErr w:type="spellEnd"/>
      <w:r>
        <w:t xml:space="preserve"> problem-solving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menghadapi</w:t>
      </w:r>
      <w:proofErr w:type="spellEnd"/>
      <w:r>
        <w:t xml:space="preserve"> </w:t>
      </w:r>
      <w:proofErr w:type="spellStart"/>
      <w:r>
        <w:t>kendala</w:t>
      </w:r>
      <w:proofErr w:type="spellEnd"/>
      <w:r>
        <w:t xml:space="preserve"> </w:t>
      </w:r>
      <w:proofErr w:type="spellStart"/>
      <w:r>
        <w:t>teknis</w:t>
      </w:r>
      <w:proofErr w:type="spellEnd"/>
      <w:r>
        <w:t xml:space="preserve"> </w:t>
      </w:r>
      <w:proofErr w:type="spellStart"/>
      <w:r>
        <w:t>selama</w:t>
      </w:r>
      <w:proofErr w:type="spellEnd"/>
      <w:r>
        <w:t xml:space="preserve"> </w:t>
      </w:r>
      <w:proofErr w:type="spellStart"/>
      <w:r>
        <w:t>perakitan</w:t>
      </w:r>
      <w:proofErr w:type="spellEnd"/>
      <w:r>
        <w:t xml:space="preserve"> dan </w:t>
      </w:r>
      <w:proofErr w:type="spellStart"/>
      <w:r>
        <w:t>pengujian</w:t>
      </w:r>
      <w:proofErr w:type="spellEnd"/>
      <w:r>
        <w:t xml:space="preserve"> </w:t>
      </w:r>
      <w:proofErr w:type="spellStart"/>
      <w:r>
        <w:t>sistem</w:t>
      </w:r>
      <w:proofErr w:type="spellEnd"/>
      <w:r>
        <w:t>.</w:t>
      </w:r>
    </w:p>
    <w:p w14:paraId="72C316BB" w14:textId="77777777" w:rsidR="006512E0" w:rsidRDefault="006512E0"/>
    <w:p w14:paraId="0DECF5C5" w14:textId="77777777" w:rsidR="009144C8" w:rsidRDefault="009144C8">
      <w:pPr>
        <w:spacing w:after="200" w:line="276" w:lineRule="auto"/>
        <w:rPr>
          <w:b/>
        </w:rPr>
      </w:pPr>
      <w:r>
        <w:br w:type="page"/>
      </w:r>
    </w:p>
    <w:p w14:paraId="414BFBBF" w14:textId="01936095" w:rsidR="006512E0" w:rsidRDefault="00E246F0" w:rsidP="00D03C71">
      <w:pPr>
        <w:pStyle w:val="Heading1"/>
      </w:pPr>
      <w:bookmarkStart w:id="34" w:name="_Toc233318720"/>
      <w:r>
        <w:lastRenderedPageBreak/>
        <w:t>BAB V</w:t>
      </w:r>
      <w:r>
        <w:br/>
        <w:t>KESIMPULAN DAN SARAN</w:t>
      </w:r>
      <w:bookmarkEnd w:id="34"/>
    </w:p>
    <w:p w14:paraId="69750D68" w14:textId="77777777" w:rsidR="009144C8" w:rsidRDefault="009144C8">
      <w:pPr>
        <w:pStyle w:val="BabTitle"/>
      </w:pPr>
    </w:p>
    <w:p w14:paraId="65D794C3" w14:textId="77777777" w:rsidR="00624776" w:rsidRPr="00624776" w:rsidRDefault="00624776" w:rsidP="00624776">
      <w:pPr>
        <w:pStyle w:val="Heading2"/>
      </w:pPr>
      <w:bookmarkStart w:id="35" w:name="_Toc233318721"/>
      <w:r w:rsidRPr="00624776">
        <w:t>5.1 Kesimpulan</w:t>
      </w:r>
      <w:bookmarkEnd w:id="35"/>
    </w:p>
    <w:p w14:paraId="1A72E55E" w14:textId="77777777" w:rsidR="00624776" w:rsidRPr="00624776" w:rsidRDefault="00624776" w:rsidP="00624776">
      <w:pPr>
        <w:ind w:firstLine="720"/>
        <w:rPr>
          <w:bCs/>
        </w:rPr>
      </w:pPr>
      <w:proofErr w:type="spellStart"/>
      <w:r w:rsidRPr="00624776">
        <w:rPr>
          <w:rFonts w:cs="Times New Roman"/>
          <w:bCs/>
        </w:rPr>
        <w:t>Berdasarkan</w:t>
      </w:r>
      <w:proofErr w:type="spellEnd"/>
      <w:r w:rsidRPr="00624776">
        <w:rPr>
          <w:rFonts w:cs="Times New Roman"/>
          <w:bCs/>
        </w:rPr>
        <w:t xml:space="preserve"> </w:t>
      </w:r>
      <w:proofErr w:type="spellStart"/>
      <w:r w:rsidRPr="00624776">
        <w:rPr>
          <w:rFonts w:cs="Times New Roman"/>
          <w:bCs/>
        </w:rPr>
        <w:t>hasil</w:t>
      </w:r>
      <w:proofErr w:type="spellEnd"/>
      <w:r w:rsidRPr="00624776">
        <w:rPr>
          <w:rFonts w:cs="Times New Roman"/>
          <w:bCs/>
        </w:rPr>
        <w:t xml:space="preserve"> </w:t>
      </w:r>
      <w:proofErr w:type="spellStart"/>
      <w:r w:rsidRPr="00624776">
        <w:rPr>
          <w:rFonts w:cs="Times New Roman"/>
          <w:bCs/>
        </w:rPr>
        <w:t>pelaksanaan</w:t>
      </w:r>
      <w:proofErr w:type="spellEnd"/>
      <w:r w:rsidRPr="00624776">
        <w:rPr>
          <w:rFonts w:cs="Times New Roman"/>
          <w:bCs/>
        </w:rPr>
        <w:t xml:space="preserve"> PKL/</w:t>
      </w:r>
      <w:proofErr w:type="spellStart"/>
      <w:r w:rsidRPr="00624776">
        <w:rPr>
          <w:rFonts w:cs="Times New Roman"/>
          <w:bCs/>
        </w:rPr>
        <w:t>Magang</w:t>
      </w:r>
      <w:proofErr w:type="spellEnd"/>
      <w:r w:rsidRPr="00624776">
        <w:rPr>
          <w:rFonts w:cs="Times New Roman"/>
          <w:bCs/>
        </w:rPr>
        <w:t xml:space="preserve"> dan </w:t>
      </w:r>
      <w:proofErr w:type="spellStart"/>
      <w:r w:rsidRPr="00624776">
        <w:rPr>
          <w:rFonts w:cs="Times New Roman"/>
          <w:bCs/>
        </w:rPr>
        <w:t>pembahasan</w:t>
      </w:r>
      <w:proofErr w:type="spellEnd"/>
      <w:r w:rsidRPr="00624776">
        <w:rPr>
          <w:rFonts w:cs="Times New Roman"/>
          <w:bCs/>
        </w:rPr>
        <w:t xml:space="preserve"> yang </w:t>
      </w:r>
      <w:proofErr w:type="spellStart"/>
      <w:r w:rsidRPr="00624776">
        <w:rPr>
          <w:rFonts w:cs="Times New Roman"/>
          <w:bCs/>
        </w:rPr>
        <w:t>telah</w:t>
      </w:r>
      <w:proofErr w:type="spellEnd"/>
      <w:r w:rsidRPr="00624776">
        <w:rPr>
          <w:rFonts w:cs="Times New Roman"/>
          <w:bCs/>
        </w:rPr>
        <w:t xml:space="preserve"> </w:t>
      </w:r>
      <w:proofErr w:type="spellStart"/>
      <w:r w:rsidRPr="00624776">
        <w:rPr>
          <w:rFonts w:cs="Times New Roman"/>
          <w:bCs/>
        </w:rPr>
        <w:t>dilakukan</w:t>
      </w:r>
      <w:proofErr w:type="spellEnd"/>
      <w:r w:rsidRPr="00624776">
        <w:rPr>
          <w:rFonts w:cs="Times New Roman"/>
          <w:bCs/>
        </w:rPr>
        <w:t xml:space="preserve">, </w:t>
      </w:r>
      <w:proofErr w:type="spellStart"/>
      <w:r w:rsidRPr="00624776">
        <w:rPr>
          <w:rFonts w:cs="Times New Roman"/>
          <w:bCs/>
        </w:rPr>
        <w:t>dapat</w:t>
      </w:r>
      <w:proofErr w:type="spellEnd"/>
      <w:r w:rsidRPr="00624776">
        <w:rPr>
          <w:rFonts w:cs="Times New Roman"/>
          <w:bCs/>
        </w:rPr>
        <w:t xml:space="preserve"> </w:t>
      </w:r>
      <w:proofErr w:type="spellStart"/>
      <w:r w:rsidRPr="00624776">
        <w:rPr>
          <w:rFonts w:cs="Times New Roman"/>
          <w:bCs/>
        </w:rPr>
        <w:t>diambil</w:t>
      </w:r>
      <w:proofErr w:type="spellEnd"/>
      <w:r w:rsidRPr="00624776">
        <w:rPr>
          <w:rFonts w:cs="Times New Roman"/>
          <w:bCs/>
        </w:rPr>
        <w:t xml:space="preserve"> </w:t>
      </w:r>
      <w:proofErr w:type="spellStart"/>
      <w:r w:rsidRPr="00624776">
        <w:rPr>
          <w:rFonts w:cs="Times New Roman"/>
          <w:bCs/>
        </w:rPr>
        <w:t>kesimpulan</w:t>
      </w:r>
      <w:proofErr w:type="spellEnd"/>
      <w:r w:rsidRPr="00624776">
        <w:rPr>
          <w:rFonts w:cs="Times New Roman"/>
          <w:bCs/>
        </w:rPr>
        <w:t xml:space="preserve"> </w:t>
      </w:r>
      <w:proofErr w:type="spellStart"/>
      <w:r w:rsidRPr="00624776">
        <w:rPr>
          <w:rFonts w:cs="Times New Roman"/>
          <w:bCs/>
        </w:rPr>
        <w:t>sebagai</w:t>
      </w:r>
      <w:proofErr w:type="spellEnd"/>
      <w:r w:rsidRPr="00624776">
        <w:rPr>
          <w:rFonts w:cs="Times New Roman"/>
          <w:bCs/>
        </w:rPr>
        <w:t xml:space="preserve"> </w:t>
      </w:r>
      <w:proofErr w:type="spellStart"/>
      <w:r w:rsidRPr="00624776">
        <w:rPr>
          <w:rFonts w:cs="Times New Roman"/>
          <w:bCs/>
        </w:rPr>
        <w:t>berikut</w:t>
      </w:r>
      <w:proofErr w:type="spellEnd"/>
      <w:r w:rsidRPr="00624776">
        <w:rPr>
          <w:rFonts w:cs="Times New Roman"/>
          <w:bCs/>
        </w:rPr>
        <w:t>:</w:t>
      </w:r>
    </w:p>
    <w:p w14:paraId="44D60989" w14:textId="1EB78FC2" w:rsidR="00624776" w:rsidRPr="00624776" w:rsidRDefault="00624776">
      <w:pPr>
        <w:pStyle w:val="ListParagraph"/>
        <w:numPr>
          <w:ilvl w:val="0"/>
          <w:numId w:val="15"/>
        </w:numPr>
        <w:rPr>
          <w:bCs/>
        </w:rPr>
      </w:pPr>
      <w:proofErr w:type="spellStart"/>
      <w:r w:rsidRPr="00624776">
        <w:rPr>
          <w:rFonts w:cs="Times New Roman"/>
          <w:bCs/>
        </w:rPr>
        <w:t>Pelaksanaan</w:t>
      </w:r>
      <w:proofErr w:type="spellEnd"/>
      <w:r w:rsidRPr="00624776">
        <w:rPr>
          <w:rFonts w:cs="Times New Roman"/>
          <w:bCs/>
        </w:rPr>
        <w:t xml:space="preserve"> </w:t>
      </w:r>
      <w:proofErr w:type="spellStart"/>
      <w:r w:rsidRPr="00624776">
        <w:rPr>
          <w:rFonts w:cs="Times New Roman"/>
          <w:bCs/>
        </w:rPr>
        <w:t>kegiatan</w:t>
      </w:r>
      <w:proofErr w:type="spellEnd"/>
      <w:r w:rsidRPr="00624776">
        <w:rPr>
          <w:rFonts w:cs="Times New Roman"/>
          <w:bCs/>
        </w:rPr>
        <w:t xml:space="preserve"> PKL/</w:t>
      </w:r>
      <w:proofErr w:type="spellStart"/>
      <w:r w:rsidRPr="00624776">
        <w:rPr>
          <w:rFonts w:cs="Times New Roman"/>
          <w:bCs/>
        </w:rPr>
        <w:t>Magang</w:t>
      </w:r>
      <w:proofErr w:type="spellEnd"/>
      <w:r w:rsidRPr="00624776">
        <w:rPr>
          <w:rFonts w:cs="Times New Roman"/>
          <w:bCs/>
        </w:rPr>
        <w:t xml:space="preserve"> di [Nama </w:t>
      </w:r>
      <w:proofErr w:type="spellStart"/>
      <w:r w:rsidRPr="00624776">
        <w:rPr>
          <w:rFonts w:cs="Times New Roman"/>
          <w:bCs/>
        </w:rPr>
        <w:t>Instansi</w:t>
      </w:r>
      <w:proofErr w:type="spellEnd"/>
      <w:r w:rsidRPr="00624776">
        <w:rPr>
          <w:rFonts w:cs="Times New Roman"/>
          <w:bCs/>
        </w:rPr>
        <w:t xml:space="preserve">/Perusahaan] </w:t>
      </w:r>
      <w:proofErr w:type="spellStart"/>
      <w:r w:rsidRPr="00624776">
        <w:rPr>
          <w:rFonts w:cs="Times New Roman"/>
          <w:bCs/>
        </w:rPr>
        <w:t>berjalan</w:t>
      </w:r>
      <w:proofErr w:type="spellEnd"/>
      <w:r w:rsidRPr="00624776">
        <w:rPr>
          <w:rFonts w:cs="Times New Roman"/>
          <w:bCs/>
        </w:rPr>
        <w:t xml:space="preserve"> </w:t>
      </w:r>
      <w:proofErr w:type="spellStart"/>
      <w:r w:rsidRPr="00624776">
        <w:rPr>
          <w:rFonts w:cs="Times New Roman"/>
          <w:bCs/>
        </w:rPr>
        <w:t>dengan</w:t>
      </w:r>
      <w:proofErr w:type="spellEnd"/>
      <w:r w:rsidRPr="00624776">
        <w:rPr>
          <w:rFonts w:cs="Times New Roman"/>
          <w:bCs/>
        </w:rPr>
        <w:t xml:space="preserve"> </w:t>
      </w:r>
      <w:proofErr w:type="spellStart"/>
      <w:r w:rsidRPr="00624776">
        <w:rPr>
          <w:rFonts w:cs="Times New Roman"/>
          <w:bCs/>
        </w:rPr>
        <w:t>baik</w:t>
      </w:r>
      <w:proofErr w:type="spellEnd"/>
      <w:r w:rsidRPr="00624776">
        <w:rPr>
          <w:rFonts w:cs="Times New Roman"/>
          <w:bCs/>
        </w:rPr>
        <w:t xml:space="preserve">, </w:t>
      </w:r>
      <w:proofErr w:type="spellStart"/>
      <w:r w:rsidRPr="00624776">
        <w:rPr>
          <w:rFonts w:cs="Times New Roman"/>
          <w:bCs/>
        </w:rPr>
        <w:t>meliputi</w:t>
      </w:r>
      <w:proofErr w:type="spellEnd"/>
      <w:r w:rsidRPr="00624776">
        <w:rPr>
          <w:rFonts w:cs="Times New Roman"/>
          <w:bCs/>
        </w:rPr>
        <w:t xml:space="preserve"> </w:t>
      </w:r>
      <w:proofErr w:type="spellStart"/>
      <w:r w:rsidRPr="00624776">
        <w:rPr>
          <w:rFonts w:cs="Times New Roman"/>
          <w:bCs/>
        </w:rPr>
        <w:t>kegiatan</w:t>
      </w:r>
      <w:proofErr w:type="spellEnd"/>
      <w:r w:rsidRPr="00624776">
        <w:rPr>
          <w:rFonts w:cs="Times New Roman"/>
          <w:bCs/>
        </w:rPr>
        <w:t xml:space="preserve"> </w:t>
      </w:r>
      <w:proofErr w:type="spellStart"/>
      <w:r w:rsidRPr="00624776">
        <w:rPr>
          <w:rFonts w:cs="Times New Roman"/>
          <w:bCs/>
        </w:rPr>
        <w:t>liputan</w:t>
      </w:r>
      <w:proofErr w:type="spellEnd"/>
      <w:r w:rsidRPr="00624776">
        <w:rPr>
          <w:rFonts w:cs="Times New Roman"/>
          <w:bCs/>
        </w:rPr>
        <w:t xml:space="preserve"> dan </w:t>
      </w:r>
      <w:proofErr w:type="spellStart"/>
      <w:r w:rsidRPr="00624776">
        <w:rPr>
          <w:rFonts w:cs="Times New Roman"/>
          <w:bCs/>
        </w:rPr>
        <w:t>dokumentasi</w:t>
      </w:r>
      <w:proofErr w:type="spellEnd"/>
      <w:r w:rsidRPr="00624776">
        <w:rPr>
          <w:rFonts w:cs="Times New Roman"/>
          <w:bCs/>
        </w:rPr>
        <w:t xml:space="preserve"> </w:t>
      </w:r>
      <w:proofErr w:type="spellStart"/>
      <w:r w:rsidRPr="00624776">
        <w:rPr>
          <w:rFonts w:cs="Times New Roman"/>
          <w:bCs/>
        </w:rPr>
        <w:t>selama</w:t>
      </w:r>
      <w:proofErr w:type="spellEnd"/>
      <w:r w:rsidRPr="00624776">
        <w:rPr>
          <w:rFonts w:cs="Times New Roman"/>
          <w:bCs/>
        </w:rPr>
        <w:t xml:space="preserve"> dua </w:t>
      </w:r>
      <w:proofErr w:type="spellStart"/>
      <w:r w:rsidRPr="00624776">
        <w:rPr>
          <w:rFonts w:cs="Times New Roman"/>
          <w:bCs/>
        </w:rPr>
        <w:t>bulan</w:t>
      </w:r>
      <w:proofErr w:type="spellEnd"/>
      <w:r w:rsidRPr="00624776">
        <w:rPr>
          <w:rFonts w:cs="Times New Roman"/>
          <w:bCs/>
        </w:rPr>
        <w:t xml:space="preserve"> </w:t>
      </w:r>
      <w:proofErr w:type="spellStart"/>
      <w:r w:rsidRPr="00624776">
        <w:rPr>
          <w:rFonts w:cs="Times New Roman"/>
          <w:bCs/>
        </w:rPr>
        <w:t>pertama</w:t>
      </w:r>
      <w:proofErr w:type="spellEnd"/>
      <w:r w:rsidRPr="00624776">
        <w:rPr>
          <w:rFonts w:cs="Times New Roman"/>
          <w:bCs/>
        </w:rPr>
        <w:t xml:space="preserve"> </w:t>
      </w:r>
      <w:proofErr w:type="spellStart"/>
      <w:r w:rsidRPr="00624776">
        <w:rPr>
          <w:rFonts w:cs="Times New Roman"/>
          <w:bCs/>
        </w:rPr>
        <w:t>serta</w:t>
      </w:r>
      <w:proofErr w:type="spellEnd"/>
      <w:r w:rsidRPr="00624776">
        <w:rPr>
          <w:rFonts w:cs="Times New Roman"/>
          <w:bCs/>
        </w:rPr>
        <w:t xml:space="preserve"> </w:t>
      </w:r>
      <w:proofErr w:type="spellStart"/>
      <w:r w:rsidRPr="00624776">
        <w:rPr>
          <w:rFonts w:cs="Times New Roman"/>
          <w:bCs/>
        </w:rPr>
        <w:t>rancang</w:t>
      </w:r>
      <w:proofErr w:type="spellEnd"/>
      <w:r w:rsidRPr="00624776">
        <w:rPr>
          <w:rFonts w:cs="Times New Roman"/>
          <w:bCs/>
        </w:rPr>
        <w:t xml:space="preserve"> </w:t>
      </w:r>
      <w:proofErr w:type="spellStart"/>
      <w:r w:rsidRPr="00624776">
        <w:rPr>
          <w:rFonts w:cs="Times New Roman"/>
          <w:bCs/>
        </w:rPr>
        <w:t>bangun</w:t>
      </w:r>
      <w:proofErr w:type="spellEnd"/>
      <w:r w:rsidRPr="00624776">
        <w:rPr>
          <w:rFonts w:cs="Times New Roman"/>
          <w:bCs/>
        </w:rPr>
        <w:t xml:space="preserve"> </w:t>
      </w:r>
      <w:proofErr w:type="spellStart"/>
      <w:r w:rsidRPr="00624776">
        <w:rPr>
          <w:rFonts w:cs="Times New Roman"/>
          <w:bCs/>
        </w:rPr>
        <w:t>sistem</w:t>
      </w:r>
      <w:proofErr w:type="spellEnd"/>
      <w:r w:rsidRPr="00624776">
        <w:rPr>
          <w:rFonts w:cs="Times New Roman"/>
          <w:bCs/>
        </w:rPr>
        <w:t xml:space="preserve"> </w:t>
      </w:r>
      <w:proofErr w:type="spellStart"/>
      <w:r w:rsidRPr="00624776">
        <w:rPr>
          <w:rFonts w:cs="Times New Roman"/>
          <w:bCs/>
        </w:rPr>
        <w:t>keamanan</w:t>
      </w:r>
      <w:proofErr w:type="spellEnd"/>
      <w:r w:rsidRPr="00624776">
        <w:rPr>
          <w:rFonts w:cs="Times New Roman"/>
          <w:bCs/>
        </w:rPr>
        <w:t xml:space="preserve"> </w:t>
      </w:r>
      <w:proofErr w:type="spellStart"/>
      <w:r w:rsidRPr="00624776">
        <w:rPr>
          <w:rFonts w:cs="Times New Roman"/>
          <w:bCs/>
        </w:rPr>
        <w:t>akses</w:t>
      </w:r>
      <w:proofErr w:type="spellEnd"/>
      <w:r w:rsidRPr="00624776">
        <w:rPr>
          <w:rFonts w:cs="Times New Roman"/>
          <w:bCs/>
        </w:rPr>
        <w:t xml:space="preserve"> </w:t>
      </w:r>
      <w:proofErr w:type="spellStart"/>
      <w:r w:rsidRPr="00624776">
        <w:rPr>
          <w:rFonts w:cs="Times New Roman"/>
          <w:bCs/>
        </w:rPr>
        <w:t>ruangan</w:t>
      </w:r>
      <w:proofErr w:type="spellEnd"/>
      <w:r w:rsidRPr="00624776">
        <w:rPr>
          <w:rFonts w:cs="Times New Roman"/>
          <w:bCs/>
        </w:rPr>
        <w:t xml:space="preserve"> pada </w:t>
      </w:r>
      <w:proofErr w:type="spellStart"/>
      <w:r w:rsidRPr="00624776">
        <w:rPr>
          <w:rFonts w:cs="Times New Roman"/>
          <w:bCs/>
        </w:rPr>
        <w:t>tahap</w:t>
      </w:r>
      <w:proofErr w:type="spellEnd"/>
      <w:r w:rsidRPr="00624776">
        <w:rPr>
          <w:rFonts w:cs="Times New Roman"/>
          <w:bCs/>
        </w:rPr>
        <w:t xml:space="preserve"> </w:t>
      </w:r>
      <w:proofErr w:type="spellStart"/>
      <w:r w:rsidRPr="00624776">
        <w:rPr>
          <w:rFonts w:cs="Times New Roman"/>
          <w:bCs/>
        </w:rPr>
        <w:t>selanjutnya</w:t>
      </w:r>
      <w:proofErr w:type="spellEnd"/>
      <w:r w:rsidRPr="00624776">
        <w:rPr>
          <w:rFonts w:cs="Times New Roman"/>
          <w:bCs/>
        </w:rPr>
        <w:t>.</w:t>
      </w:r>
    </w:p>
    <w:p w14:paraId="6238A40F" w14:textId="0312B8F5" w:rsidR="00624776" w:rsidRPr="00624776" w:rsidRDefault="00624776">
      <w:pPr>
        <w:pStyle w:val="ListParagraph"/>
        <w:numPr>
          <w:ilvl w:val="0"/>
          <w:numId w:val="15"/>
        </w:numPr>
        <w:rPr>
          <w:bCs/>
        </w:rPr>
      </w:pPr>
      <w:proofErr w:type="spellStart"/>
      <w:r w:rsidRPr="00624776">
        <w:rPr>
          <w:rFonts w:cs="Times New Roman"/>
          <w:bCs/>
        </w:rPr>
        <w:t>Permasalahan</w:t>
      </w:r>
      <w:proofErr w:type="spellEnd"/>
      <w:r w:rsidRPr="00624776">
        <w:rPr>
          <w:rFonts w:cs="Times New Roman"/>
          <w:bCs/>
        </w:rPr>
        <w:t xml:space="preserve"> yang </w:t>
      </w:r>
      <w:proofErr w:type="spellStart"/>
      <w:r w:rsidRPr="00624776">
        <w:rPr>
          <w:rFonts w:cs="Times New Roman"/>
          <w:bCs/>
        </w:rPr>
        <w:t>ditemukan</w:t>
      </w:r>
      <w:proofErr w:type="spellEnd"/>
      <w:r w:rsidRPr="00624776">
        <w:rPr>
          <w:rFonts w:cs="Times New Roman"/>
          <w:bCs/>
        </w:rPr>
        <w:t xml:space="preserve"> </w:t>
      </w:r>
      <w:proofErr w:type="spellStart"/>
      <w:r w:rsidRPr="00624776">
        <w:rPr>
          <w:rFonts w:cs="Times New Roman"/>
          <w:bCs/>
        </w:rPr>
        <w:t>selama</w:t>
      </w:r>
      <w:proofErr w:type="spellEnd"/>
      <w:r w:rsidRPr="00624776">
        <w:rPr>
          <w:rFonts w:cs="Times New Roman"/>
          <w:bCs/>
        </w:rPr>
        <w:t xml:space="preserve"> PKL/</w:t>
      </w:r>
      <w:proofErr w:type="spellStart"/>
      <w:r w:rsidRPr="00624776">
        <w:rPr>
          <w:rFonts w:cs="Times New Roman"/>
          <w:bCs/>
        </w:rPr>
        <w:t>Magang</w:t>
      </w:r>
      <w:proofErr w:type="spellEnd"/>
      <w:r w:rsidRPr="00624776">
        <w:rPr>
          <w:rFonts w:cs="Times New Roman"/>
          <w:bCs/>
        </w:rPr>
        <w:t xml:space="preserve"> </w:t>
      </w:r>
      <w:proofErr w:type="spellStart"/>
      <w:r w:rsidRPr="00624776">
        <w:rPr>
          <w:rFonts w:cs="Times New Roman"/>
          <w:bCs/>
        </w:rPr>
        <w:t>adalah</w:t>
      </w:r>
      <w:proofErr w:type="spellEnd"/>
      <w:r w:rsidRPr="00624776">
        <w:rPr>
          <w:rFonts w:cs="Times New Roman"/>
          <w:bCs/>
        </w:rPr>
        <w:t xml:space="preserve"> </w:t>
      </w:r>
      <w:proofErr w:type="spellStart"/>
      <w:r w:rsidRPr="00624776">
        <w:rPr>
          <w:rFonts w:cs="Times New Roman"/>
          <w:bCs/>
        </w:rPr>
        <w:t>penggunaan</w:t>
      </w:r>
      <w:proofErr w:type="spellEnd"/>
      <w:r w:rsidRPr="00624776">
        <w:rPr>
          <w:rFonts w:cs="Times New Roman"/>
          <w:bCs/>
        </w:rPr>
        <w:t xml:space="preserve"> </w:t>
      </w:r>
      <w:proofErr w:type="spellStart"/>
      <w:r w:rsidRPr="00624776">
        <w:rPr>
          <w:rFonts w:cs="Times New Roman"/>
          <w:bCs/>
        </w:rPr>
        <w:t>kunci</w:t>
      </w:r>
      <w:proofErr w:type="spellEnd"/>
      <w:r w:rsidRPr="00624776">
        <w:rPr>
          <w:rFonts w:cs="Times New Roman"/>
          <w:bCs/>
        </w:rPr>
        <w:t xml:space="preserve"> </w:t>
      </w:r>
      <w:proofErr w:type="spellStart"/>
      <w:r w:rsidRPr="00624776">
        <w:rPr>
          <w:rFonts w:cs="Times New Roman"/>
          <w:bCs/>
        </w:rPr>
        <w:t>konvensional</w:t>
      </w:r>
      <w:proofErr w:type="spellEnd"/>
      <w:r w:rsidRPr="00624776">
        <w:rPr>
          <w:rFonts w:cs="Times New Roman"/>
          <w:bCs/>
        </w:rPr>
        <w:t xml:space="preserve"> yang </w:t>
      </w:r>
      <w:proofErr w:type="spellStart"/>
      <w:r w:rsidRPr="00624776">
        <w:rPr>
          <w:rFonts w:cs="Times New Roman"/>
          <w:bCs/>
        </w:rPr>
        <w:t>rentan</w:t>
      </w:r>
      <w:proofErr w:type="spellEnd"/>
      <w:r w:rsidRPr="00624776">
        <w:rPr>
          <w:rFonts w:cs="Times New Roman"/>
          <w:bCs/>
        </w:rPr>
        <w:t xml:space="preserve"> </w:t>
      </w:r>
      <w:proofErr w:type="spellStart"/>
      <w:r w:rsidRPr="00624776">
        <w:rPr>
          <w:rFonts w:cs="Times New Roman"/>
          <w:bCs/>
        </w:rPr>
        <w:t>terhadap</w:t>
      </w:r>
      <w:proofErr w:type="spellEnd"/>
      <w:r w:rsidRPr="00624776">
        <w:rPr>
          <w:rFonts w:cs="Times New Roman"/>
          <w:bCs/>
        </w:rPr>
        <w:t xml:space="preserve"> </w:t>
      </w:r>
      <w:proofErr w:type="spellStart"/>
      <w:r w:rsidRPr="00624776">
        <w:rPr>
          <w:rFonts w:cs="Times New Roman"/>
          <w:bCs/>
        </w:rPr>
        <w:t>duplikasi</w:t>
      </w:r>
      <w:proofErr w:type="spellEnd"/>
      <w:r w:rsidRPr="00624776">
        <w:rPr>
          <w:rFonts w:cs="Times New Roman"/>
          <w:bCs/>
        </w:rPr>
        <w:t xml:space="preserve">, </w:t>
      </w:r>
      <w:proofErr w:type="spellStart"/>
      <w:r w:rsidRPr="00624776">
        <w:rPr>
          <w:rFonts w:cs="Times New Roman"/>
          <w:bCs/>
        </w:rPr>
        <w:t>tidak</w:t>
      </w:r>
      <w:proofErr w:type="spellEnd"/>
      <w:r w:rsidRPr="00624776">
        <w:rPr>
          <w:rFonts w:cs="Times New Roman"/>
          <w:bCs/>
        </w:rPr>
        <w:t xml:space="preserve"> </w:t>
      </w:r>
      <w:proofErr w:type="spellStart"/>
      <w:r w:rsidRPr="00624776">
        <w:rPr>
          <w:rFonts w:cs="Times New Roman"/>
          <w:bCs/>
        </w:rPr>
        <w:t>adanya</w:t>
      </w:r>
      <w:proofErr w:type="spellEnd"/>
      <w:r w:rsidRPr="00624776">
        <w:rPr>
          <w:rFonts w:cs="Times New Roman"/>
          <w:bCs/>
        </w:rPr>
        <w:t xml:space="preserve"> </w:t>
      </w:r>
      <w:proofErr w:type="spellStart"/>
      <w:r w:rsidRPr="00624776">
        <w:rPr>
          <w:rFonts w:cs="Times New Roman"/>
          <w:bCs/>
        </w:rPr>
        <w:t>pencatatan</w:t>
      </w:r>
      <w:proofErr w:type="spellEnd"/>
      <w:r w:rsidRPr="00624776">
        <w:rPr>
          <w:rFonts w:cs="Times New Roman"/>
          <w:bCs/>
        </w:rPr>
        <w:t xml:space="preserve"> </w:t>
      </w:r>
      <w:proofErr w:type="spellStart"/>
      <w:r w:rsidRPr="00624776">
        <w:rPr>
          <w:rFonts w:cs="Times New Roman"/>
          <w:bCs/>
        </w:rPr>
        <w:t>akses</w:t>
      </w:r>
      <w:proofErr w:type="spellEnd"/>
      <w:r w:rsidRPr="00624776">
        <w:rPr>
          <w:rFonts w:cs="Times New Roman"/>
          <w:bCs/>
        </w:rPr>
        <w:t xml:space="preserve">, dan </w:t>
      </w:r>
      <w:proofErr w:type="spellStart"/>
      <w:r w:rsidRPr="00624776">
        <w:rPr>
          <w:rFonts w:cs="Times New Roman"/>
          <w:bCs/>
        </w:rPr>
        <w:t>kurangnya</w:t>
      </w:r>
      <w:proofErr w:type="spellEnd"/>
      <w:r w:rsidRPr="00624776">
        <w:rPr>
          <w:rFonts w:cs="Times New Roman"/>
          <w:bCs/>
        </w:rPr>
        <w:t xml:space="preserve"> </w:t>
      </w:r>
      <w:proofErr w:type="spellStart"/>
      <w:r w:rsidRPr="00624776">
        <w:rPr>
          <w:rFonts w:cs="Times New Roman"/>
          <w:bCs/>
        </w:rPr>
        <w:t>sistem</w:t>
      </w:r>
      <w:proofErr w:type="spellEnd"/>
      <w:r w:rsidRPr="00624776">
        <w:rPr>
          <w:rFonts w:cs="Times New Roman"/>
          <w:bCs/>
        </w:rPr>
        <w:t xml:space="preserve"> </w:t>
      </w:r>
      <w:proofErr w:type="spellStart"/>
      <w:r w:rsidRPr="00624776">
        <w:rPr>
          <w:rFonts w:cs="Times New Roman"/>
          <w:bCs/>
        </w:rPr>
        <w:t>peringatan</w:t>
      </w:r>
      <w:proofErr w:type="spellEnd"/>
      <w:r w:rsidRPr="00624776">
        <w:rPr>
          <w:rFonts w:cs="Times New Roman"/>
          <w:bCs/>
        </w:rPr>
        <w:t xml:space="preserve"> </w:t>
      </w:r>
      <w:proofErr w:type="spellStart"/>
      <w:r w:rsidRPr="00624776">
        <w:rPr>
          <w:rFonts w:cs="Times New Roman"/>
          <w:bCs/>
        </w:rPr>
        <w:t>untuk</w:t>
      </w:r>
      <w:proofErr w:type="spellEnd"/>
      <w:r w:rsidRPr="00624776">
        <w:rPr>
          <w:rFonts w:cs="Times New Roman"/>
          <w:bCs/>
        </w:rPr>
        <w:t xml:space="preserve"> </w:t>
      </w:r>
      <w:proofErr w:type="spellStart"/>
      <w:r w:rsidRPr="00624776">
        <w:rPr>
          <w:rFonts w:cs="Times New Roman"/>
          <w:bCs/>
        </w:rPr>
        <w:t>akses</w:t>
      </w:r>
      <w:proofErr w:type="spellEnd"/>
      <w:r w:rsidRPr="00624776">
        <w:rPr>
          <w:rFonts w:cs="Times New Roman"/>
          <w:bCs/>
        </w:rPr>
        <w:t xml:space="preserve"> </w:t>
      </w:r>
      <w:proofErr w:type="spellStart"/>
      <w:r w:rsidRPr="00624776">
        <w:rPr>
          <w:rFonts w:cs="Times New Roman"/>
          <w:bCs/>
        </w:rPr>
        <w:t>tidak</w:t>
      </w:r>
      <w:proofErr w:type="spellEnd"/>
      <w:r w:rsidRPr="00624776">
        <w:rPr>
          <w:rFonts w:cs="Times New Roman"/>
          <w:bCs/>
        </w:rPr>
        <w:t xml:space="preserve"> </w:t>
      </w:r>
      <w:proofErr w:type="spellStart"/>
      <w:r w:rsidRPr="00624776">
        <w:rPr>
          <w:rFonts w:cs="Times New Roman"/>
          <w:bCs/>
        </w:rPr>
        <w:t>sah</w:t>
      </w:r>
      <w:proofErr w:type="spellEnd"/>
      <w:r w:rsidRPr="00624776">
        <w:rPr>
          <w:rFonts w:cs="Times New Roman"/>
          <w:bCs/>
        </w:rPr>
        <w:t>.</w:t>
      </w:r>
    </w:p>
    <w:p w14:paraId="31FAC4BE" w14:textId="5430DF0C" w:rsidR="00624776" w:rsidRPr="00624776" w:rsidRDefault="00624776">
      <w:pPr>
        <w:pStyle w:val="ListParagraph"/>
        <w:numPr>
          <w:ilvl w:val="0"/>
          <w:numId w:val="15"/>
        </w:numPr>
        <w:rPr>
          <w:bCs/>
        </w:rPr>
      </w:pPr>
      <w:proofErr w:type="spellStart"/>
      <w:r w:rsidRPr="00624776">
        <w:rPr>
          <w:rFonts w:cs="Times New Roman"/>
          <w:bCs/>
        </w:rPr>
        <w:t>Sistem</w:t>
      </w:r>
      <w:proofErr w:type="spellEnd"/>
      <w:r w:rsidRPr="00624776">
        <w:rPr>
          <w:rFonts w:cs="Times New Roman"/>
          <w:bCs/>
        </w:rPr>
        <w:t xml:space="preserve"> </w:t>
      </w:r>
      <w:proofErr w:type="spellStart"/>
      <w:r w:rsidRPr="00624776">
        <w:rPr>
          <w:rFonts w:cs="Times New Roman"/>
          <w:bCs/>
        </w:rPr>
        <w:t>akses</w:t>
      </w:r>
      <w:proofErr w:type="spellEnd"/>
      <w:r w:rsidRPr="00624776">
        <w:rPr>
          <w:rFonts w:cs="Times New Roman"/>
          <w:bCs/>
        </w:rPr>
        <w:t xml:space="preserve"> </w:t>
      </w:r>
      <w:proofErr w:type="spellStart"/>
      <w:r w:rsidRPr="00624776">
        <w:rPr>
          <w:rFonts w:cs="Times New Roman"/>
          <w:bCs/>
        </w:rPr>
        <w:t>ruangan</w:t>
      </w:r>
      <w:proofErr w:type="spellEnd"/>
      <w:r w:rsidRPr="00624776">
        <w:rPr>
          <w:rFonts w:cs="Times New Roman"/>
          <w:bCs/>
        </w:rPr>
        <w:t xml:space="preserve"> </w:t>
      </w:r>
      <w:proofErr w:type="spellStart"/>
      <w:r w:rsidRPr="00624776">
        <w:rPr>
          <w:rFonts w:cs="Times New Roman"/>
          <w:bCs/>
        </w:rPr>
        <w:t>berbasis</w:t>
      </w:r>
      <w:proofErr w:type="spellEnd"/>
      <w:r w:rsidRPr="00624776">
        <w:rPr>
          <w:rFonts w:cs="Times New Roman"/>
          <w:bCs/>
        </w:rPr>
        <w:t xml:space="preserve"> RFID </w:t>
      </w:r>
      <w:proofErr w:type="spellStart"/>
      <w:r w:rsidRPr="00624776">
        <w:rPr>
          <w:rFonts w:cs="Times New Roman"/>
          <w:bCs/>
        </w:rPr>
        <w:t>dengan</w:t>
      </w:r>
      <w:proofErr w:type="spellEnd"/>
      <w:r w:rsidRPr="00624776">
        <w:rPr>
          <w:rFonts w:cs="Times New Roman"/>
          <w:bCs/>
        </w:rPr>
        <w:t xml:space="preserve"> solenoid door lock </w:t>
      </w:r>
      <w:proofErr w:type="spellStart"/>
      <w:r w:rsidRPr="00624776">
        <w:rPr>
          <w:rFonts w:cs="Times New Roman"/>
          <w:bCs/>
        </w:rPr>
        <w:t>menggunakan</w:t>
      </w:r>
      <w:proofErr w:type="spellEnd"/>
      <w:r w:rsidRPr="00624776">
        <w:rPr>
          <w:rFonts w:cs="Times New Roman"/>
          <w:bCs/>
        </w:rPr>
        <w:t xml:space="preserve"> Arduino Uno </w:t>
      </w:r>
      <w:proofErr w:type="spellStart"/>
      <w:r w:rsidRPr="00624776">
        <w:rPr>
          <w:rFonts w:cs="Times New Roman"/>
          <w:bCs/>
        </w:rPr>
        <w:t>berhasil</w:t>
      </w:r>
      <w:proofErr w:type="spellEnd"/>
      <w:r w:rsidRPr="00624776">
        <w:rPr>
          <w:rFonts w:cs="Times New Roman"/>
          <w:bCs/>
        </w:rPr>
        <w:t xml:space="preserve"> </w:t>
      </w:r>
      <w:proofErr w:type="spellStart"/>
      <w:r w:rsidRPr="00624776">
        <w:rPr>
          <w:rFonts w:cs="Times New Roman"/>
          <w:bCs/>
        </w:rPr>
        <w:t>dirancang</w:t>
      </w:r>
      <w:proofErr w:type="spellEnd"/>
      <w:r w:rsidRPr="00624776">
        <w:rPr>
          <w:rFonts w:cs="Times New Roman"/>
          <w:bCs/>
        </w:rPr>
        <w:t xml:space="preserve"> dan </w:t>
      </w:r>
      <w:proofErr w:type="spellStart"/>
      <w:r w:rsidRPr="00624776">
        <w:rPr>
          <w:rFonts w:cs="Times New Roman"/>
          <w:bCs/>
        </w:rPr>
        <w:t>diimplementasikan</w:t>
      </w:r>
      <w:proofErr w:type="spellEnd"/>
      <w:r w:rsidRPr="00624776">
        <w:rPr>
          <w:rFonts w:cs="Times New Roman"/>
          <w:bCs/>
        </w:rPr>
        <w:t xml:space="preserve"> </w:t>
      </w:r>
      <w:proofErr w:type="spellStart"/>
      <w:r w:rsidRPr="00624776">
        <w:rPr>
          <w:rFonts w:cs="Times New Roman"/>
          <w:bCs/>
        </w:rPr>
        <w:t>dengan</w:t>
      </w:r>
      <w:proofErr w:type="spellEnd"/>
      <w:r w:rsidRPr="00624776">
        <w:rPr>
          <w:rFonts w:cs="Times New Roman"/>
          <w:bCs/>
        </w:rPr>
        <w:t xml:space="preserve"> </w:t>
      </w:r>
      <w:proofErr w:type="spellStart"/>
      <w:r w:rsidRPr="00624776">
        <w:rPr>
          <w:rFonts w:cs="Times New Roman"/>
          <w:bCs/>
        </w:rPr>
        <w:t>komponen</w:t>
      </w:r>
      <w:proofErr w:type="spellEnd"/>
      <w:r w:rsidRPr="00624776">
        <w:rPr>
          <w:rFonts w:cs="Times New Roman"/>
          <w:bCs/>
        </w:rPr>
        <w:t xml:space="preserve"> </w:t>
      </w:r>
      <w:proofErr w:type="spellStart"/>
      <w:r w:rsidRPr="00624776">
        <w:rPr>
          <w:rFonts w:cs="Times New Roman"/>
          <w:bCs/>
        </w:rPr>
        <w:t>utama</w:t>
      </w:r>
      <w:proofErr w:type="spellEnd"/>
      <w:r w:rsidRPr="00624776">
        <w:rPr>
          <w:rFonts w:cs="Times New Roman"/>
          <w:bCs/>
        </w:rPr>
        <w:t xml:space="preserve"> Arduino Uno R3, </w:t>
      </w:r>
      <w:proofErr w:type="spellStart"/>
      <w:r w:rsidRPr="00624776">
        <w:rPr>
          <w:rFonts w:cs="Times New Roman"/>
          <w:bCs/>
        </w:rPr>
        <w:t>modul</w:t>
      </w:r>
      <w:proofErr w:type="spellEnd"/>
      <w:r w:rsidRPr="00624776">
        <w:rPr>
          <w:rFonts w:cs="Times New Roman"/>
          <w:bCs/>
        </w:rPr>
        <w:t xml:space="preserve"> RFID RC522, solenoid door lock 12V dan relay module.</w:t>
      </w:r>
    </w:p>
    <w:p w14:paraId="7C5A7913" w14:textId="11D5128B" w:rsidR="00624776" w:rsidRPr="00624776" w:rsidRDefault="00624776">
      <w:pPr>
        <w:pStyle w:val="ListParagraph"/>
        <w:numPr>
          <w:ilvl w:val="0"/>
          <w:numId w:val="15"/>
        </w:numPr>
        <w:rPr>
          <w:bCs/>
        </w:rPr>
      </w:pPr>
      <w:r w:rsidRPr="00624776">
        <w:rPr>
          <w:rFonts w:cs="Times New Roman"/>
          <w:bCs/>
        </w:rPr>
        <w:t xml:space="preserve">Hasil </w:t>
      </w:r>
      <w:proofErr w:type="spellStart"/>
      <w:r w:rsidRPr="00624776">
        <w:rPr>
          <w:rFonts w:cs="Times New Roman"/>
          <w:bCs/>
        </w:rPr>
        <w:t>pengujian</w:t>
      </w:r>
      <w:proofErr w:type="spellEnd"/>
      <w:r w:rsidRPr="00624776">
        <w:rPr>
          <w:rFonts w:cs="Times New Roman"/>
          <w:bCs/>
        </w:rPr>
        <w:t xml:space="preserve"> </w:t>
      </w:r>
      <w:proofErr w:type="spellStart"/>
      <w:r w:rsidRPr="00624776">
        <w:rPr>
          <w:rFonts w:cs="Times New Roman"/>
          <w:bCs/>
        </w:rPr>
        <w:t>menunjukkan</w:t>
      </w:r>
      <w:proofErr w:type="spellEnd"/>
      <w:r w:rsidRPr="00624776">
        <w:rPr>
          <w:rFonts w:cs="Times New Roman"/>
          <w:bCs/>
        </w:rPr>
        <w:t xml:space="preserve"> </w:t>
      </w:r>
      <w:proofErr w:type="spellStart"/>
      <w:r w:rsidRPr="00624776">
        <w:rPr>
          <w:rFonts w:cs="Times New Roman"/>
          <w:bCs/>
        </w:rPr>
        <w:t>sistem</w:t>
      </w:r>
      <w:proofErr w:type="spellEnd"/>
      <w:r w:rsidRPr="00624776">
        <w:rPr>
          <w:rFonts w:cs="Times New Roman"/>
          <w:bCs/>
        </w:rPr>
        <w:t xml:space="preserve"> </w:t>
      </w:r>
      <w:proofErr w:type="spellStart"/>
      <w:r w:rsidRPr="00624776">
        <w:rPr>
          <w:rFonts w:cs="Times New Roman"/>
          <w:bCs/>
        </w:rPr>
        <w:t>mampu</w:t>
      </w:r>
      <w:proofErr w:type="spellEnd"/>
      <w:r w:rsidRPr="00624776">
        <w:rPr>
          <w:rFonts w:cs="Times New Roman"/>
          <w:bCs/>
        </w:rPr>
        <w:t xml:space="preserve"> </w:t>
      </w:r>
      <w:proofErr w:type="spellStart"/>
      <w:r w:rsidRPr="00624776">
        <w:rPr>
          <w:rFonts w:cs="Times New Roman"/>
          <w:bCs/>
        </w:rPr>
        <w:t>membaca</w:t>
      </w:r>
      <w:proofErr w:type="spellEnd"/>
      <w:r w:rsidRPr="00624776">
        <w:rPr>
          <w:rFonts w:cs="Times New Roman"/>
          <w:bCs/>
        </w:rPr>
        <w:t xml:space="preserve"> </w:t>
      </w:r>
      <w:proofErr w:type="spellStart"/>
      <w:r w:rsidRPr="00624776">
        <w:rPr>
          <w:rFonts w:cs="Times New Roman"/>
          <w:bCs/>
        </w:rPr>
        <w:t>kartu</w:t>
      </w:r>
      <w:proofErr w:type="spellEnd"/>
      <w:r w:rsidRPr="00624776">
        <w:rPr>
          <w:rFonts w:cs="Times New Roman"/>
          <w:bCs/>
        </w:rPr>
        <w:t xml:space="preserve"> RFID </w:t>
      </w:r>
      <w:proofErr w:type="spellStart"/>
      <w:r w:rsidRPr="00624776">
        <w:rPr>
          <w:rFonts w:cs="Times New Roman"/>
          <w:bCs/>
        </w:rPr>
        <w:t>dengan</w:t>
      </w:r>
      <w:proofErr w:type="spellEnd"/>
      <w:r w:rsidRPr="00624776">
        <w:rPr>
          <w:rFonts w:cs="Times New Roman"/>
          <w:bCs/>
        </w:rPr>
        <w:t xml:space="preserve"> </w:t>
      </w:r>
      <w:proofErr w:type="spellStart"/>
      <w:r w:rsidRPr="00624776">
        <w:rPr>
          <w:rFonts w:cs="Times New Roman"/>
          <w:bCs/>
        </w:rPr>
        <w:t>jarak</w:t>
      </w:r>
      <w:proofErr w:type="spellEnd"/>
      <w:r w:rsidRPr="00624776">
        <w:rPr>
          <w:rFonts w:cs="Times New Roman"/>
          <w:bCs/>
        </w:rPr>
        <w:t xml:space="preserve"> </w:t>
      </w:r>
      <w:proofErr w:type="spellStart"/>
      <w:r w:rsidRPr="00624776">
        <w:rPr>
          <w:rFonts w:cs="Times New Roman"/>
          <w:bCs/>
        </w:rPr>
        <w:t>maksimal</w:t>
      </w:r>
      <w:proofErr w:type="spellEnd"/>
      <w:r w:rsidRPr="00624776">
        <w:rPr>
          <w:rFonts w:cs="Times New Roman"/>
          <w:bCs/>
        </w:rPr>
        <w:t xml:space="preserve"> 3 cm dan </w:t>
      </w:r>
      <w:proofErr w:type="spellStart"/>
      <w:r w:rsidRPr="00624776">
        <w:rPr>
          <w:rFonts w:cs="Times New Roman"/>
          <w:bCs/>
        </w:rPr>
        <w:t>membuka</w:t>
      </w:r>
      <w:proofErr w:type="spellEnd"/>
      <w:r w:rsidRPr="00624776">
        <w:rPr>
          <w:rFonts w:cs="Times New Roman"/>
          <w:bCs/>
        </w:rPr>
        <w:t xml:space="preserve"> </w:t>
      </w:r>
      <w:proofErr w:type="spellStart"/>
      <w:r w:rsidRPr="00624776">
        <w:rPr>
          <w:rFonts w:cs="Times New Roman"/>
          <w:bCs/>
        </w:rPr>
        <w:t>kunci</w:t>
      </w:r>
      <w:proofErr w:type="spellEnd"/>
      <w:r w:rsidRPr="00624776">
        <w:rPr>
          <w:rFonts w:cs="Times New Roman"/>
          <w:bCs/>
        </w:rPr>
        <w:t xml:space="preserve"> solenoid </w:t>
      </w:r>
      <w:proofErr w:type="spellStart"/>
      <w:r w:rsidRPr="00624776">
        <w:rPr>
          <w:rFonts w:cs="Times New Roman"/>
          <w:bCs/>
        </w:rPr>
        <w:t>dalam</w:t>
      </w:r>
      <w:proofErr w:type="spellEnd"/>
      <w:r w:rsidRPr="00624776">
        <w:rPr>
          <w:rFonts w:cs="Times New Roman"/>
          <w:bCs/>
        </w:rPr>
        <w:t xml:space="preserve"> </w:t>
      </w:r>
      <w:proofErr w:type="spellStart"/>
      <w:r w:rsidRPr="00624776">
        <w:rPr>
          <w:rFonts w:cs="Times New Roman"/>
          <w:bCs/>
        </w:rPr>
        <w:t>waktu</w:t>
      </w:r>
      <w:proofErr w:type="spellEnd"/>
      <w:r w:rsidRPr="00624776">
        <w:rPr>
          <w:rFonts w:cs="Times New Roman"/>
          <w:bCs/>
        </w:rPr>
        <w:t xml:space="preserve"> </w:t>
      </w:r>
      <w:proofErr w:type="spellStart"/>
      <w:r w:rsidRPr="00624776">
        <w:rPr>
          <w:rFonts w:cs="Times New Roman"/>
          <w:bCs/>
        </w:rPr>
        <w:t>kurang</w:t>
      </w:r>
      <w:proofErr w:type="spellEnd"/>
      <w:r w:rsidRPr="00624776">
        <w:rPr>
          <w:rFonts w:cs="Times New Roman"/>
          <w:bCs/>
        </w:rPr>
        <w:t xml:space="preserve"> </w:t>
      </w:r>
      <w:proofErr w:type="spellStart"/>
      <w:r w:rsidRPr="00624776">
        <w:rPr>
          <w:rFonts w:cs="Times New Roman"/>
          <w:bCs/>
        </w:rPr>
        <w:t>dari</w:t>
      </w:r>
      <w:proofErr w:type="spellEnd"/>
      <w:r w:rsidRPr="00624776">
        <w:rPr>
          <w:rFonts w:cs="Times New Roman"/>
          <w:bCs/>
        </w:rPr>
        <w:t xml:space="preserve"> 1 </w:t>
      </w:r>
      <w:proofErr w:type="spellStart"/>
      <w:r w:rsidRPr="00624776">
        <w:rPr>
          <w:rFonts w:cs="Times New Roman"/>
          <w:bCs/>
        </w:rPr>
        <w:t>detik</w:t>
      </w:r>
      <w:proofErr w:type="spellEnd"/>
      <w:r w:rsidRPr="00624776">
        <w:rPr>
          <w:rFonts w:cs="Times New Roman"/>
          <w:bCs/>
        </w:rPr>
        <w:t xml:space="preserve">. Kartu </w:t>
      </w:r>
      <w:proofErr w:type="spellStart"/>
      <w:r w:rsidRPr="00624776">
        <w:rPr>
          <w:rFonts w:cs="Times New Roman"/>
          <w:bCs/>
        </w:rPr>
        <w:t>terdaftar</w:t>
      </w:r>
      <w:proofErr w:type="spellEnd"/>
      <w:r w:rsidRPr="00624776">
        <w:rPr>
          <w:rFonts w:cs="Times New Roman"/>
          <w:bCs/>
        </w:rPr>
        <w:t xml:space="preserve"> </w:t>
      </w:r>
      <w:proofErr w:type="spellStart"/>
      <w:r w:rsidRPr="00624776">
        <w:rPr>
          <w:rFonts w:cs="Times New Roman"/>
          <w:bCs/>
        </w:rPr>
        <w:t>akan</w:t>
      </w:r>
      <w:proofErr w:type="spellEnd"/>
      <w:r w:rsidRPr="00624776">
        <w:rPr>
          <w:rFonts w:cs="Times New Roman"/>
          <w:bCs/>
        </w:rPr>
        <w:t xml:space="preserve"> </w:t>
      </w:r>
      <w:proofErr w:type="spellStart"/>
      <w:r w:rsidRPr="00624776">
        <w:rPr>
          <w:rFonts w:cs="Times New Roman"/>
          <w:bCs/>
        </w:rPr>
        <w:t>menampilkan</w:t>
      </w:r>
      <w:proofErr w:type="spellEnd"/>
      <w:r w:rsidRPr="00624776">
        <w:rPr>
          <w:rFonts w:cs="Times New Roman"/>
          <w:bCs/>
        </w:rPr>
        <w:t xml:space="preserve"> status "Accepted" dan </w:t>
      </w:r>
      <w:proofErr w:type="spellStart"/>
      <w:r w:rsidRPr="00624776">
        <w:rPr>
          <w:rFonts w:cs="Times New Roman"/>
          <w:bCs/>
        </w:rPr>
        <w:t>membuka</w:t>
      </w:r>
      <w:proofErr w:type="spellEnd"/>
      <w:r w:rsidRPr="00624776">
        <w:rPr>
          <w:rFonts w:cs="Times New Roman"/>
          <w:bCs/>
        </w:rPr>
        <w:t xml:space="preserve"> </w:t>
      </w:r>
      <w:proofErr w:type="spellStart"/>
      <w:r w:rsidRPr="00624776">
        <w:rPr>
          <w:rFonts w:cs="Times New Roman"/>
          <w:bCs/>
        </w:rPr>
        <w:t>pintu</w:t>
      </w:r>
      <w:proofErr w:type="spellEnd"/>
      <w:r w:rsidRPr="00624776">
        <w:rPr>
          <w:rFonts w:cs="Times New Roman"/>
          <w:bCs/>
        </w:rPr>
        <w:t xml:space="preserve">, </w:t>
      </w:r>
      <w:proofErr w:type="spellStart"/>
      <w:r w:rsidRPr="00624776">
        <w:rPr>
          <w:rFonts w:cs="Times New Roman"/>
          <w:bCs/>
        </w:rPr>
        <w:t>sedangkan</w:t>
      </w:r>
      <w:proofErr w:type="spellEnd"/>
      <w:r w:rsidRPr="00624776">
        <w:rPr>
          <w:rFonts w:cs="Times New Roman"/>
          <w:bCs/>
        </w:rPr>
        <w:t xml:space="preserve"> </w:t>
      </w:r>
      <w:proofErr w:type="spellStart"/>
      <w:r w:rsidRPr="00624776">
        <w:rPr>
          <w:rFonts w:cs="Times New Roman"/>
          <w:bCs/>
        </w:rPr>
        <w:t>kartu</w:t>
      </w:r>
      <w:proofErr w:type="spellEnd"/>
      <w:r w:rsidRPr="00624776">
        <w:rPr>
          <w:rFonts w:cs="Times New Roman"/>
          <w:bCs/>
        </w:rPr>
        <w:t xml:space="preserve"> </w:t>
      </w:r>
      <w:proofErr w:type="spellStart"/>
      <w:r w:rsidRPr="00624776">
        <w:rPr>
          <w:rFonts w:cs="Times New Roman"/>
          <w:bCs/>
        </w:rPr>
        <w:t>tidak</w:t>
      </w:r>
      <w:proofErr w:type="spellEnd"/>
      <w:r w:rsidRPr="00624776">
        <w:rPr>
          <w:rFonts w:cs="Times New Roman"/>
          <w:bCs/>
        </w:rPr>
        <w:t xml:space="preserve"> valid </w:t>
      </w:r>
      <w:proofErr w:type="spellStart"/>
      <w:r w:rsidRPr="00624776">
        <w:rPr>
          <w:rFonts w:cs="Times New Roman"/>
          <w:bCs/>
        </w:rPr>
        <w:t>akan</w:t>
      </w:r>
      <w:proofErr w:type="spellEnd"/>
      <w:r w:rsidRPr="00624776">
        <w:rPr>
          <w:rFonts w:cs="Times New Roman"/>
          <w:bCs/>
        </w:rPr>
        <w:t xml:space="preserve"> </w:t>
      </w:r>
      <w:proofErr w:type="spellStart"/>
      <w:r w:rsidRPr="00624776">
        <w:rPr>
          <w:rFonts w:cs="Times New Roman"/>
          <w:bCs/>
        </w:rPr>
        <w:t>ditolak</w:t>
      </w:r>
      <w:proofErr w:type="spellEnd"/>
      <w:r w:rsidRPr="00624776">
        <w:rPr>
          <w:rFonts w:cs="Times New Roman"/>
          <w:bCs/>
        </w:rPr>
        <w:t xml:space="preserve"> </w:t>
      </w:r>
      <w:proofErr w:type="spellStart"/>
      <w:r w:rsidRPr="00624776">
        <w:rPr>
          <w:rFonts w:cs="Times New Roman"/>
          <w:bCs/>
        </w:rPr>
        <w:t>dengan</w:t>
      </w:r>
      <w:proofErr w:type="spellEnd"/>
      <w:r w:rsidRPr="00624776">
        <w:rPr>
          <w:rFonts w:cs="Times New Roman"/>
          <w:bCs/>
        </w:rPr>
        <w:t xml:space="preserve"> status "Denied"</w:t>
      </w:r>
    </w:p>
    <w:p w14:paraId="35E3B5C1" w14:textId="67258F5C" w:rsidR="00624776" w:rsidRPr="00624776" w:rsidRDefault="00624776">
      <w:pPr>
        <w:pStyle w:val="ListParagraph"/>
        <w:numPr>
          <w:ilvl w:val="0"/>
          <w:numId w:val="15"/>
        </w:numPr>
        <w:rPr>
          <w:bCs/>
        </w:rPr>
      </w:pPr>
      <w:proofErr w:type="spellStart"/>
      <w:r w:rsidRPr="00624776">
        <w:rPr>
          <w:rFonts w:cs="Times New Roman"/>
          <w:bCs/>
        </w:rPr>
        <w:t>Sistem</w:t>
      </w:r>
      <w:proofErr w:type="spellEnd"/>
      <w:r w:rsidRPr="00624776">
        <w:rPr>
          <w:rFonts w:cs="Times New Roman"/>
          <w:bCs/>
        </w:rPr>
        <w:t xml:space="preserve"> </w:t>
      </w:r>
      <w:proofErr w:type="spellStart"/>
      <w:r w:rsidRPr="00624776">
        <w:rPr>
          <w:rFonts w:cs="Times New Roman"/>
          <w:bCs/>
        </w:rPr>
        <w:t>ini</w:t>
      </w:r>
      <w:proofErr w:type="spellEnd"/>
      <w:r w:rsidRPr="00624776">
        <w:rPr>
          <w:rFonts w:cs="Times New Roman"/>
          <w:bCs/>
        </w:rPr>
        <w:t xml:space="preserve"> </w:t>
      </w:r>
      <w:proofErr w:type="spellStart"/>
      <w:r w:rsidRPr="00624776">
        <w:rPr>
          <w:rFonts w:cs="Times New Roman"/>
          <w:bCs/>
        </w:rPr>
        <w:t>efektif</w:t>
      </w:r>
      <w:proofErr w:type="spellEnd"/>
      <w:r w:rsidRPr="00624776">
        <w:rPr>
          <w:rFonts w:cs="Times New Roman"/>
          <w:bCs/>
        </w:rPr>
        <w:t xml:space="preserve"> </w:t>
      </w:r>
      <w:proofErr w:type="spellStart"/>
      <w:r w:rsidRPr="00624776">
        <w:rPr>
          <w:rFonts w:cs="Times New Roman"/>
          <w:bCs/>
        </w:rPr>
        <w:t>dalam</w:t>
      </w:r>
      <w:proofErr w:type="spellEnd"/>
      <w:r w:rsidRPr="00624776">
        <w:rPr>
          <w:rFonts w:cs="Times New Roman"/>
          <w:bCs/>
        </w:rPr>
        <w:t xml:space="preserve"> </w:t>
      </w:r>
      <w:proofErr w:type="spellStart"/>
      <w:r w:rsidRPr="00624776">
        <w:rPr>
          <w:rFonts w:cs="Times New Roman"/>
          <w:bCs/>
        </w:rPr>
        <w:t>meningkatkan</w:t>
      </w:r>
      <w:proofErr w:type="spellEnd"/>
      <w:r w:rsidRPr="00624776">
        <w:rPr>
          <w:rFonts w:cs="Times New Roman"/>
          <w:bCs/>
        </w:rPr>
        <w:t xml:space="preserve"> </w:t>
      </w:r>
      <w:proofErr w:type="spellStart"/>
      <w:r w:rsidRPr="00624776">
        <w:rPr>
          <w:rFonts w:cs="Times New Roman"/>
          <w:bCs/>
        </w:rPr>
        <w:t>keamanan</w:t>
      </w:r>
      <w:proofErr w:type="spellEnd"/>
      <w:r w:rsidRPr="00624776">
        <w:rPr>
          <w:rFonts w:cs="Times New Roman"/>
          <w:bCs/>
        </w:rPr>
        <w:t xml:space="preserve"> </w:t>
      </w:r>
      <w:proofErr w:type="spellStart"/>
      <w:r w:rsidRPr="00624776">
        <w:rPr>
          <w:rFonts w:cs="Times New Roman"/>
          <w:bCs/>
        </w:rPr>
        <w:t>akses</w:t>
      </w:r>
      <w:proofErr w:type="spellEnd"/>
      <w:r w:rsidRPr="00624776">
        <w:rPr>
          <w:rFonts w:cs="Times New Roman"/>
          <w:bCs/>
        </w:rPr>
        <w:t xml:space="preserve"> </w:t>
      </w:r>
      <w:proofErr w:type="spellStart"/>
      <w:r w:rsidRPr="00624776">
        <w:rPr>
          <w:rFonts w:cs="Times New Roman"/>
          <w:bCs/>
        </w:rPr>
        <w:t>ruangan</w:t>
      </w:r>
      <w:proofErr w:type="spellEnd"/>
      <w:r w:rsidRPr="00624776">
        <w:rPr>
          <w:rFonts w:cs="Times New Roman"/>
          <w:bCs/>
        </w:rPr>
        <w:t xml:space="preserve"> dan </w:t>
      </w:r>
      <w:proofErr w:type="spellStart"/>
      <w:r w:rsidRPr="00624776">
        <w:rPr>
          <w:rFonts w:cs="Times New Roman"/>
          <w:bCs/>
        </w:rPr>
        <w:t>dapat</w:t>
      </w:r>
      <w:proofErr w:type="spellEnd"/>
      <w:r w:rsidRPr="00624776">
        <w:rPr>
          <w:rFonts w:cs="Times New Roman"/>
          <w:bCs/>
        </w:rPr>
        <w:t xml:space="preserve"> </w:t>
      </w:r>
      <w:proofErr w:type="spellStart"/>
      <w:r w:rsidRPr="00624776">
        <w:rPr>
          <w:rFonts w:cs="Times New Roman"/>
          <w:bCs/>
        </w:rPr>
        <w:t>diaplikasikan</w:t>
      </w:r>
      <w:proofErr w:type="spellEnd"/>
      <w:r w:rsidRPr="00624776">
        <w:rPr>
          <w:rFonts w:cs="Times New Roman"/>
          <w:bCs/>
        </w:rPr>
        <w:t xml:space="preserve"> di </w:t>
      </w:r>
      <w:proofErr w:type="spellStart"/>
      <w:r w:rsidRPr="00624776">
        <w:rPr>
          <w:rFonts w:cs="Times New Roman"/>
          <w:bCs/>
        </w:rPr>
        <w:t>berbagai</w:t>
      </w:r>
      <w:proofErr w:type="spellEnd"/>
      <w:r w:rsidRPr="00624776">
        <w:rPr>
          <w:rFonts w:cs="Times New Roman"/>
          <w:bCs/>
        </w:rPr>
        <w:t xml:space="preserve"> </w:t>
      </w:r>
      <w:proofErr w:type="spellStart"/>
      <w:r w:rsidRPr="00624776">
        <w:rPr>
          <w:rFonts w:cs="Times New Roman"/>
          <w:bCs/>
        </w:rPr>
        <w:t>ruangan</w:t>
      </w:r>
      <w:proofErr w:type="spellEnd"/>
      <w:r w:rsidRPr="00624776">
        <w:rPr>
          <w:rFonts w:cs="Times New Roman"/>
          <w:bCs/>
        </w:rPr>
        <w:t xml:space="preserve"> </w:t>
      </w:r>
      <w:proofErr w:type="spellStart"/>
      <w:r w:rsidRPr="00624776">
        <w:rPr>
          <w:rFonts w:cs="Times New Roman"/>
          <w:bCs/>
        </w:rPr>
        <w:t>seperti</w:t>
      </w:r>
      <w:proofErr w:type="spellEnd"/>
      <w:r w:rsidRPr="00624776">
        <w:rPr>
          <w:rFonts w:cs="Times New Roman"/>
          <w:bCs/>
        </w:rPr>
        <w:t xml:space="preserve"> </w:t>
      </w:r>
      <w:proofErr w:type="spellStart"/>
      <w:r w:rsidRPr="00624776">
        <w:rPr>
          <w:rFonts w:cs="Times New Roman"/>
          <w:bCs/>
        </w:rPr>
        <w:t>laboratorium</w:t>
      </w:r>
      <w:proofErr w:type="spellEnd"/>
      <w:r w:rsidRPr="00624776">
        <w:rPr>
          <w:rFonts w:cs="Times New Roman"/>
          <w:bCs/>
        </w:rPr>
        <w:t xml:space="preserve">, </w:t>
      </w:r>
      <w:proofErr w:type="spellStart"/>
      <w:r w:rsidRPr="00624776">
        <w:rPr>
          <w:rFonts w:cs="Times New Roman"/>
          <w:bCs/>
        </w:rPr>
        <w:t>kantor</w:t>
      </w:r>
      <w:proofErr w:type="spellEnd"/>
      <w:r w:rsidRPr="00624776">
        <w:rPr>
          <w:rFonts w:cs="Times New Roman"/>
          <w:bCs/>
        </w:rPr>
        <w:t xml:space="preserve">, </w:t>
      </w:r>
      <w:proofErr w:type="spellStart"/>
      <w:r w:rsidRPr="00624776">
        <w:rPr>
          <w:rFonts w:cs="Times New Roman"/>
          <w:bCs/>
        </w:rPr>
        <w:t>atau</w:t>
      </w:r>
      <w:proofErr w:type="spellEnd"/>
      <w:r w:rsidRPr="00624776">
        <w:rPr>
          <w:rFonts w:cs="Times New Roman"/>
          <w:bCs/>
        </w:rPr>
        <w:t xml:space="preserve"> </w:t>
      </w:r>
      <w:proofErr w:type="spellStart"/>
      <w:r w:rsidRPr="00624776">
        <w:rPr>
          <w:rFonts w:cs="Times New Roman"/>
          <w:bCs/>
        </w:rPr>
        <w:t>ruangan</w:t>
      </w:r>
      <w:proofErr w:type="spellEnd"/>
      <w:r w:rsidRPr="00624776">
        <w:rPr>
          <w:rFonts w:cs="Times New Roman"/>
          <w:bCs/>
        </w:rPr>
        <w:t xml:space="preserve"> </w:t>
      </w:r>
      <w:proofErr w:type="spellStart"/>
      <w:r w:rsidRPr="00624776">
        <w:rPr>
          <w:rFonts w:cs="Times New Roman"/>
          <w:bCs/>
        </w:rPr>
        <w:t>terbatas</w:t>
      </w:r>
      <w:proofErr w:type="spellEnd"/>
      <w:r w:rsidRPr="00624776">
        <w:rPr>
          <w:rFonts w:cs="Times New Roman"/>
          <w:bCs/>
        </w:rPr>
        <w:t xml:space="preserve"> </w:t>
      </w:r>
      <w:proofErr w:type="spellStart"/>
      <w:r w:rsidRPr="00624776">
        <w:rPr>
          <w:rFonts w:cs="Times New Roman"/>
          <w:bCs/>
        </w:rPr>
        <w:t>lainnya</w:t>
      </w:r>
      <w:proofErr w:type="spellEnd"/>
      <w:r w:rsidRPr="00624776">
        <w:rPr>
          <w:rFonts w:cs="Times New Roman"/>
          <w:bCs/>
        </w:rPr>
        <w:t>.</w:t>
      </w:r>
    </w:p>
    <w:p w14:paraId="7BC07DA8" w14:textId="77777777" w:rsidR="00624776" w:rsidRPr="00624776" w:rsidRDefault="00624776" w:rsidP="00624776">
      <w:pPr>
        <w:pStyle w:val="Heading2"/>
      </w:pPr>
      <w:bookmarkStart w:id="36" w:name="_Toc233318722"/>
      <w:r w:rsidRPr="00624776">
        <w:t xml:space="preserve">5.2 </w:t>
      </w:r>
      <w:proofErr w:type="spellStart"/>
      <w:r w:rsidRPr="00624776">
        <w:t>Keterbatasan</w:t>
      </w:r>
      <w:bookmarkEnd w:id="36"/>
      <w:proofErr w:type="spellEnd"/>
    </w:p>
    <w:p w14:paraId="22A1A05A" w14:textId="77777777" w:rsidR="00624776" w:rsidRPr="00624776" w:rsidRDefault="00624776" w:rsidP="00624776">
      <w:pPr>
        <w:rPr>
          <w:bCs/>
        </w:rPr>
      </w:pPr>
      <w:proofErr w:type="spellStart"/>
      <w:r w:rsidRPr="00624776">
        <w:rPr>
          <w:rFonts w:cs="Times New Roman"/>
          <w:bCs/>
        </w:rPr>
        <w:t>Selama</w:t>
      </w:r>
      <w:proofErr w:type="spellEnd"/>
      <w:r w:rsidRPr="00624776">
        <w:rPr>
          <w:rFonts w:cs="Times New Roman"/>
          <w:bCs/>
        </w:rPr>
        <w:t xml:space="preserve"> </w:t>
      </w:r>
      <w:proofErr w:type="spellStart"/>
      <w:r w:rsidRPr="00624776">
        <w:rPr>
          <w:rFonts w:cs="Times New Roman"/>
          <w:bCs/>
        </w:rPr>
        <w:t>pelaksanaan</w:t>
      </w:r>
      <w:proofErr w:type="spellEnd"/>
      <w:r w:rsidRPr="00624776">
        <w:rPr>
          <w:rFonts w:cs="Times New Roman"/>
          <w:bCs/>
        </w:rPr>
        <w:t xml:space="preserve"> PKL/</w:t>
      </w:r>
      <w:proofErr w:type="spellStart"/>
      <w:r w:rsidRPr="00624776">
        <w:rPr>
          <w:rFonts w:cs="Times New Roman"/>
          <w:bCs/>
        </w:rPr>
        <w:t>Magang</w:t>
      </w:r>
      <w:proofErr w:type="spellEnd"/>
      <w:r w:rsidRPr="00624776">
        <w:rPr>
          <w:rFonts w:cs="Times New Roman"/>
          <w:bCs/>
        </w:rPr>
        <w:t xml:space="preserve">, </w:t>
      </w:r>
      <w:proofErr w:type="spellStart"/>
      <w:r w:rsidRPr="00624776">
        <w:rPr>
          <w:rFonts w:cs="Times New Roman"/>
          <w:bCs/>
        </w:rPr>
        <w:t>terdapat</w:t>
      </w:r>
      <w:proofErr w:type="spellEnd"/>
      <w:r w:rsidRPr="00624776">
        <w:rPr>
          <w:rFonts w:cs="Times New Roman"/>
          <w:bCs/>
        </w:rPr>
        <w:t xml:space="preserve"> </w:t>
      </w:r>
      <w:proofErr w:type="spellStart"/>
      <w:r w:rsidRPr="00624776">
        <w:rPr>
          <w:rFonts w:cs="Times New Roman"/>
          <w:bCs/>
        </w:rPr>
        <w:t>beberapa</w:t>
      </w:r>
      <w:proofErr w:type="spellEnd"/>
      <w:r w:rsidRPr="00624776">
        <w:rPr>
          <w:rFonts w:cs="Times New Roman"/>
          <w:bCs/>
        </w:rPr>
        <w:t xml:space="preserve"> </w:t>
      </w:r>
      <w:proofErr w:type="spellStart"/>
      <w:r w:rsidRPr="00624776">
        <w:rPr>
          <w:rFonts w:cs="Times New Roman"/>
          <w:bCs/>
        </w:rPr>
        <w:t>keterbatasan</w:t>
      </w:r>
      <w:proofErr w:type="spellEnd"/>
      <w:r w:rsidRPr="00624776">
        <w:rPr>
          <w:rFonts w:cs="Times New Roman"/>
          <w:bCs/>
        </w:rPr>
        <w:t xml:space="preserve"> yang </w:t>
      </w:r>
      <w:proofErr w:type="spellStart"/>
      <w:r w:rsidRPr="00624776">
        <w:rPr>
          <w:rFonts w:cs="Times New Roman"/>
          <w:bCs/>
        </w:rPr>
        <w:t>dihadapi</w:t>
      </w:r>
      <w:proofErr w:type="spellEnd"/>
      <w:r w:rsidRPr="00624776">
        <w:rPr>
          <w:rFonts w:cs="Times New Roman"/>
          <w:bCs/>
        </w:rPr>
        <w:t xml:space="preserve">, </w:t>
      </w:r>
      <w:proofErr w:type="spellStart"/>
      <w:r w:rsidRPr="00624776">
        <w:rPr>
          <w:rFonts w:cs="Times New Roman"/>
          <w:bCs/>
        </w:rPr>
        <w:t>yaitu</w:t>
      </w:r>
      <w:proofErr w:type="spellEnd"/>
      <w:r w:rsidRPr="00624776">
        <w:rPr>
          <w:rFonts w:cs="Times New Roman"/>
          <w:bCs/>
        </w:rPr>
        <w:t>:</w:t>
      </w:r>
    </w:p>
    <w:p w14:paraId="2D915C29" w14:textId="2E429065" w:rsidR="00624776" w:rsidRPr="00624776" w:rsidRDefault="00624776">
      <w:pPr>
        <w:pStyle w:val="ListParagraph"/>
        <w:numPr>
          <w:ilvl w:val="0"/>
          <w:numId w:val="16"/>
        </w:numPr>
        <w:rPr>
          <w:bCs/>
        </w:rPr>
      </w:pPr>
      <w:r w:rsidRPr="00624776">
        <w:rPr>
          <w:rFonts w:cs="Times New Roman"/>
          <w:bCs/>
        </w:rPr>
        <w:t xml:space="preserve">Waktu </w:t>
      </w:r>
      <w:proofErr w:type="spellStart"/>
      <w:r w:rsidRPr="00624776">
        <w:rPr>
          <w:rFonts w:cs="Times New Roman"/>
          <w:bCs/>
        </w:rPr>
        <w:t>pelaksanaan</w:t>
      </w:r>
      <w:proofErr w:type="spellEnd"/>
      <w:r w:rsidRPr="00624776">
        <w:rPr>
          <w:rFonts w:cs="Times New Roman"/>
          <w:bCs/>
        </w:rPr>
        <w:t xml:space="preserve"> PKL/</w:t>
      </w:r>
      <w:proofErr w:type="spellStart"/>
      <w:r w:rsidRPr="00624776">
        <w:rPr>
          <w:rFonts w:cs="Times New Roman"/>
          <w:bCs/>
        </w:rPr>
        <w:t>Magang</w:t>
      </w:r>
      <w:proofErr w:type="spellEnd"/>
      <w:r w:rsidRPr="00624776">
        <w:rPr>
          <w:rFonts w:cs="Times New Roman"/>
          <w:bCs/>
        </w:rPr>
        <w:t xml:space="preserve"> yang </w:t>
      </w:r>
      <w:proofErr w:type="spellStart"/>
      <w:r w:rsidRPr="00624776">
        <w:rPr>
          <w:rFonts w:cs="Times New Roman"/>
          <w:bCs/>
        </w:rPr>
        <w:t>terbatas</w:t>
      </w:r>
      <w:proofErr w:type="spellEnd"/>
      <w:r w:rsidRPr="00624776">
        <w:rPr>
          <w:rFonts w:cs="Times New Roman"/>
          <w:bCs/>
        </w:rPr>
        <w:t xml:space="preserve">, </w:t>
      </w:r>
      <w:proofErr w:type="spellStart"/>
      <w:r w:rsidRPr="00624776">
        <w:rPr>
          <w:rFonts w:cs="Times New Roman"/>
          <w:bCs/>
        </w:rPr>
        <w:t>sehingga</w:t>
      </w:r>
      <w:proofErr w:type="spellEnd"/>
      <w:r w:rsidRPr="00624776">
        <w:rPr>
          <w:rFonts w:cs="Times New Roman"/>
          <w:bCs/>
        </w:rPr>
        <w:t xml:space="preserve"> </w:t>
      </w:r>
      <w:proofErr w:type="spellStart"/>
      <w:r w:rsidRPr="00624776">
        <w:rPr>
          <w:rFonts w:cs="Times New Roman"/>
          <w:bCs/>
        </w:rPr>
        <w:t>sistem</w:t>
      </w:r>
      <w:proofErr w:type="spellEnd"/>
      <w:r w:rsidRPr="00624776">
        <w:rPr>
          <w:rFonts w:cs="Times New Roman"/>
          <w:bCs/>
        </w:rPr>
        <w:t xml:space="preserve"> yang </w:t>
      </w:r>
      <w:proofErr w:type="spellStart"/>
      <w:r w:rsidRPr="00624776">
        <w:rPr>
          <w:rFonts w:cs="Times New Roman"/>
          <w:bCs/>
        </w:rPr>
        <w:t>dibangun</w:t>
      </w:r>
      <w:proofErr w:type="spellEnd"/>
      <w:r w:rsidRPr="00624776">
        <w:rPr>
          <w:rFonts w:cs="Times New Roman"/>
          <w:bCs/>
        </w:rPr>
        <w:t xml:space="preserve"> </w:t>
      </w:r>
      <w:proofErr w:type="spellStart"/>
      <w:r w:rsidRPr="00624776">
        <w:rPr>
          <w:rFonts w:cs="Times New Roman"/>
          <w:bCs/>
        </w:rPr>
        <w:t>masih</w:t>
      </w:r>
      <w:proofErr w:type="spellEnd"/>
      <w:r w:rsidRPr="00624776">
        <w:rPr>
          <w:rFonts w:cs="Times New Roman"/>
          <w:bCs/>
        </w:rPr>
        <w:t xml:space="preserve"> </w:t>
      </w:r>
      <w:proofErr w:type="spellStart"/>
      <w:r w:rsidRPr="00624776">
        <w:rPr>
          <w:rFonts w:cs="Times New Roman"/>
          <w:bCs/>
        </w:rPr>
        <w:t>dalam</w:t>
      </w:r>
      <w:proofErr w:type="spellEnd"/>
      <w:r w:rsidRPr="00624776">
        <w:rPr>
          <w:rFonts w:cs="Times New Roman"/>
          <w:bCs/>
        </w:rPr>
        <w:t xml:space="preserve"> </w:t>
      </w:r>
      <w:proofErr w:type="spellStart"/>
      <w:r w:rsidRPr="00624776">
        <w:rPr>
          <w:rFonts w:cs="Times New Roman"/>
          <w:bCs/>
        </w:rPr>
        <w:t>bentuk</w:t>
      </w:r>
      <w:proofErr w:type="spellEnd"/>
      <w:r w:rsidRPr="00624776">
        <w:rPr>
          <w:rFonts w:cs="Times New Roman"/>
          <w:bCs/>
        </w:rPr>
        <w:t xml:space="preserve"> </w:t>
      </w:r>
      <w:proofErr w:type="spellStart"/>
      <w:r w:rsidRPr="00624776">
        <w:rPr>
          <w:rFonts w:cs="Times New Roman"/>
          <w:bCs/>
        </w:rPr>
        <w:t>prototipe</w:t>
      </w:r>
      <w:proofErr w:type="spellEnd"/>
      <w:r w:rsidRPr="00624776">
        <w:rPr>
          <w:rFonts w:cs="Times New Roman"/>
          <w:bCs/>
        </w:rPr>
        <w:t>.</w:t>
      </w:r>
    </w:p>
    <w:p w14:paraId="3C8964F7" w14:textId="4AAA50CD" w:rsidR="00624776" w:rsidRPr="00624776" w:rsidRDefault="00624776">
      <w:pPr>
        <w:pStyle w:val="ListParagraph"/>
        <w:numPr>
          <w:ilvl w:val="0"/>
          <w:numId w:val="16"/>
        </w:numPr>
        <w:rPr>
          <w:bCs/>
        </w:rPr>
      </w:pPr>
      <w:proofErr w:type="spellStart"/>
      <w:r w:rsidRPr="00624776">
        <w:rPr>
          <w:rFonts w:cs="Times New Roman"/>
          <w:bCs/>
        </w:rPr>
        <w:t>Keterbatasan</w:t>
      </w:r>
      <w:proofErr w:type="spellEnd"/>
      <w:r w:rsidRPr="00624776">
        <w:rPr>
          <w:rFonts w:cs="Times New Roman"/>
          <w:bCs/>
        </w:rPr>
        <w:t xml:space="preserve"> </w:t>
      </w:r>
      <w:proofErr w:type="spellStart"/>
      <w:r w:rsidRPr="00624776">
        <w:rPr>
          <w:rFonts w:cs="Times New Roman"/>
          <w:bCs/>
        </w:rPr>
        <w:t>akses</w:t>
      </w:r>
      <w:proofErr w:type="spellEnd"/>
      <w:r w:rsidRPr="00624776">
        <w:rPr>
          <w:rFonts w:cs="Times New Roman"/>
          <w:bCs/>
        </w:rPr>
        <w:t xml:space="preserve"> data dan </w:t>
      </w:r>
      <w:proofErr w:type="spellStart"/>
      <w:r w:rsidRPr="00624776">
        <w:rPr>
          <w:rFonts w:cs="Times New Roman"/>
          <w:bCs/>
        </w:rPr>
        <w:t>fasilitas</w:t>
      </w:r>
      <w:proofErr w:type="spellEnd"/>
      <w:r w:rsidRPr="00624776">
        <w:rPr>
          <w:rFonts w:cs="Times New Roman"/>
          <w:bCs/>
        </w:rPr>
        <w:t xml:space="preserve"> di </w:t>
      </w:r>
      <w:proofErr w:type="spellStart"/>
      <w:r w:rsidRPr="00624776">
        <w:rPr>
          <w:rFonts w:cs="Times New Roman"/>
          <w:bCs/>
        </w:rPr>
        <w:t>instansi</w:t>
      </w:r>
      <w:proofErr w:type="spellEnd"/>
      <w:r w:rsidRPr="00624776">
        <w:rPr>
          <w:rFonts w:cs="Times New Roman"/>
          <w:bCs/>
        </w:rPr>
        <w:t xml:space="preserve"> </w:t>
      </w:r>
      <w:proofErr w:type="spellStart"/>
      <w:r w:rsidRPr="00624776">
        <w:rPr>
          <w:rFonts w:cs="Times New Roman"/>
          <w:bCs/>
        </w:rPr>
        <w:t>tempat</w:t>
      </w:r>
      <w:proofErr w:type="spellEnd"/>
      <w:r w:rsidRPr="00624776">
        <w:rPr>
          <w:rFonts w:cs="Times New Roman"/>
          <w:bCs/>
        </w:rPr>
        <w:t xml:space="preserve"> </w:t>
      </w:r>
      <w:proofErr w:type="spellStart"/>
      <w:r w:rsidRPr="00624776">
        <w:rPr>
          <w:rFonts w:cs="Times New Roman"/>
          <w:bCs/>
        </w:rPr>
        <w:t>magang</w:t>
      </w:r>
      <w:proofErr w:type="spellEnd"/>
      <w:r w:rsidRPr="00624776">
        <w:rPr>
          <w:rFonts w:cs="Times New Roman"/>
          <w:bCs/>
        </w:rPr>
        <w:t>.</w:t>
      </w:r>
    </w:p>
    <w:p w14:paraId="7DF329EC" w14:textId="3BE00CE0" w:rsidR="00624776" w:rsidRPr="00624776" w:rsidRDefault="00624776">
      <w:pPr>
        <w:pStyle w:val="ListParagraph"/>
        <w:numPr>
          <w:ilvl w:val="0"/>
          <w:numId w:val="16"/>
        </w:numPr>
        <w:rPr>
          <w:bCs/>
        </w:rPr>
      </w:pPr>
      <w:proofErr w:type="spellStart"/>
      <w:r w:rsidRPr="00624776">
        <w:rPr>
          <w:rFonts w:cs="Times New Roman"/>
          <w:bCs/>
        </w:rPr>
        <w:lastRenderedPageBreak/>
        <w:t>Sistem</w:t>
      </w:r>
      <w:proofErr w:type="spellEnd"/>
      <w:r w:rsidRPr="00624776">
        <w:rPr>
          <w:rFonts w:cs="Times New Roman"/>
          <w:bCs/>
        </w:rPr>
        <w:t xml:space="preserve"> </w:t>
      </w:r>
      <w:proofErr w:type="spellStart"/>
      <w:r w:rsidRPr="00624776">
        <w:rPr>
          <w:rFonts w:cs="Times New Roman"/>
          <w:bCs/>
        </w:rPr>
        <w:t>belum</w:t>
      </w:r>
      <w:proofErr w:type="spellEnd"/>
      <w:r w:rsidRPr="00624776">
        <w:rPr>
          <w:rFonts w:cs="Times New Roman"/>
          <w:bCs/>
        </w:rPr>
        <w:t xml:space="preserve"> </w:t>
      </w:r>
      <w:proofErr w:type="spellStart"/>
      <w:r w:rsidRPr="00624776">
        <w:rPr>
          <w:rFonts w:cs="Times New Roman"/>
          <w:bCs/>
        </w:rPr>
        <w:t>dilengkapi</w:t>
      </w:r>
      <w:proofErr w:type="spellEnd"/>
      <w:r w:rsidRPr="00624776">
        <w:rPr>
          <w:rFonts w:cs="Times New Roman"/>
          <w:bCs/>
        </w:rPr>
        <w:t xml:space="preserve"> </w:t>
      </w:r>
      <w:proofErr w:type="spellStart"/>
      <w:r w:rsidRPr="00624776">
        <w:rPr>
          <w:rFonts w:cs="Times New Roman"/>
          <w:bCs/>
        </w:rPr>
        <w:t>dengan</w:t>
      </w:r>
      <w:proofErr w:type="spellEnd"/>
      <w:r w:rsidRPr="00624776">
        <w:rPr>
          <w:rFonts w:cs="Times New Roman"/>
          <w:bCs/>
        </w:rPr>
        <w:t xml:space="preserve"> </w:t>
      </w:r>
      <w:proofErr w:type="spellStart"/>
      <w:r w:rsidRPr="00624776">
        <w:rPr>
          <w:rFonts w:cs="Times New Roman"/>
          <w:bCs/>
        </w:rPr>
        <w:t>modul</w:t>
      </w:r>
      <w:proofErr w:type="spellEnd"/>
      <w:r w:rsidRPr="00624776">
        <w:rPr>
          <w:rFonts w:cs="Times New Roman"/>
          <w:bCs/>
        </w:rPr>
        <w:t xml:space="preserve"> </w:t>
      </w:r>
      <w:proofErr w:type="spellStart"/>
      <w:r w:rsidRPr="00624776">
        <w:rPr>
          <w:rFonts w:cs="Times New Roman"/>
          <w:bCs/>
        </w:rPr>
        <w:t>WiFi</w:t>
      </w:r>
      <w:proofErr w:type="spellEnd"/>
      <w:r w:rsidRPr="00624776">
        <w:rPr>
          <w:rFonts w:cs="Times New Roman"/>
          <w:bCs/>
        </w:rPr>
        <w:t xml:space="preserve"> </w:t>
      </w:r>
      <w:proofErr w:type="spellStart"/>
      <w:r w:rsidRPr="00624776">
        <w:rPr>
          <w:rFonts w:cs="Times New Roman"/>
          <w:bCs/>
        </w:rPr>
        <w:t>atau</w:t>
      </w:r>
      <w:proofErr w:type="spellEnd"/>
      <w:r w:rsidRPr="00624776">
        <w:rPr>
          <w:rFonts w:cs="Times New Roman"/>
          <w:bCs/>
        </w:rPr>
        <w:t xml:space="preserve"> </w:t>
      </w:r>
      <w:proofErr w:type="spellStart"/>
      <w:r w:rsidRPr="00624776">
        <w:rPr>
          <w:rFonts w:cs="Times New Roman"/>
          <w:bCs/>
        </w:rPr>
        <w:t>notifikasi</w:t>
      </w:r>
      <w:proofErr w:type="spellEnd"/>
      <w:r w:rsidRPr="00624776">
        <w:rPr>
          <w:rFonts w:cs="Times New Roman"/>
          <w:bCs/>
        </w:rPr>
        <w:t xml:space="preserve"> </w:t>
      </w:r>
      <w:proofErr w:type="spellStart"/>
      <w:r w:rsidRPr="00624776">
        <w:rPr>
          <w:rFonts w:cs="Times New Roman"/>
          <w:bCs/>
        </w:rPr>
        <w:t>jarak</w:t>
      </w:r>
      <w:proofErr w:type="spellEnd"/>
      <w:r w:rsidRPr="00624776">
        <w:rPr>
          <w:rFonts w:cs="Times New Roman"/>
          <w:bCs/>
        </w:rPr>
        <w:t xml:space="preserve"> </w:t>
      </w:r>
      <w:proofErr w:type="spellStart"/>
      <w:r w:rsidRPr="00624776">
        <w:rPr>
          <w:rFonts w:cs="Times New Roman"/>
          <w:bCs/>
        </w:rPr>
        <w:t>jauh</w:t>
      </w:r>
      <w:proofErr w:type="spellEnd"/>
      <w:r w:rsidRPr="00624776">
        <w:rPr>
          <w:rFonts w:cs="Times New Roman"/>
          <w:bCs/>
        </w:rPr>
        <w:t>.</w:t>
      </w:r>
    </w:p>
    <w:p w14:paraId="749C4CE6" w14:textId="069116B8" w:rsidR="00624776" w:rsidRPr="00624776" w:rsidRDefault="00624776">
      <w:pPr>
        <w:pStyle w:val="ListParagraph"/>
        <w:numPr>
          <w:ilvl w:val="0"/>
          <w:numId w:val="16"/>
        </w:numPr>
        <w:rPr>
          <w:bCs/>
        </w:rPr>
      </w:pPr>
      <w:r w:rsidRPr="00624776">
        <w:rPr>
          <w:rFonts w:cs="Times New Roman"/>
          <w:bCs/>
        </w:rPr>
        <w:t xml:space="preserve">Jarak </w:t>
      </w:r>
      <w:proofErr w:type="spellStart"/>
      <w:r w:rsidRPr="00624776">
        <w:rPr>
          <w:rFonts w:cs="Times New Roman"/>
          <w:bCs/>
        </w:rPr>
        <w:t>deteksi</w:t>
      </w:r>
      <w:proofErr w:type="spellEnd"/>
      <w:r w:rsidRPr="00624776">
        <w:rPr>
          <w:rFonts w:cs="Times New Roman"/>
          <w:bCs/>
        </w:rPr>
        <w:t xml:space="preserve"> RFID </w:t>
      </w:r>
      <w:proofErr w:type="spellStart"/>
      <w:r w:rsidRPr="00624776">
        <w:rPr>
          <w:rFonts w:cs="Times New Roman"/>
          <w:bCs/>
        </w:rPr>
        <w:t>masih</w:t>
      </w:r>
      <w:proofErr w:type="spellEnd"/>
      <w:r w:rsidRPr="00624776">
        <w:rPr>
          <w:rFonts w:cs="Times New Roman"/>
          <w:bCs/>
        </w:rPr>
        <w:t xml:space="preserve"> </w:t>
      </w:r>
      <w:proofErr w:type="spellStart"/>
      <w:r w:rsidRPr="00624776">
        <w:rPr>
          <w:rFonts w:cs="Times New Roman"/>
          <w:bCs/>
        </w:rPr>
        <w:t>terbatas</w:t>
      </w:r>
      <w:proofErr w:type="spellEnd"/>
      <w:r w:rsidRPr="00624776">
        <w:rPr>
          <w:rFonts w:cs="Times New Roman"/>
          <w:bCs/>
        </w:rPr>
        <w:t xml:space="preserve"> pada 3 cm, </w:t>
      </w:r>
      <w:proofErr w:type="spellStart"/>
      <w:r w:rsidRPr="00624776">
        <w:rPr>
          <w:rFonts w:cs="Times New Roman"/>
          <w:bCs/>
        </w:rPr>
        <w:t>sehingga</w:t>
      </w:r>
      <w:proofErr w:type="spellEnd"/>
      <w:r w:rsidRPr="00624776">
        <w:rPr>
          <w:rFonts w:cs="Times New Roman"/>
          <w:bCs/>
        </w:rPr>
        <w:t xml:space="preserve"> </w:t>
      </w:r>
      <w:proofErr w:type="spellStart"/>
      <w:r w:rsidRPr="00624776">
        <w:rPr>
          <w:rFonts w:cs="Times New Roman"/>
          <w:bCs/>
        </w:rPr>
        <w:t>memerlukan</w:t>
      </w:r>
      <w:proofErr w:type="spellEnd"/>
      <w:r w:rsidRPr="00624776">
        <w:rPr>
          <w:rFonts w:cs="Times New Roman"/>
          <w:bCs/>
        </w:rPr>
        <w:t xml:space="preserve"> </w:t>
      </w:r>
      <w:proofErr w:type="spellStart"/>
      <w:r w:rsidRPr="00624776">
        <w:rPr>
          <w:rFonts w:cs="Times New Roman"/>
          <w:bCs/>
        </w:rPr>
        <w:t>posisi</w:t>
      </w:r>
      <w:proofErr w:type="spellEnd"/>
      <w:r w:rsidRPr="00624776">
        <w:rPr>
          <w:rFonts w:cs="Times New Roman"/>
          <w:bCs/>
        </w:rPr>
        <w:t xml:space="preserve"> </w:t>
      </w:r>
      <w:proofErr w:type="spellStart"/>
      <w:r w:rsidRPr="00624776">
        <w:rPr>
          <w:rFonts w:cs="Times New Roman"/>
          <w:bCs/>
        </w:rPr>
        <w:t>kartu</w:t>
      </w:r>
      <w:proofErr w:type="spellEnd"/>
      <w:r w:rsidRPr="00624776">
        <w:rPr>
          <w:rFonts w:cs="Times New Roman"/>
          <w:bCs/>
        </w:rPr>
        <w:t xml:space="preserve"> yang </w:t>
      </w:r>
      <w:proofErr w:type="spellStart"/>
      <w:r w:rsidRPr="00624776">
        <w:rPr>
          <w:rFonts w:cs="Times New Roman"/>
          <w:bCs/>
        </w:rPr>
        <w:t>tepat</w:t>
      </w:r>
      <w:proofErr w:type="spellEnd"/>
      <w:r w:rsidRPr="00624776">
        <w:rPr>
          <w:rFonts w:cs="Times New Roman"/>
          <w:bCs/>
        </w:rPr>
        <w:t>.</w:t>
      </w:r>
    </w:p>
    <w:p w14:paraId="2B3F11A9" w14:textId="07213676" w:rsidR="00624776" w:rsidRPr="00624776" w:rsidRDefault="00624776">
      <w:pPr>
        <w:pStyle w:val="ListParagraph"/>
        <w:numPr>
          <w:ilvl w:val="0"/>
          <w:numId w:val="16"/>
        </w:numPr>
        <w:rPr>
          <w:bCs/>
        </w:rPr>
      </w:pPr>
      <w:r w:rsidRPr="00624776">
        <w:rPr>
          <w:rFonts w:cs="Times New Roman"/>
          <w:bCs/>
        </w:rPr>
        <w:t xml:space="preserve">Belum </w:t>
      </w:r>
      <w:proofErr w:type="spellStart"/>
      <w:r w:rsidRPr="00624776">
        <w:rPr>
          <w:rFonts w:cs="Times New Roman"/>
          <w:bCs/>
        </w:rPr>
        <w:t>adanya</w:t>
      </w:r>
      <w:proofErr w:type="spellEnd"/>
      <w:r w:rsidRPr="00624776">
        <w:rPr>
          <w:rFonts w:cs="Times New Roman"/>
          <w:bCs/>
        </w:rPr>
        <w:t xml:space="preserve"> </w:t>
      </w:r>
      <w:proofErr w:type="spellStart"/>
      <w:r w:rsidRPr="00624776">
        <w:rPr>
          <w:rFonts w:cs="Times New Roman"/>
          <w:bCs/>
        </w:rPr>
        <w:t>mekanisme</w:t>
      </w:r>
      <w:proofErr w:type="spellEnd"/>
      <w:r w:rsidRPr="00624776">
        <w:rPr>
          <w:rFonts w:cs="Times New Roman"/>
          <w:bCs/>
        </w:rPr>
        <w:t xml:space="preserve"> backup power, </w:t>
      </w:r>
      <w:proofErr w:type="spellStart"/>
      <w:r w:rsidRPr="00624776">
        <w:rPr>
          <w:rFonts w:cs="Times New Roman"/>
          <w:bCs/>
        </w:rPr>
        <w:t>sehingga</w:t>
      </w:r>
      <w:proofErr w:type="spellEnd"/>
      <w:r w:rsidRPr="00624776">
        <w:rPr>
          <w:rFonts w:cs="Times New Roman"/>
          <w:bCs/>
        </w:rPr>
        <w:t xml:space="preserve"> </w:t>
      </w:r>
      <w:proofErr w:type="spellStart"/>
      <w:r w:rsidRPr="00624776">
        <w:rPr>
          <w:rFonts w:cs="Times New Roman"/>
          <w:bCs/>
        </w:rPr>
        <w:t>sistem</w:t>
      </w:r>
      <w:proofErr w:type="spellEnd"/>
      <w:r w:rsidRPr="00624776">
        <w:rPr>
          <w:rFonts w:cs="Times New Roman"/>
          <w:bCs/>
        </w:rPr>
        <w:t xml:space="preserve"> </w:t>
      </w:r>
      <w:proofErr w:type="spellStart"/>
      <w:r w:rsidRPr="00624776">
        <w:rPr>
          <w:rFonts w:cs="Times New Roman"/>
          <w:bCs/>
        </w:rPr>
        <w:t>tidak</w:t>
      </w:r>
      <w:proofErr w:type="spellEnd"/>
      <w:r w:rsidRPr="00624776">
        <w:rPr>
          <w:rFonts w:cs="Times New Roman"/>
          <w:bCs/>
        </w:rPr>
        <w:t xml:space="preserve"> </w:t>
      </w:r>
      <w:proofErr w:type="spellStart"/>
      <w:r w:rsidRPr="00624776">
        <w:rPr>
          <w:rFonts w:cs="Times New Roman"/>
          <w:bCs/>
        </w:rPr>
        <w:t>berfungsi</w:t>
      </w:r>
      <w:proofErr w:type="spellEnd"/>
      <w:r w:rsidRPr="00624776">
        <w:rPr>
          <w:rFonts w:cs="Times New Roman"/>
          <w:bCs/>
        </w:rPr>
        <w:t xml:space="preserve"> </w:t>
      </w:r>
      <w:proofErr w:type="spellStart"/>
      <w:r w:rsidRPr="00624776">
        <w:rPr>
          <w:rFonts w:cs="Times New Roman"/>
          <w:bCs/>
        </w:rPr>
        <w:t>saat</w:t>
      </w:r>
      <w:proofErr w:type="spellEnd"/>
      <w:r w:rsidRPr="00624776">
        <w:rPr>
          <w:rFonts w:cs="Times New Roman"/>
          <w:bCs/>
        </w:rPr>
        <w:t xml:space="preserve"> </w:t>
      </w:r>
      <w:proofErr w:type="spellStart"/>
      <w:r w:rsidRPr="00624776">
        <w:rPr>
          <w:rFonts w:cs="Times New Roman"/>
          <w:bCs/>
        </w:rPr>
        <w:t>mati</w:t>
      </w:r>
      <w:proofErr w:type="spellEnd"/>
      <w:r w:rsidRPr="00624776">
        <w:rPr>
          <w:rFonts w:cs="Times New Roman"/>
          <w:bCs/>
        </w:rPr>
        <w:t xml:space="preserve"> </w:t>
      </w:r>
      <w:proofErr w:type="spellStart"/>
      <w:r w:rsidRPr="00624776">
        <w:rPr>
          <w:rFonts w:cs="Times New Roman"/>
          <w:bCs/>
        </w:rPr>
        <w:t>listrik</w:t>
      </w:r>
      <w:proofErr w:type="spellEnd"/>
      <w:r w:rsidRPr="00624776">
        <w:rPr>
          <w:rFonts w:cs="Times New Roman"/>
          <w:bCs/>
        </w:rPr>
        <w:t>.</w:t>
      </w:r>
    </w:p>
    <w:p w14:paraId="2D954ED9" w14:textId="77777777" w:rsidR="00624776" w:rsidRPr="00624776" w:rsidRDefault="00624776" w:rsidP="00624776">
      <w:pPr>
        <w:pStyle w:val="Heading2"/>
      </w:pPr>
      <w:bookmarkStart w:id="37" w:name="_Toc233318723"/>
      <w:r w:rsidRPr="00624776">
        <w:t xml:space="preserve">5.3 </w:t>
      </w:r>
      <w:proofErr w:type="spellStart"/>
      <w:r w:rsidRPr="00624776">
        <w:t>Implikasi</w:t>
      </w:r>
      <w:bookmarkEnd w:id="37"/>
      <w:proofErr w:type="spellEnd"/>
    </w:p>
    <w:p w14:paraId="53FE9520" w14:textId="77777777" w:rsidR="00624776" w:rsidRPr="00624776" w:rsidRDefault="00624776" w:rsidP="00624776">
      <w:pPr>
        <w:rPr>
          <w:bCs/>
        </w:rPr>
      </w:pPr>
      <w:r w:rsidRPr="00624776">
        <w:rPr>
          <w:rFonts w:cs="Times New Roman"/>
          <w:bCs/>
        </w:rPr>
        <w:t>Hasil PKL/</w:t>
      </w:r>
      <w:proofErr w:type="spellStart"/>
      <w:r w:rsidRPr="00624776">
        <w:rPr>
          <w:rFonts w:cs="Times New Roman"/>
          <w:bCs/>
        </w:rPr>
        <w:t>Magang</w:t>
      </w:r>
      <w:proofErr w:type="spellEnd"/>
      <w:r w:rsidRPr="00624776">
        <w:rPr>
          <w:rFonts w:cs="Times New Roman"/>
          <w:bCs/>
        </w:rPr>
        <w:t xml:space="preserve"> </w:t>
      </w:r>
      <w:proofErr w:type="spellStart"/>
      <w:r w:rsidRPr="00624776">
        <w:rPr>
          <w:rFonts w:cs="Times New Roman"/>
          <w:bCs/>
        </w:rPr>
        <w:t>ini</w:t>
      </w:r>
      <w:proofErr w:type="spellEnd"/>
      <w:r w:rsidRPr="00624776">
        <w:rPr>
          <w:rFonts w:cs="Times New Roman"/>
          <w:bCs/>
        </w:rPr>
        <w:t xml:space="preserve"> </w:t>
      </w:r>
      <w:proofErr w:type="spellStart"/>
      <w:r w:rsidRPr="00624776">
        <w:rPr>
          <w:rFonts w:cs="Times New Roman"/>
          <w:bCs/>
        </w:rPr>
        <w:t>memiliki</w:t>
      </w:r>
      <w:proofErr w:type="spellEnd"/>
      <w:r w:rsidRPr="00624776">
        <w:rPr>
          <w:rFonts w:cs="Times New Roman"/>
          <w:bCs/>
        </w:rPr>
        <w:t xml:space="preserve"> </w:t>
      </w:r>
      <w:proofErr w:type="spellStart"/>
      <w:r w:rsidRPr="00624776">
        <w:rPr>
          <w:rFonts w:cs="Times New Roman"/>
          <w:bCs/>
        </w:rPr>
        <w:t>beberapa</w:t>
      </w:r>
      <w:proofErr w:type="spellEnd"/>
      <w:r w:rsidRPr="00624776">
        <w:rPr>
          <w:rFonts w:cs="Times New Roman"/>
          <w:bCs/>
        </w:rPr>
        <w:t xml:space="preserve"> </w:t>
      </w:r>
      <w:proofErr w:type="spellStart"/>
      <w:r w:rsidRPr="00624776">
        <w:rPr>
          <w:rFonts w:cs="Times New Roman"/>
          <w:bCs/>
        </w:rPr>
        <w:t>implikasi</w:t>
      </w:r>
      <w:proofErr w:type="spellEnd"/>
      <w:r w:rsidRPr="00624776">
        <w:rPr>
          <w:rFonts w:cs="Times New Roman"/>
          <w:bCs/>
        </w:rPr>
        <w:t xml:space="preserve">, </w:t>
      </w:r>
      <w:proofErr w:type="spellStart"/>
      <w:r w:rsidRPr="00624776">
        <w:rPr>
          <w:rFonts w:cs="Times New Roman"/>
          <w:bCs/>
        </w:rPr>
        <w:t>yaitu</w:t>
      </w:r>
      <w:proofErr w:type="spellEnd"/>
      <w:r w:rsidRPr="00624776">
        <w:rPr>
          <w:rFonts w:cs="Times New Roman"/>
          <w:bCs/>
        </w:rPr>
        <w:t>:</w:t>
      </w:r>
    </w:p>
    <w:p w14:paraId="68ABD29A" w14:textId="6427109C" w:rsidR="00624776" w:rsidRPr="00624776" w:rsidRDefault="00624776">
      <w:pPr>
        <w:pStyle w:val="ListParagraph"/>
        <w:numPr>
          <w:ilvl w:val="0"/>
          <w:numId w:val="17"/>
        </w:numPr>
        <w:rPr>
          <w:bCs/>
        </w:rPr>
      </w:pPr>
      <w:r w:rsidRPr="00624776">
        <w:rPr>
          <w:rFonts w:cs="Times New Roman"/>
          <w:bCs/>
        </w:rPr>
        <w:t xml:space="preserve">Bagi Mahasiswa: </w:t>
      </w:r>
      <w:proofErr w:type="spellStart"/>
      <w:r w:rsidRPr="00624776">
        <w:rPr>
          <w:rFonts w:cs="Times New Roman"/>
          <w:bCs/>
        </w:rPr>
        <w:t>Meningkatkan</w:t>
      </w:r>
      <w:proofErr w:type="spellEnd"/>
      <w:r w:rsidRPr="00624776">
        <w:rPr>
          <w:rFonts w:cs="Times New Roman"/>
          <w:bCs/>
        </w:rPr>
        <w:t xml:space="preserve"> </w:t>
      </w:r>
      <w:proofErr w:type="spellStart"/>
      <w:r w:rsidRPr="00624776">
        <w:rPr>
          <w:rFonts w:cs="Times New Roman"/>
          <w:bCs/>
        </w:rPr>
        <w:t>kompetensi</w:t>
      </w:r>
      <w:proofErr w:type="spellEnd"/>
      <w:r w:rsidRPr="00624776">
        <w:rPr>
          <w:rFonts w:cs="Times New Roman"/>
          <w:bCs/>
        </w:rPr>
        <w:t xml:space="preserve"> </w:t>
      </w:r>
      <w:proofErr w:type="spellStart"/>
      <w:r w:rsidRPr="00624776">
        <w:rPr>
          <w:rFonts w:cs="Times New Roman"/>
          <w:bCs/>
        </w:rPr>
        <w:t>teknis</w:t>
      </w:r>
      <w:proofErr w:type="spellEnd"/>
      <w:r w:rsidRPr="00624776">
        <w:rPr>
          <w:rFonts w:cs="Times New Roman"/>
          <w:bCs/>
        </w:rPr>
        <w:t xml:space="preserve"> </w:t>
      </w:r>
      <w:proofErr w:type="spellStart"/>
      <w:r w:rsidRPr="00624776">
        <w:rPr>
          <w:rFonts w:cs="Times New Roman"/>
          <w:bCs/>
        </w:rPr>
        <w:t>dalam</w:t>
      </w:r>
      <w:proofErr w:type="spellEnd"/>
      <w:r w:rsidRPr="00624776">
        <w:rPr>
          <w:rFonts w:cs="Times New Roman"/>
          <w:bCs/>
        </w:rPr>
        <w:t xml:space="preserve"> </w:t>
      </w:r>
      <w:proofErr w:type="spellStart"/>
      <w:r w:rsidRPr="00624776">
        <w:rPr>
          <w:rFonts w:cs="Times New Roman"/>
          <w:bCs/>
        </w:rPr>
        <w:t>bidang</w:t>
      </w:r>
      <w:proofErr w:type="spellEnd"/>
      <w:r w:rsidRPr="00624776">
        <w:rPr>
          <w:rFonts w:cs="Times New Roman"/>
          <w:bCs/>
        </w:rPr>
        <w:t xml:space="preserve"> </w:t>
      </w:r>
      <w:proofErr w:type="spellStart"/>
      <w:r w:rsidRPr="00624776">
        <w:rPr>
          <w:rFonts w:cs="Times New Roman"/>
          <w:bCs/>
        </w:rPr>
        <w:t>sistem</w:t>
      </w:r>
      <w:proofErr w:type="spellEnd"/>
      <w:r w:rsidRPr="00624776">
        <w:rPr>
          <w:rFonts w:cs="Times New Roman"/>
          <w:bCs/>
        </w:rPr>
        <w:t xml:space="preserve"> embedded dan Internet of Things (IoT).</w:t>
      </w:r>
    </w:p>
    <w:p w14:paraId="22BB3FF4" w14:textId="6386A0DB" w:rsidR="00624776" w:rsidRPr="00624776" w:rsidRDefault="00624776">
      <w:pPr>
        <w:pStyle w:val="ListParagraph"/>
        <w:numPr>
          <w:ilvl w:val="0"/>
          <w:numId w:val="17"/>
        </w:numPr>
        <w:rPr>
          <w:bCs/>
        </w:rPr>
      </w:pPr>
      <w:r w:rsidRPr="00624776">
        <w:rPr>
          <w:rFonts w:cs="Times New Roman"/>
          <w:bCs/>
        </w:rPr>
        <w:t xml:space="preserve">Bagi </w:t>
      </w:r>
      <w:proofErr w:type="spellStart"/>
      <w:r w:rsidRPr="00624776">
        <w:rPr>
          <w:rFonts w:cs="Times New Roman"/>
          <w:bCs/>
        </w:rPr>
        <w:t>Instansi</w:t>
      </w:r>
      <w:proofErr w:type="spellEnd"/>
      <w:r w:rsidRPr="00624776">
        <w:rPr>
          <w:rFonts w:cs="Times New Roman"/>
          <w:bCs/>
        </w:rPr>
        <w:t xml:space="preserve">: </w:t>
      </w:r>
      <w:proofErr w:type="spellStart"/>
      <w:r w:rsidRPr="00624776">
        <w:rPr>
          <w:rFonts w:cs="Times New Roman"/>
          <w:bCs/>
        </w:rPr>
        <w:t>Memberikan</w:t>
      </w:r>
      <w:proofErr w:type="spellEnd"/>
      <w:r w:rsidRPr="00624776">
        <w:rPr>
          <w:rFonts w:cs="Times New Roman"/>
          <w:bCs/>
        </w:rPr>
        <w:t xml:space="preserve"> </w:t>
      </w:r>
      <w:proofErr w:type="spellStart"/>
      <w:r w:rsidRPr="00624776">
        <w:rPr>
          <w:rFonts w:cs="Times New Roman"/>
          <w:bCs/>
        </w:rPr>
        <w:t>alternatif</w:t>
      </w:r>
      <w:proofErr w:type="spellEnd"/>
      <w:r w:rsidRPr="00624776">
        <w:rPr>
          <w:rFonts w:cs="Times New Roman"/>
          <w:bCs/>
        </w:rPr>
        <w:t xml:space="preserve"> </w:t>
      </w:r>
      <w:proofErr w:type="spellStart"/>
      <w:r w:rsidRPr="00624776">
        <w:rPr>
          <w:rFonts w:cs="Times New Roman"/>
          <w:bCs/>
        </w:rPr>
        <w:t>solusi</w:t>
      </w:r>
      <w:proofErr w:type="spellEnd"/>
      <w:r w:rsidRPr="00624776">
        <w:rPr>
          <w:rFonts w:cs="Times New Roman"/>
          <w:bCs/>
        </w:rPr>
        <w:t xml:space="preserve"> </w:t>
      </w:r>
      <w:proofErr w:type="spellStart"/>
      <w:r w:rsidRPr="00624776">
        <w:rPr>
          <w:rFonts w:cs="Times New Roman"/>
          <w:bCs/>
        </w:rPr>
        <w:t>keamanan</w:t>
      </w:r>
      <w:proofErr w:type="spellEnd"/>
      <w:r w:rsidRPr="00624776">
        <w:rPr>
          <w:rFonts w:cs="Times New Roman"/>
          <w:bCs/>
        </w:rPr>
        <w:t xml:space="preserve"> </w:t>
      </w:r>
      <w:proofErr w:type="spellStart"/>
      <w:r w:rsidRPr="00624776">
        <w:rPr>
          <w:rFonts w:cs="Times New Roman"/>
          <w:bCs/>
        </w:rPr>
        <w:t>akses</w:t>
      </w:r>
      <w:proofErr w:type="spellEnd"/>
      <w:r w:rsidRPr="00624776">
        <w:rPr>
          <w:rFonts w:cs="Times New Roman"/>
          <w:bCs/>
        </w:rPr>
        <w:t xml:space="preserve"> </w:t>
      </w:r>
      <w:proofErr w:type="spellStart"/>
      <w:r w:rsidRPr="00624776">
        <w:rPr>
          <w:rFonts w:cs="Times New Roman"/>
          <w:bCs/>
        </w:rPr>
        <w:t>ruangan</w:t>
      </w:r>
      <w:proofErr w:type="spellEnd"/>
      <w:r w:rsidRPr="00624776">
        <w:rPr>
          <w:rFonts w:cs="Times New Roman"/>
          <w:bCs/>
        </w:rPr>
        <w:t xml:space="preserve"> yang </w:t>
      </w:r>
      <w:proofErr w:type="spellStart"/>
      <w:r w:rsidRPr="00624776">
        <w:rPr>
          <w:rFonts w:cs="Times New Roman"/>
          <w:bCs/>
        </w:rPr>
        <w:t>lebih</w:t>
      </w:r>
      <w:proofErr w:type="spellEnd"/>
      <w:r w:rsidRPr="00624776">
        <w:rPr>
          <w:rFonts w:cs="Times New Roman"/>
          <w:bCs/>
        </w:rPr>
        <w:t xml:space="preserve"> modern dan </w:t>
      </w:r>
      <w:proofErr w:type="spellStart"/>
      <w:r w:rsidRPr="00624776">
        <w:rPr>
          <w:rFonts w:cs="Times New Roman"/>
          <w:bCs/>
        </w:rPr>
        <w:t>efisien</w:t>
      </w:r>
      <w:proofErr w:type="spellEnd"/>
      <w:r w:rsidRPr="00624776">
        <w:rPr>
          <w:rFonts w:cs="Times New Roman"/>
          <w:bCs/>
        </w:rPr>
        <w:t>.</w:t>
      </w:r>
    </w:p>
    <w:p w14:paraId="04913D99" w14:textId="3ED5DC8E" w:rsidR="00624776" w:rsidRPr="00624776" w:rsidRDefault="00624776">
      <w:pPr>
        <w:pStyle w:val="ListParagraph"/>
        <w:numPr>
          <w:ilvl w:val="0"/>
          <w:numId w:val="17"/>
        </w:numPr>
        <w:rPr>
          <w:bCs/>
        </w:rPr>
      </w:pPr>
      <w:r w:rsidRPr="00624776">
        <w:rPr>
          <w:rFonts w:cs="Times New Roman"/>
          <w:bCs/>
        </w:rPr>
        <w:t xml:space="preserve">Bagi Kampus: </w:t>
      </w:r>
      <w:proofErr w:type="spellStart"/>
      <w:r w:rsidRPr="00624776">
        <w:rPr>
          <w:rFonts w:cs="Times New Roman"/>
          <w:bCs/>
        </w:rPr>
        <w:t>Menjadi</w:t>
      </w:r>
      <w:proofErr w:type="spellEnd"/>
      <w:r w:rsidRPr="00624776">
        <w:rPr>
          <w:rFonts w:cs="Times New Roman"/>
          <w:bCs/>
        </w:rPr>
        <w:t xml:space="preserve"> </w:t>
      </w:r>
      <w:proofErr w:type="spellStart"/>
      <w:r w:rsidRPr="00624776">
        <w:rPr>
          <w:rFonts w:cs="Times New Roman"/>
          <w:bCs/>
        </w:rPr>
        <w:t>bahan</w:t>
      </w:r>
      <w:proofErr w:type="spellEnd"/>
      <w:r w:rsidRPr="00624776">
        <w:rPr>
          <w:rFonts w:cs="Times New Roman"/>
          <w:bCs/>
        </w:rPr>
        <w:t xml:space="preserve"> </w:t>
      </w:r>
      <w:proofErr w:type="spellStart"/>
      <w:r w:rsidRPr="00624776">
        <w:rPr>
          <w:rFonts w:cs="Times New Roman"/>
          <w:bCs/>
        </w:rPr>
        <w:t>referensi</w:t>
      </w:r>
      <w:proofErr w:type="spellEnd"/>
      <w:r w:rsidRPr="00624776">
        <w:rPr>
          <w:rFonts w:cs="Times New Roman"/>
          <w:bCs/>
        </w:rPr>
        <w:t xml:space="preserve"> </w:t>
      </w:r>
      <w:proofErr w:type="spellStart"/>
      <w:r w:rsidRPr="00624776">
        <w:rPr>
          <w:rFonts w:cs="Times New Roman"/>
          <w:bCs/>
        </w:rPr>
        <w:t>untuk</w:t>
      </w:r>
      <w:proofErr w:type="spellEnd"/>
      <w:r w:rsidRPr="00624776">
        <w:rPr>
          <w:rFonts w:cs="Times New Roman"/>
          <w:bCs/>
        </w:rPr>
        <w:t xml:space="preserve"> </w:t>
      </w:r>
      <w:proofErr w:type="spellStart"/>
      <w:r w:rsidRPr="00624776">
        <w:rPr>
          <w:rFonts w:cs="Times New Roman"/>
          <w:bCs/>
        </w:rPr>
        <w:t>pengembangan</w:t>
      </w:r>
      <w:proofErr w:type="spellEnd"/>
      <w:r w:rsidRPr="00624776">
        <w:rPr>
          <w:rFonts w:cs="Times New Roman"/>
          <w:bCs/>
        </w:rPr>
        <w:t xml:space="preserve"> </w:t>
      </w:r>
      <w:proofErr w:type="spellStart"/>
      <w:r w:rsidRPr="00624776">
        <w:rPr>
          <w:rFonts w:cs="Times New Roman"/>
          <w:bCs/>
        </w:rPr>
        <w:t>kurikulum</w:t>
      </w:r>
      <w:proofErr w:type="spellEnd"/>
      <w:r w:rsidRPr="00624776">
        <w:rPr>
          <w:rFonts w:cs="Times New Roman"/>
          <w:bCs/>
        </w:rPr>
        <w:t xml:space="preserve"> dan </w:t>
      </w:r>
      <w:proofErr w:type="spellStart"/>
      <w:r w:rsidRPr="00624776">
        <w:rPr>
          <w:rFonts w:cs="Times New Roman"/>
          <w:bCs/>
        </w:rPr>
        <w:t>penelitian</w:t>
      </w:r>
      <w:proofErr w:type="spellEnd"/>
      <w:r w:rsidRPr="00624776">
        <w:rPr>
          <w:rFonts w:cs="Times New Roman"/>
          <w:bCs/>
        </w:rPr>
        <w:t xml:space="preserve"> </w:t>
      </w:r>
      <w:proofErr w:type="spellStart"/>
      <w:r w:rsidRPr="00624776">
        <w:rPr>
          <w:rFonts w:cs="Times New Roman"/>
          <w:bCs/>
        </w:rPr>
        <w:t>selanjutnya</w:t>
      </w:r>
      <w:proofErr w:type="spellEnd"/>
      <w:r w:rsidRPr="00624776">
        <w:rPr>
          <w:rFonts w:cs="Times New Roman"/>
          <w:bCs/>
        </w:rPr>
        <w:t xml:space="preserve"> di </w:t>
      </w:r>
      <w:proofErr w:type="spellStart"/>
      <w:r w:rsidRPr="00624776">
        <w:rPr>
          <w:rFonts w:cs="Times New Roman"/>
          <w:bCs/>
        </w:rPr>
        <w:t>bidang</w:t>
      </w:r>
      <w:proofErr w:type="spellEnd"/>
      <w:r w:rsidRPr="00624776">
        <w:rPr>
          <w:rFonts w:cs="Times New Roman"/>
          <w:bCs/>
        </w:rPr>
        <w:t xml:space="preserve"> </w:t>
      </w:r>
      <w:proofErr w:type="spellStart"/>
      <w:r w:rsidRPr="00624776">
        <w:rPr>
          <w:rFonts w:cs="Times New Roman"/>
          <w:bCs/>
        </w:rPr>
        <w:t>keamanan</w:t>
      </w:r>
      <w:proofErr w:type="spellEnd"/>
      <w:r w:rsidRPr="00624776">
        <w:rPr>
          <w:rFonts w:cs="Times New Roman"/>
          <w:bCs/>
        </w:rPr>
        <w:t xml:space="preserve"> </w:t>
      </w:r>
      <w:proofErr w:type="spellStart"/>
      <w:r w:rsidRPr="00624776">
        <w:rPr>
          <w:rFonts w:cs="Times New Roman"/>
          <w:bCs/>
        </w:rPr>
        <w:t>sistem</w:t>
      </w:r>
      <w:proofErr w:type="spellEnd"/>
      <w:r w:rsidRPr="00624776">
        <w:rPr>
          <w:rFonts w:cs="Times New Roman"/>
          <w:bCs/>
        </w:rPr>
        <w:t>.</w:t>
      </w:r>
    </w:p>
    <w:p w14:paraId="52F4D4C6" w14:textId="77777777" w:rsidR="00624776" w:rsidRPr="00624776" w:rsidRDefault="00624776" w:rsidP="00624776">
      <w:pPr>
        <w:pStyle w:val="Heading2"/>
      </w:pPr>
      <w:bookmarkStart w:id="38" w:name="_Toc233318724"/>
      <w:r w:rsidRPr="00624776">
        <w:t>5.4 Saran</w:t>
      </w:r>
      <w:bookmarkEnd w:id="38"/>
    </w:p>
    <w:p w14:paraId="159380A1" w14:textId="77777777" w:rsidR="00624776" w:rsidRPr="00624776" w:rsidRDefault="00624776" w:rsidP="00624776">
      <w:pPr>
        <w:rPr>
          <w:bCs/>
        </w:rPr>
      </w:pPr>
      <w:proofErr w:type="spellStart"/>
      <w:r w:rsidRPr="00624776">
        <w:rPr>
          <w:rFonts w:cs="Times New Roman"/>
          <w:bCs/>
        </w:rPr>
        <w:t>Berdasarkan</w:t>
      </w:r>
      <w:proofErr w:type="spellEnd"/>
      <w:r w:rsidRPr="00624776">
        <w:rPr>
          <w:rFonts w:cs="Times New Roman"/>
          <w:bCs/>
        </w:rPr>
        <w:t xml:space="preserve"> </w:t>
      </w:r>
      <w:proofErr w:type="spellStart"/>
      <w:r w:rsidRPr="00624776">
        <w:rPr>
          <w:rFonts w:cs="Times New Roman"/>
          <w:bCs/>
        </w:rPr>
        <w:t>hasil</w:t>
      </w:r>
      <w:proofErr w:type="spellEnd"/>
      <w:r w:rsidRPr="00624776">
        <w:rPr>
          <w:rFonts w:cs="Times New Roman"/>
          <w:bCs/>
        </w:rPr>
        <w:t xml:space="preserve"> </w:t>
      </w:r>
      <w:proofErr w:type="spellStart"/>
      <w:r w:rsidRPr="00624776">
        <w:rPr>
          <w:rFonts w:cs="Times New Roman"/>
          <w:bCs/>
        </w:rPr>
        <w:t>pelaksanaan</w:t>
      </w:r>
      <w:proofErr w:type="spellEnd"/>
      <w:r w:rsidRPr="00624776">
        <w:rPr>
          <w:rFonts w:cs="Times New Roman"/>
          <w:bCs/>
        </w:rPr>
        <w:t xml:space="preserve"> PKL/</w:t>
      </w:r>
      <w:proofErr w:type="spellStart"/>
      <w:r w:rsidRPr="00624776">
        <w:rPr>
          <w:rFonts w:cs="Times New Roman"/>
          <w:bCs/>
        </w:rPr>
        <w:t>Magang</w:t>
      </w:r>
      <w:proofErr w:type="spellEnd"/>
      <w:r w:rsidRPr="00624776">
        <w:rPr>
          <w:rFonts w:cs="Times New Roman"/>
          <w:bCs/>
        </w:rPr>
        <w:t xml:space="preserve">, </w:t>
      </w:r>
      <w:proofErr w:type="spellStart"/>
      <w:r w:rsidRPr="00624776">
        <w:rPr>
          <w:rFonts w:cs="Times New Roman"/>
          <w:bCs/>
        </w:rPr>
        <w:t>penulis</w:t>
      </w:r>
      <w:proofErr w:type="spellEnd"/>
      <w:r w:rsidRPr="00624776">
        <w:rPr>
          <w:rFonts w:cs="Times New Roman"/>
          <w:bCs/>
        </w:rPr>
        <w:t xml:space="preserve"> </w:t>
      </w:r>
      <w:proofErr w:type="spellStart"/>
      <w:r w:rsidRPr="00624776">
        <w:rPr>
          <w:rFonts w:cs="Times New Roman"/>
          <w:bCs/>
        </w:rPr>
        <w:t>memberikan</w:t>
      </w:r>
      <w:proofErr w:type="spellEnd"/>
      <w:r w:rsidRPr="00624776">
        <w:rPr>
          <w:rFonts w:cs="Times New Roman"/>
          <w:bCs/>
        </w:rPr>
        <w:t xml:space="preserve"> saran </w:t>
      </w:r>
      <w:proofErr w:type="spellStart"/>
      <w:r w:rsidRPr="00624776">
        <w:rPr>
          <w:rFonts w:cs="Times New Roman"/>
          <w:bCs/>
        </w:rPr>
        <w:t>sebagai</w:t>
      </w:r>
      <w:proofErr w:type="spellEnd"/>
      <w:r w:rsidRPr="00624776">
        <w:rPr>
          <w:rFonts w:cs="Times New Roman"/>
          <w:bCs/>
        </w:rPr>
        <w:t xml:space="preserve"> </w:t>
      </w:r>
      <w:proofErr w:type="spellStart"/>
      <w:r w:rsidRPr="00624776">
        <w:rPr>
          <w:rFonts w:cs="Times New Roman"/>
          <w:bCs/>
        </w:rPr>
        <w:t>berikut</w:t>
      </w:r>
      <w:proofErr w:type="spellEnd"/>
      <w:r w:rsidRPr="00624776">
        <w:rPr>
          <w:rFonts w:cs="Times New Roman"/>
          <w:bCs/>
        </w:rPr>
        <w:t>:</w:t>
      </w:r>
    </w:p>
    <w:p w14:paraId="56BA6C04" w14:textId="737EA969" w:rsidR="00624776" w:rsidRPr="00624776" w:rsidRDefault="00624776">
      <w:pPr>
        <w:pStyle w:val="ListParagraph"/>
        <w:numPr>
          <w:ilvl w:val="0"/>
          <w:numId w:val="18"/>
        </w:numPr>
        <w:rPr>
          <w:bCs/>
        </w:rPr>
      </w:pPr>
      <w:r w:rsidRPr="00624776">
        <w:rPr>
          <w:rFonts w:cs="Times New Roman"/>
          <w:bCs/>
        </w:rPr>
        <w:t xml:space="preserve">Bagi Mahasiswa: </w:t>
      </w:r>
      <w:proofErr w:type="spellStart"/>
      <w:r w:rsidRPr="00624776">
        <w:rPr>
          <w:rFonts w:cs="Times New Roman"/>
          <w:bCs/>
        </w:rPr>
        <w:t>Disarankan</w:t>
      </w:r>
      <w:proofErr w:type="spellEnd"/>
      <w:r w:rsidRPr="00624776">
        <w:rPr>
          <w:rFonts w:cs="Times New Roman"/>
          <w:bCs/>
        </w:rPr>
        <w:t xml:space="preserve"> </w:t>
      </w:r>
      <w:proofErr w:type="spellStart"/>
      <w:r w:rsidRPr="00624776">
        <w:rPr>
          <w:rFonts w:cs="Times New Roman"/>
          <w:bCs/>
        </w:rPr>
        <w:t>untuk</w:t>
      </w:r>
      <w:proofErr w:type="spellEnd"/>
      <w:r w:rsidRPr="00624776">
        <w:rPr>
          <w:rFonts w:cs="Times New Roman"/>
          <w:bCs/>
        </w:rPr>
        <w:t xml:space="preserve"> </w:t>
      </w:r>
      <w:proofErr w:type="spellStart"/>
      <w:r w:rsidRPr="00624776">
        <w:rPr>
          <w:rFonts w:cs="Times New Roman"/>
          <w:bCs/>
        </w:rPr>
        <w:t>terus</w:t>
      </w:r>
      <w:proofErr w:type="spellEnd"/>
      <w:r w:rsidRPr="00624776">
        <w:rPr>
          <w:rFonts w:cs="Times New Roman"/>
          <w:bCs/>
        </w:rPr>
        <w:t xml:space="preserve"> </w:t>
      </w:r>
      <w:proofErr w:type="spellStart"/>
      <w:r w:rsidRPr="00624776">
        <w:rPr>
          <w:rFonts w:cs="Times New Roman"/>
          <w:bCs/>
        </w:rPr>
        <w:t>mengembangkan</w:t>
      </w:r>
      <w:proofErr w:type="spellEnd"/>
      <w:r w:rsidRPr="00624776">
        <w:rPr>
          <w:rFonts w:cs="Times New Roman"/>
          <w:bCs/>
        </w:rPr>
        <w:t xml:space="preserve"> </w:t>
      </w:r>
      <w:proofErr w:type="spellStart"/>
      <w:r w:rsidRPr="00624776">
        <w:rPr>
          <w:rFonts w:cs="Times New Roman"/>
          <w:bCs/>
        </w:rPr>
        <w:t>keterampilan</w:t>
      </w:r>
      <w:proofErr w:type="spellEnd"/>
      <w:r w:rsidRPr="00624776">
        <w:rPr>
          <w:rFonts w:cs="Times New Roman"/>
          <w:bCs/>
        </w:rPr>
        <w:t xml:space="preserve"> </w:t>
      </w:r>
      <w:proofErr w:type="spellStart"/>
      <w:r w:rsidRPr="00624776">
        <w:rPr>
          <w:rFonts w:cs="Times New Roman"/>
          <w:bCs/>
        </w:rPr>
        <w:t>teknis</w:t>
      </w:r>
      <w:proofErr w:type="spellEnd"/>
      <w:r w:rsidRPr="00624776">
        <w:rPr>
          <w:rFonts w:cs="Times New Roman"/>
          <w:bCs/>
        </w:rPr>
        <w:t xml:space="preserve"> dan soft skills, </w:t>
      </w:r>
      <w:proofErr w:type="spellStart"/>
      <w:r w:rsidRPr="00624776">
        <w:rPr>
          <w:rFonts w:cs="Times New Roman"/>
          <w:bCs/>
        </w:rPr>
        <w:t>serta</w:t>
      </w:r>
      <w:proofErr w:type="spellEnd"/>
      <w:r w:rsidRPr="00624776">
        <w:rPr>
          <w:rFonts w:cs="Times New Roman"/>
          <w:bCs/>
        </w:rPr>
        <w:t xml:space="preserve"> </w:t>
      </w:r>
      <w:proofErr w:type="spellStart"/>
      <w:r w:rsidRPr="00624776">
        <w:rPr>
          <w:rFonts w:cs="Times New Roman"/>
          <w:bCs/>
        </w:rPr>
        <w:t>memperluas</w:t>
      </w:r>
      <w:proofErr w:type="spellEnd"/>
      <w:r w:rsidRPr="00624776">
        <w:rPr>
          <w:rFonts w:cs="Times New Roman"/>
          <w:bCs/>
        </w:rPr>
        <w:t xml:space="preserve"> </w:t>
      </w:r>
      <w:proofErr w:type="spellStart"/>
      <w:r w:rsidRPr="00624776">
        <w:rPr>
          <w:rFonts w:cs="Times New Roman"/>
          <w:bCs/>
        </w:rPr>
        <w:t>wawasan</w:t>
      </w:r>
      <w:proofErr w:type="spellEnd"/>
      <w:r w:rsidRPr="00624776">
        <w:rPr>
          <w:rFonts w:cs="Times New Roman"/>
          <w:bCs/>
        </w:rPr>
        <w:t xml:space="preserve"> </w:t>
      </w:r>
      <w:proofErr w:type="spellStart"/>
      <w:r w:rsidRPr="00624776">
        <w:rPr>
          <w:rFonts w:cs="Times New Roman"/>
          <w:bCs/>
        </w:rPr>
        <w:t>mengenai</w:t>
      </w:r>
      <w:proofErr w:type="spellEnd"/>
      <w:r w:rsidRPr="00624776">
        <w:rPr>
          <w:rFonts w:cs="Times New Roman"/>
          <w:bCs/>
        </w:rPr>
        <w:t xml:space="preserve"> </w:t>
      </w:r>
      <w:proofErr w:type="spellStart"/>
      <w:r w:rsidRPr="00624776">
        <w:rPr>
          <w:rFonts w:cs="Times New Roman"/>
          <w:bCs/>
        </w:rPr>
        <w:t>teknologi</w:t>
      </w:r>
      <w:proofErr w:type="spellEnd"/>
      <w:r w:rsidRPr="00624776">
        <w:rPr>
          <w:rFonts w:cs="Times New Roman"/>
          <w:bCs/>
        </w:rPr>
        <w:t xml:space="preserve"> </w:t>
      </w:r>
      <w:proofErr w:type="spellStart"/>
      <w:r w:rsidRPr="00624776">
        <w:rPr>
          <w:rFonts w:cs="Times New Roman"/>
          <w:bCs/>
        </w:rPr>
        <w:t>terbaru</w:t>
      </w:r>
      <w:proofErr w:type="spellEnd"/>
      <w:r w:rsidRPr="00624776">
        <w:rPr>
          <w:rFonts w:cs="Times New Roman"/>
          <w:bCs/>
        </w:rPr>
        <w:t xml:space="preserve"> di </w:t>
      </w:r>
      <w:proofErr w:type="spellStart"/>
      <w:r w:rsidRPr="00624776">
        <w:rPr>
          <w:rFonts w:cs="Times New Roman"/>
          <w:bCs/>
        </w:rPr>
        <w:t>bidang</w:t>
      </w:r>
      <w:proofErr w:type="spellEnd"/>
      <w:r w:rsidRPr="00624776">
        <w:rPr>
          <w:rFonts w:cs="Times New Roman"/>
          <w:bCs/>
        </w:rPr>
        <w:t xml:space="preserve"> </w:t>
      </w:r>
      <w:proofErr w:type="spellStart"/>
      <w:r w:rsidRPr="00624776">
        <w:rPr>
          <w:rFonts w:cs="Times New Roman"/>
          <w:bCs/>
        </w:rPr>
        <w:t>keamanan</w:t>
      </w:r>
      <w:proofErr w:type="spellEnd"/>
      <w:r w:rsidRPr="00624776">
        <w:rPr>
          <w:rFonts w:cs="Times New Roman"/>
          <w:bCs/>
        </w:rPr>
        <w:t xml:space="preserve"> </w:t>
      </w:r>
      <w:proofErr w:type="spellStart"/>
      <w:r w:rsidRPr="00624776">
        <w:rPr>
          <w:rFonts w:cs="Times New Roman"/>
          <w:bCs/>
        </w:rPr>
        <w:t>sistem</w:t>
      </w:r>
      <w:proofErr w:type="spellEnd"/>
      <w:r w:rsidRPr="00624776">
        <w:rPr>
          <w:rFonts w:cs="Times New Roman"/>
          <w:bCs/>
        </w:rPr>
        <w:t>.</w:t>
      </w:r>
    </w:p>
    <w:p w14:paraId="48CEB2E3" w14:textId="5D360CD1" w:rsidR="00624776" w:rsidRPr="00624776" w:rsidRDefault="00624776">
      <w:pPr>
        <w:pStyle w:val="ListParagraph"/>
        <w:numPr>
          <w:ilvl w:val="0"/>
          <w:numId w:val="18"/>
        </w:numPr>
        <w:rPr>
          <w:bCs/>
        </w:rPr>
      </w:pPr>
      <w:r w:rsidRPr="00624776">
        <w:rPr>
          <w:rFonts w:cs="Times New Roman"/>
          <w:bCs/>
        </w:rPr>
        <w:t xml:space="preserve">Bagi </w:t>
      </w:r>
      <w:proofErr w:type="spellStart"/>
      <w:r w:rsidRPr="00624776">
        <w:rPr>
          <w:rFonts w:cs="Times New Roman"/>
          <w:bCs/>
        </w:rPr>
        <w:t>Instansi</w:t>
      </w:r>
      <w:proofErr w:type="spellEnd"/>
      <w:r w:rsidRPr="00624776">
        <w:rPr>
          <w:rFonts w:cs="Times New Roman"/>
          <w:bCs/>
        </w:rPr>
        <w:t xml:space="preserve"> </w:t>
      </w:r>
      <w:proofErr w:type="spellStart"/>
      <w:r w:rsidRPr="00624776">
        <w:rPr>
          <w:rFonts w:cs="Times New Roman"/>
          <w:bCs/>
        </w:rPr>
        <w:t>Tempat</w:t>
      </w:r>
      <w:proofErr w:type="spellEnd"/>
      <w:r w:rsidRPr="00624776">
        <w:rPr>
          <w:rFonts w:cs="Times New Roman"/>
          <w:bCs/>
        </w:rPr>
        <w:t xml:space="preserve"> PKL/</w:t>
      </w:r>
      <w:proofErr w:type="spellStart"/>
      <w:r w:rsidRPr="00624776">
        <w:rPr>
          <w:rFonts w:cs="Times New Roman"/>
          <w:bCs/>
        </w:rPr>
        <w:t>Magang</w:t>
      </w:r>
      <w:proofErr w:type="spellEnd"/>
      <w:r w:rsidRPr="00624776">
        <w:rPr>
          <w:rFonts w:cs="Times New Roman"/>
          <w:bCs/>
        </w:rPr>
        <w:t xml:space="preserve">: </w:t>
      </w:r>
      <w:proofErr w:type="spellStart"/>
      <w:r w:rsidRPr="00624776">
        <w:rPr>
          <w:rFonts w:cs="Times New Roman"/>
          <w:bCs/>
        </w:rPr>
        <w:t>Disarankan</w:t>
      </w:r>
      <w:proofErr w:type="spellEnd"/>
      <w:r w:rsidRPr="00624776">
        <w:rPr>
          <w:rFonts w:cs="Times New Roman"/>
          <w:bCs/>
        </w:rPr>
        <w:t xml:space="preserve"> </w:t>
      </w:r>
      <w:proofErr w:type="spellStart"/>
      <w:r w:rsidRPr="00624776">
        <w:rPr>
          <w:rFonts w:cs="Times New Roman"/>
          <w:bCs/>
        </w:rPr>
        <w:t>untuk</w:t>
      </w:r>
      <w:proofErr w:type="spellEnd"/>
      <w:r w:rsidRPr="00624776">
        <w:rPr>
          <w:rFonts w:cs="Times New Roman"/>
          <w:bCs/>
        </w:rPr>
        <w:t xml:space="preserve"> </w:t>
      </w:r>
      <w:proofErr w:type="spellStart"/>
      <w:r w:rsidRPr="00624776">
        <w:rPr>
          <w:rFonts w:cs="Times New Roman"/>
          <w:bCs/>
        </w:rPr>
        <w:t>mengembangkan</w:t>
      </w:r>
      <w:proofErr w:type="spellEnd"/>
      <w:r w:rsidRPr="00624776">
        <w:rPr>
          <w:rFonts w:cs="Times New Roman"/>
          <w:bCs/>
        </w:rPr>
        <w:t xml:space="preserve"> </w:t>
      </w:r>
      <w:proofErr w:type="spellStart"/>
      <w:r w:rsidRPr="00624776">
        <w:rPr>
          <w:rFonts w:cs="Times New Roman"/>
          <w:bCs/>
        </w:rPr>
        <w:t>sistem</w:t>
      </w:r>
      <w:proofErr w:type="spellEnd"/>
      <w:r w:rsidRPr="00624776">
        <w:rPr>
          <w:rFonts w:cs="Times New Roman"/>
          <w:bCs/>
        </w:rPr>
        <w:t xml:space="preserve"> </w:t>
      </w:r>
      <w:proofErr w:type="spellStart"/>
      <w:r w:rsidRPr="00624776">
        <w:rPr>
          <w:rFonts w:cs="Times New Roman"/>
          <w:bCs/>
        </w:rPr>
        <w:t>ini</w:t>
      </w:r>
      <w:proofErr w:type="spellEnd"/>
      <w:r w:rsidRPr="00624776">
        <w:rPr>
          <w:rFonts w:cs="Times New Roman"/>
          <w:bCs/>
        </w:rPr>
        <w:t xml:space="preserve"> </w:t>
      </w:r>
      <w:proofErr w:type="spellStart"/>
      <w:r w:rsidRPr="00624776">
        <w:rPr>
          <w:rFonts w:cs="Times New Roman"/>
          <w:bCs/>
        </w:rPr>
        <w:t>lebih</w:t>
      </w:r>
      <w:proofErr w:type="spellEnd"/>
      <w:r w:rsidRPr="00624776">
        <w:rPr>
          <w:rFonts w:cs="Times New Roman"/>
          <w:bCs/>
        </w:rPr>
        <w:t xml:space="preserve"> </w:t>
      </w:r>
      <w:proofErr w:type="spellStart"/>
      <w:r w:rsidRPr="00624776">
        <w:rPr>
          <w:rFonts w:cs="Times New Roman"/>
          <w:bCs/>
        </w:rPr>
        <w:t>lanjut</w:t>
      </w:r>
      <w:proofErr w:type="spellEnd"/>
      <w:r w:rsidRPr="00624776">
        <w:rPr>
          <w:rFonts w:cs="Times New Roman"/>
          <w:bCs/>
        </w:rPr>
        <w:t xml:space="preserve"> </w:t>
      </w:r>
      <w:proofErr w:type="spellStart"/>
      <w:r w:rsidRPr="00624776">
        <w:rPr>
          <w:rFonts w:cs="Times New Roman"/>
          <w:bCs/>
        </w:rPr>
        <w:t>dengan</w:t>
      </w:r>
      <w:proofErr w:type="spellEnd"/>
      <w:r w:rsidRPr="00624776">
        <w:rPr>
          <w:rFonts w:cs="Times New Roman"/>
          <w:bCs/>
        </w:rPr>
        <w:t xml:space="preserve"> </w:t>
      </w:r>
      <w:proofErr w:type="spellStart"/>
      <w:r w:rsidRPr="00624776">
        <w:rPr>
          <w:rFonts w:cs="Times New Roman"/>
          <w:bCs/>
        </w:rPr>
        <w:t>menambahkan</w:t>
      </w:r>
      <w:proofErr w:type="spellEnd"/>
      <w:r w:rsidRPr="00624776">
        <w:rPr>
          <w:rFonts w:cs="Times New Roman"/>
          <w:bCs/>
        </w:rPr>
        <w:t xml:space="preserve"> </w:t>
      </w:r>
      <w:proofErr w:type="spellStart"/>
      <w:r w:rsidRPr="00624776">
        <w:rPr>
          <w:rFonts w:cs="Times New Roman"/>
          <w:bCs/>
        </w:rPr>
        <w:t>fitur</w:t>
      </w:r>
      <w:proofErr w:type="spellEnd"/>
      <w:r w:rsidRPr="00624776">
        <w:rPr>
          <w:rFonts w:cs="Times New Roman"/>
          <w:bCs/>
        </w:rPr>
        <w:t xml:space="preserve"> </w:t>
      </w:r>
      <w:proofErr w:type="spellStart"/>
      <w:r w:rsidRPr="00624776">
        <w:rPr>
          <w:rFonts w:cs="Times New Roman"/>
          <w:bCs/>
        </w:rPr>
        <w:t>notifikasi</w:t>
      </w:r>
      <w:proofErr w:type="spellEnd"/>
      <w:r w:rsidRPr="00624776">
        <w:rPr>
          <w:rFonts w:cs="Times New Roman"/>
          <w:bCs/>
        </w:rPr>
        <w:t xml:space="preserve"> </w:t>
      </w:r>
      <w:proofErr w:type="spellStart"/>
      <w:r w:rsidRPr="00624776">
        <w:rPr>
          <w:rFonts w:cs="Times New Roman"/>
          <w:bCs/>
        </w:rPr>
        <w:t>jarak</w:t>
      </w:r>
      <w:proofErr w:type="spellEnd"/>
      <w:r w:rsidRPr="00624776">
        <w:rPr>
          <w:rFonts w:cs="Times New Roman"/>
          <w:bCs/>
        </w:rPr>
        <w:t xml:space="preserve"> </w:t>
      </w:r>
      <w:proofErr w:type="spellStart"/>
      <w:r w:rsidRPr="00624776">
        <w:rPr>
          <w:rFonts w:cs="Times New Roman"/>
          <w:bCs/>
        </w:rPr>
        <w:t>jauh</w:t>
      </w:r>
      <w:proofErr w:type="spellEnd"/>
      <w:r w:rsidRPr="00624776">
        <w:rPr>
          <w:rFonts w:cs="Times New Roman"/>
          <w:bCs/>
        </w:rPr>
        <w:t>, multi-</w:t>
      </w:r>
      <w:proofErr w:type="spellStart"/>
      <w:r w:rsidRPr="00624776">
        <w:rPr>
          <w:rFonts w:cs="Times New Roman"/>
          <w:bCs/>
        </w:rPr>
        <w:t>autentikasi</w:t>
      </w:r>
      <w:proofErr w:type="spellEnd"/>
      <w:r w:rsidRPr="00624776">
        <w:rPr>
          <w:rFonts w:cs="Times New Roman"/>
          <w:bCs/>
        </w:rPr>
        <w:t xml:space="preserve">, dan backup power </w:t>
      </w:r>
      <w:proofErr w:type="spellStart"/>
      <w:r w:rsidRPr="00624776">
        <w:rPr>
          <w:rFonts w:cs="Times New Roman"/>
          <w:bCs/>
        </w:rPr>
        <w:t>untuk</w:t>
      </w:r>
      <w:proofErr w:type="spellEnd"/>
      <w:r w:rsidRPr="00624776">
        <w:rPr>
          <w:rFonts w:cs="Times New Roman"/>
          <w:bCs/>
        </w:rPr>
        <w:t xml:space="preserve"> </w:t>
      </w:r>
      <w:proofErr w:type="spellStart"/>
      <w:r w:rsidRPr="00624776">
        <w:rPr>
          <w:rFonts w:cs="Times New Roman"/>
          <w:bCs/>
        </w:rPr>
        <w:t>meningkatkan</w:t>
      </w:r>
      <w:proofErr w:type="spellEnd"/>
      <w:r w:rsidRPr="00624776">
        <w:rPr>
          <w:rFonts w:cs="Times New Roman"/>
          <w:bCs/>
        </w:rPr>
        <w:t xml:space="preserve"> </w:t>
      </w:r>
      <w:proofErr w:type="spellStart"/>
      <w:r w:rsidRPr="00624776">
        <w:rPr>
          <w:rFonts w:cs="Times New Roman"/>
          <w:bCs/>
        </w:rPr>
        <w:t>keamanan</w:t>
      </w:r>
      <w:proofErr w:type="spellEnd"/>
      <w:r w:rsidRPr="00624776">
        <w:rPr>
          <w:rFonts w:cs="Times New Roman"/>
          <w:bCs/>
        </w:rPr>
        <w:t xml:space="preserve"> dan </w:t>
      </w:r>
      <w:proofErr w:type="spellStart"/>
      <w:r w:rsidRPr="00624776">
        <w:rPr>
          <w:rFonts w:cs="Times New Roman"/>
          <w:bCs/>
        </w:rPr>
        <w:t>keandalan</w:t>
      </w:r>
      <w:proofErr w:type="spellEnd"/>
      <w:r w:rsidRPr="00624776">
        <w:rPr>
          <w:rFonts w:cs="Times New Roman"/>
          <w:bCs/>
        </w:rPr>
        <w:t xml:space="preserve"> </w:t>
      </w:r>
      <w:proofErr w:type="spellStart"/>
      <w:r w:rsidRPr="00624776">
        <w:rPr>
          <w:rFonts w:cs="Times New Roman"/>
          <w:bCs/>
        </w:rPr>
        <w:t>sistem</w:t>
      </w:r>
      <w:proofErr w:type="spellEnd"/>
      <w:r w:rsidRPr="00624776">
        <w:rPr>
          <w:rFonts w:cs="Times New Roman"/>
          <w:bCs/>
        </w:rPr>
        <w:t>.</w:t>
      </w:r>
    </w:p>
    <w:p w14:paraId="3CB19BB6" w14:textId="12FFFA96" w:rsidR="00624776" w:rsidRPr="00624776" w:rsidRDefault="00624776">
      <w:pPr>
        <w:pStyle w:val="ListParagraph"/>
        <w:numPr>
          <w:ilvl w:val="0"/>
          <w:numId w:val="18"/>
        </w:numPr>
        <w:rPr>
          <w:bCs/>
        </w:rPr>
      </w:pPr>
      <w:r w:rsidRPr="00624776">
        <w:rPr>
          <w:rFonts w:cs="Times New Roman"/>
          <w:bCs/>
        </w:rPr>
        <w:t xml:space="preserve">Bagi </w:t>
      </w:r>
      <w:proofErr w:type="spellStart"/>
      <w:r w:rsidRPr="00624776">
        <w:rPr>
          <w:rFonts w:cs="Times New Roman"/>
          <w:bCs/>
        </w:rPr>
        <w:t>Pihak</w:t>
      </w:r>
      <w:proofErr w:type="spellEnd"/>
      <w:r w:rsidRPr="00624776">
        <w:rPr>
          <w:rFonts w:cs="Times New Roman"/>
          <w:bCs/>
        </w:rPr>
        <w:t xml:space="preserve"> Kampus: </w:t>
      </w:r>
      <w:proofErr w:type="spellStart"/>
      <w:r w:rsidRPr="00624776">
        <w:rPr>
          <w:rFonts w:cs="Times New Roman"/>
          <w:bCs/>
        </w:rPr>
        <w:t>Disarankan</w:t>
      </w:r>
      <w:proofErr w:type="spellEnd"/>
      <w:r w:rsidRPr="00624776">
        <w:rPr>
          <w:rFonts w:cs="Times New Roman"/>
          <w:bCs/>
        </w:rPr>
        <w:t xml:space="preserve"> </w:t>
      </w:r>
      <w:proofErr w:type="spellStart"/>
      <w:r w:rsidRPr="00624776">
        <w:rPr>
          <w:rFonts w:cs="Times New Roman"/>
          <w:bCs/>
        </w:rPr>
        <w:t>untuk</w:t>
      </w:r>
      <w:proofErr w:type="spellEnd"/>
      <w:r w:rsidRPr="00624776">
        <w:rPr>
          <w:rFonts w:cs="Times New Roman"/>
          <w:bCs/>
        </w:rPr>
        <w:t xml:space="preserve"> </w:t>
      </w:r>
      <w:proofErr w:type="spellStart"/>
      <w:r w:rsidRPr="00624776">
        <w:rPr>
          <w:rFonts w:cs="Times New Roman"/>
          <w:bCs/>
        </w:rPr>
        <w:t>memperbanyak</w:t>
      </w:r>
      <w:proofErr w:type="spellEnd"/>
      <w:r w:rsidRPr="00624776">
        <w:rPr>
          <w:rFonts w:cs="Times New Roman"/>
          <w:bCs/>
        </w:rPr>
        <w:t xml:space="preserve"> </w:t>
      </w:r>
      <w:proofErr w:type="spellStart"/>
      <w:r w:rsidRPr="00624776">
        <w:rPr>
          <w:rFonts w:cs="Times New Roman"/>
          <w:bCs/>
        </w:rPr>
        <w:t>kerja</w:t>
      </w:r>
      <w:proofErr w:type="spellEnd"/>
      <w:r w:rsidRPr="00624776">
        <w:rPr>
          <w:rFonts w:cs="Times New Roman"/>
          <w:bCs/>
        </w:rPr>
        <w:t xml:space="preserve"> </w:t>
      </w:r>
      <w:proofErr w:type="spellStart"/>
      <w:r w:rsidRPr="00624776">
        <w:rPr>
          <w:rFonts w:cs="Times New Roman"/>
          <w:bCs/>
        </w:rPr>
        <w:t>sama</w:t>
      </w:r>
      <w:proofErr w:type="spellEnd"/>
      <w:r w:rsidRPr="00624776">
        <w:rPr>
          <w:rFonts w:cs="Times New Roman"/>
          <w:bCs/>
        </w:rPr>
        <w:t xml:space="preserve"> </w:t>
      </w:r>
      <w:proofErr w:type="spellStart"/>
      <w:r w:rsidRPr="00624776">
        <w:rPr>
          <w:rFonts w:cs="Times New Roman"/>
          <w:bCs/>
        </w:rPr>
        <w:t>dengan</w:t>
      </w:r>
      <w:proofErr w:type="spellEnd"/>
      <w:r w:rsidRPr="00624776">
        <w:rPr>
          <w:rFonts w:cs="Times New Roman"/>
          <w:bCs/>
        </w:rPr>
        <w:t xml:space="preserve"> </w:t>
      </w:r>
      <w:proofErr w:type="spellStart"/>
      <w:r w:rsidRPr="00624776">
        <w:rPr>
          <w:rFonts w:cs="Times New Roman"/>
          <w:bCs/>
        </w:rPr>
        <w:t>instansi</w:t>
      </w:r>
      <w:proofErr w:type="spellEnd"/>
      <w:r w:rsidRPr="00624776">
        <w:rPr>
          <w:rFonts w:cs="Times New Roman"/>
          <w:bCs/>
        </w:rPr>
        <w:t xml:space="preserve"> </w:t>
      </w:r>
      <w:proofErr w:type="spellStart"/>
      <w:r w:rsidRPr="00624776">
        <w:rPr>
          <w:rFonts w:cs="Times New Roman"/>
          <w:bCs/>
        </w:rPr>
        <w:t>pemerintah</w:t>
      </w:r>
      <w:proofErr w:type="spellEnd"/>
      <w:r w:rsidRPr="00624776">
        <w:rPr>
          <w:rFonts w:cs="Times New Roman"/>
          <w:bCs/>
        </w:rPr>
        <w:t xml:space="preserve"> dan </w:t>
      </w:r>
      <w:proofErr w:type="spellStart"/>
      <w:r w:rsidRPr="00624776">
        <w:rPr>
          <w:rFonts w:cs="Times New Roman"/>
          <w:bCs/>
        </w:rPr>
        <w:t>industri</w:t>
      </w:r>
      <w:proofErr w:type="spellEnd"/>
      <w:r w:rsidRPr="00624776">
        <w:rPr>
          <w:rFonts w:cs="Times New Roman"/>
          <w:bCs/>
        </w:rPr>
        <w:t xml:space="preserve"> </w:t>
      </w:r>
      <w:proofErr w:type="spellStart"/>
      <w:r w:rsidRPr="00624776">
        <w:rPr>
          <w:rFonts w:cs="Times New Roman"/>
          <w:bCs/>
        </w:rPr>
        <w:t>dalam</w:t>
      </w:r>
      <w:proofErr w:type="spellEnd"/>
      <w:r w:rsidRPr="00624776">
        <w:rPr>
          <w:rFonts w:cs="Times New Roman"/>
          <w:bCs/>
        </w:rPr>
        <w:t xml:space="preserve"> </w:t>
      </w:r>
      <w:proofErr w:type="spellStart"/>
      <w:r w:rsidRPr="00624776">
        <w:rPr>
          <w:rFonts w:cs="Times New Roman"/>
          <w:bCs/>
        </w:rPr>
        <w:t>menyediakan</w:t>
      </w:r>
      <w:proofErr w:type="spellEnd"/>
      <w:r w:rsidRPr="00624776">
        <w:rPr>
          <w:rFonts w:cs="Times New Roman"/>
          <w:bCs/>
        </w:rPr>
        <w:t xml:space="preserve"> </w:t>
      </w:r>
      <w:proofErr w:type="spellStart"/>
      <w:r w:rsidRPr="00624776">
        <w:rPr>
          <w:rFonts w:cs="Times New Roman"/>
          <w:bCs/>
        </w:rPr>
        <w:t>tempat</w:t>
      </w:r>
      <w:proofErr w:type="spellEnd"/>
      <w:r w:rsidRPr="00624776">
        <w:rPr>
          <w:rFonts w:cs="Times New Roman"/>
          <w:bCs/>
        </w:rPr>
        <w:t xml:space="preserve"> PKL/</w:t>
      </w:r>
      <w:proofErr w:type="spellStart"/>
      <w:r w:rsidRPr="00624776">
        <w:rPr>
          <w:rFonts w:cs="Times New Roman"/>
          <w:bCs/>
        </w:rPr>
        <w:t>Magang</w:t>
      </w:r>
      <w:proofErr w:type="spellEnd"/>
      <w:r w:rsidRPr="00624776">
        <w:rPr>
          <w:rFonts w:cs="Times New Roman"/>
          <w:bCs/>
        </w:rPr>
        <w:t xml:space="preserve"> yang </w:t>
      </w:r>
      <w:proofErr w:type="spellStart"/>
      <w:r w:rsidRPr="00624776">
        <w:rPr>
          <w:rFonts w:cs="Times New Roman"/>
          <w:bCs/>
        </w:rPr>
        <w:t>relevan</w:t>
      </w:r>
      <w:proofErr w:type="spellEnd"/>
      <w:r w:rsidRPr="00624776">
        <w:rPr>
          <w:rFonts w:cs="Times New Roman"/>
          <w:bCs/>
        </w:rPr>
        <w:t xml:space="preserve"> </w:t>
      </w:r>
      <w:proofErr w:type="spellStart"/>
      <w:r w:rsidRPr="00624776">
        <w:rPr>
          <w:rFonts w:cs="Times New Roman"/>
          <w:bCs/>
        </w:rPr>
        <w:t>dengan</w:t>
      </w:r>
      <w:proofErr w:type="spellEnd"/>
      <w:r w:rsidRPr="00624776">
        <w:rPr>
          <w:rFonts w:cs="Times New Roman"/>
          <w:bCs/>
        </w:rPr>
        <w:t xml:space="preserve"> </w:t>
      </w:r>
      <w:proofErr w:type="spellStart"/>
      <w:r w:rsidRPr="00624776">
        <w:rPr>
          <w:rFonts w:cs="Times New Roman"/>
          <w:bCs/>
        </w:rPr>
        <w:t>kompetensi</w:t>
      </w:r>
      <w:proofErr w:type="spellEnd"/>
      <w:r w:rsidRPr="00624776">
        <w:rPr>
          <w:rFonts w:cs="Times New Roman"/>
          <w:bCs/>
        </w:rPr>
        <w:t xml:space="preserve"> </w:t>
      </w:r>
      <w:proofErr w:type="spellStart"/>
      <w:r w:rsidRPr="00624776">
        <w:rPr>
          <w:rFonts w:cs="Times New Roman"/>
          <w:bCs/>
        </w:rPr>
        <w:t>mahasiswa</w:t>
      </w:r>
      <w:proofErr w:type="spellEnd"/>
      <w:r w:rsidRPr="00624776">
        <w:rPr>
          <w:rFonts w:cs="Times New Roman"/>
          <w:bCs/>
        </w:rPr>
        <w:t xml:space="preserve">, </w:t>
      </w:r>
      <w:proofErr w:type="spellStart"/>
      <w:r w:rsidRPr="00624776">
        <w:rPr>
          <w:rFonts w:cs="Times New Roman"/>
          <w:bCs/>
        </w:rPr>
        <w:t>serta</w:t>
      </w:r>
      <w:proofErr w:type="spellEnd"/>
      <w:r w:rsidRPr="00624776">
        <w:rPr>
          <w:rFonts w:cs="Times New Roman"/>
          <w:bCs/>
        </w:rPr>
        <w:t xml:space="preserve"> </w:t>
      </w:r>
      <w:proofErr w:type="spellStart"/>
      <w:r w:rsidRPr="00624776">
        <w:rPr>
          <w:rFonts w:cs="Times New Roman"/>
          <w:bCs/>
        </w:rPr>
        <w:t>memberikan</w:t>
      </w:r>
      <w:proofErr w:type="spellEnd"/>
      <w:r w:rsidRPr="00624776">
        <w:rPr>
          <w:rFonts w:cs="Times New Roman"/>
          <w:bCs/>
        </w:rPr>
        <w:t xml:space="preserve"> </w:t>
      </w:r>
      <w:proofErr w:type="spellStart"/>
      <w:r w:rsidRPr="00624776">
        <w:rPr>
          <w:rFonts w:cs="Times New Roman"/>
          <w:bCs/>
        </w:rPr>
        <w:t>fasilitas</w:t>
      </w:r>
      <w:proofErr w:type="spellEnd"/>
      <w:r w:rsidRPr="00624776">
        <w:rPr>
          <w:rFonts w:cs="Times New Roman"/>
          <w:bCs/>
        </w:rPr>
        <w:t xml:space="preserve"> dan </w:t>
      </w:r>
      <w:proofErr w:type="spellStart"/>
      <w:r w:rsidRPr="00624776">
        <w:rPr>
          <w:rFonts w:cs="Times New Roman"/>
          <w:bCs/>
        </w:rPr>
        <w:t>dukungan</w:t>
      </w:r>
      <w:proofErr w:type="spellEnd"/>
      <w:r w:rsidRPr="00624776">
        <w:rPr>
          <w:rFonts w:cs="Times New Roman"/>
          <w:bCs/>
        </w:rPr>
        <w:t xml:space="preserve"> yang </w:t>
      </w:r>
      <w:proofErr w:type="spellStart"/>
      <w:r w:rsidRPr="00624776">
        <w:rPr>
          <w:rFonts w:cs="Times New Roman"/>
          <w:bCs/>
        </w:rPr>
        <w:t>memadai</w:t>
      </w:r>
      <w:proofErr w:type="spellEnd"/>
      <w:r w:rsidRPr="00624776">
        <w:rPr>
          <w:rFonts w:cs="Times New Roman"/>
          <w:bCs/>
        </w:rPr>
        <w:t xml:space="preserve"> </w:t>
      </w:r>
      <w:proofErr w:type="spellStart"/>
      <w:r w:rsidRPr="00624776">
        <w:rPr>
          <w:rFonts w:cs="Times New Roman"/>
          <w:bCs/>
        </w:rPr>
        <w:t>untuk</w:t>
      </w:r>
      <w:proofErr w:type="spellEnd"/>
      <w:r w:rsidRPr="00624776">
        <w:rPr>
          <w:rFonts w:cs="Times New Roman"/>
          <w:bCs/>
        </w:rPr>
        <w:t xml:space="preserve"> </w:t>
      </w:r>
      <w:proofErr w:type="spellStart"/>
      <w:r w:rsidRPr="00624776">
        <w:rPr>
          <w:rFonts w:cs="Times New Roman"/>
          <w:bCs/>
        </w:rPr>
        <w:t>kegiatan</w:t>
      </w:r>
      <w:proofErr w:type="spellEnd"/>
      <w:r w:rsidRPr="00624776">
        <w:rPr>
          <w:rFonts w:cs="Times New Roman"/>
          <w:bCs/>
        </w:rPr>
        <w:t xml:space="preserve"> </w:t>
      </w:r>
      <w:proofErr w:type="spellStart"/>
      <w:r w:rsidRPr="00624776">
        <w:rPr>
          <w:rFonts w:cs="Times New Roman"/>
          <w:bCs/>
        </w:rPr>
        <w:t>praktik</w:t>
      </w:r>
      <w:proofErr w:type="spellEnd"/>
      <w:r w:rsidRPr="00624776">
        <w:rPr>
          <w:rFonts w:cs="Times New Roman"/>
          <w:bCs/>
        </w:rPr>
        <w:t>.</w:t>
      </w:r>
    </w:p>
    <w:p w14:paraId="223D0FB0" w14:textId="77777777" w:rsidR="006512E0" w:rsidRDefault="006512E0"/>
    <w:p w14:paraId="5F62A9B9" w14:textId="77777777" w:rsidR="009144C8" w:rsidRDefault="009144C8">
      <w:pPr>
        <w:spacing w:after="200" w:line="276" w:lineRule="auto"/>
        <w:rPr>
          <w:b/>
        </w:rPr>
      </w:pPr>
      <w:r>
        <w:br w:type="page"/>
      </w:r>
    </w:p>
    <w:p w14:paraId="60BFDC6B" w14:textId="3C9F2B4E" w:rsidR="006512E0" w:rsidRPr="00624776" w:rsidRDefault="00E246F0" w:rsidP="00D03C71">
      <w:pPr>
        <w:pStyle w:val="Heading1"/>
      </w:pPr>
      <w:bookmarkStart w:id="39" w:name="_Toc233318725"/>
      <w:r>
        <w:lastRenderedPageBreak/>
        <w:t>DAFTAR PUSTAKA</w:t>
      </w:r>
      <w:bookmarkEnd w:id="39"/>
    </w:p>
    <w:p w14:paraId="14385439" w14:textId="2B506499" w:rsidR="00D03C71" w:rsidRPr="00D03C71" w:rsidRDefault="00D03C71" w:rsidP="00D03C71">
      <w:pPr>
        <w:widowControl w:val="0"/>
        <w:autoSpaceDE w:val="0"/>
        <w:autoSpaceDN w:val="0"/>
        <w:adjustRightInd w:val="0"/>
        <w:ind w:left="640" w:hanging="640"/>
        <w:rPr>
          <w:rFonts w:cs="Times New Roman"/>
          <w:noProof/>
        </w:rPr>
      </w:pPr>
      <w:r>
        <w:rPr>
          <w:iCs/>
        </w:rPr>
        <w:fldChar w:fldCharType="begin" w:fldLock="1"/>
      </w:r>
      <w:r>
        <w:rPr>
          <w:iCs/>
        </w:rPr>
        <w:instrText xml:space="preserve">ADDIN Mendeley Bibliography CSL_BIBLIOGRAPHY </w:instrText>
      </w:r>
      <w:r>
        <w:rPr>
          <w:iCs/>
        </w:rPr>
        <w:fldChar w:fldCharType="separate"/>
      </w:r>
      <w:r w:rsidRPr="00D03C71">
        <w:rPr>
          <w:rFonts w:cs="Times New Roman"/>
          <w:noProof/>
        </w:rPr>
        <w:t>[1]</w:t>
      </w:r>
      <w:r w:rsidRPr="00D03C71">
        <w:rPr>
          <w:rFonts w:cs="Times New Roman"/>
          <w:noProof/>
        </w:rPr>
        <w:tab/>
        <w:t xml:space="preserve">N. Hamidah, S. Suwandi, and M. A. Muslim, “Perancangan dan Implementasi Sistem Keamanan Pintu Otomatis Berbasis RFID Tag Card untuk Meningkatkan Keamanan Akses Ruangan,” </w:t>
      </w:r>
      <w:r w:rsidRPr="00D03C71">
        <w:rPr>
          <w:rFonts w:cs="Times New Roman"/>
          <w:i/>
          <w:iCs/>
          <w:noProof/>
        </w:rPr>
        <w:t>J. Teknol. dan Sist. Inf.</w:t>
      </w:r>
      <w:r w:rsidRPr="00D03C71">
        <w:rPr>
          <w:rFonts w:cs="Times New Roman"/>
          <w:noProof/>
        </w:rPr>
        <w:t>, 2022, doi: https://doi.org/10.47701/7p12qw92.</w:t>
      </w:r>
    </w:p>
    <w:p w14:paraId="5003DD62" w14:textId="77777777" w:rsidR="00D03C71" w:rsidRPr="00D03C71" w:rsidRDefault="00D03C71" w:rsidP="00D03C71">
      <w:pPr>
        <w:widowControl w:val="0"/>
        <w:autoSpaceDE w:val="0"/>
        <w:autoSpaceDN w:val="0"/>
        <w:adjustRightInd w:val="0"/>
        <w:ind w:left="640" w:hanging="640"/>
        <w:rPr>
          <w:rFonts w:cs="Times New Roman"/>
          <w:noProof/>
        </w:rPr>
      </w:pPr>
      <w:r w:rsidRPr="00D03C71">
        <w:rPr>
          <w:rFonts w:cs="Times New Roman"/>
          <w:noProof/>
        </w:rPr>
        <w:t>[2]</w:t>
      </w:r>
      <w:r w:rsidRPr="00D03C71">
        <w:rPr>
          <w:rFonts w:cs="Times New Roman"/>
          <w:noProof/>
        </w:rPr>
        <w:tab/>
        <w:t xml:space="preserve">M. Margono, “No TArduino Uno Sebagai Mikrokontroler untuk Pembelajaran Sistem Embeddeditle,” </w:t>
      </w:r>
      <w:r w:rsidRPr="00D03C71">
        <w:rPr>
          <w:rFonts w:cs="Times New Roman"/>
          <w:i/>
          <w:iCs/>
          <w:noProof/>
        </w:rPr>
        <w:t>J. Pendidik. Tek. Elektro</w:t>
      </w:r>
      <w:r w:rsidRPr="00D03C71">
        <w:rPr>
          <w:rFonts w:cs="Times New Roman"/>
          <w:noProof/>
        </w:rPr>
        <w:t>, 2021.</w:t>
      </w:r>
    </w:p>
    <w:p w14:paraId="3F50C7CD" w14:textId="77777777" w:rsidR="00D03C71" w:rsidRPr="00D03C71" w:rsidRDefault="00D03C71" w:rsidP="00D03C71">
      <w:pPr>
        <w:widowControl w:val="0"/>
        <w:autoSpaceDE w:val="0"/>
        <w:autoSpaceDN w:val="0"/>
        <w:adjustRightInd w:val="0"/>
        <w:ind w:left="640" w:hanging="640"/>
        <w:rPr>
          <w:rFonts w:cs="Times New Roman"/>
          <w:noProof/>
        </w:rPr>
      </w:pPr>
      <w:r w:rsidRPr="00D03C71">
        <w:rPr>
          <w:rFonts w:cs="Times New Roman"/>
          <w:noProof/>
        </w:rPr>
        <w:t>[3]</w:t>
      </w:r>
      <w:r w:rsidRPr="00D03C71">
        <w:rPr>
          <w:rFonts w:cs="Times New Roman"/>
          <w:noProof/>
        </w:rPr>
        <w:tab/>
        <w:t xml:space="preserve">R. S. and M. Meilinda, “Sistem Pengaman Pintu Gudang Menggunakan Metode R&amp;D Berbasis RFID Mikrokontroler Arduino Uno,” </w:t>
      </w:r>
      <w:r w:rsidRPr="00D03C71">
        <w:rPr>
          <w:rFonts w:cs="Times New Roman"/>
          <w:i/>
          <w:iCs/>
          <w:noProof/>
        </w:rPr>
        <w:t>J. Tek. Inform.</w:t>
      </w:r>
      <w:r w:rsidRPr="00D03C71">
        <w:rPr>
          <w:rFonts w:cs="Times New Roman"/>
          <w:noProof/>
        </w:rPr>
        <w:t>, 2023.</w:t>
      </w:r>
    </w:p>
    <w:p w14:paraId="190DDD17" w14:textId="77777777" w:rsidR="00D03C71" w:rsidRPr="00D03C71" w:rsidRDefault="00D03C71" w:rsidP="00D03C71">
      <w:pPr>
        <w:widowControl w:val="0"/>
        <w:autoSpaceDE w:val="0"/>
        <w:autoSpaceDN w:val="0"/>
        <w:adjustRightInd w:val="0"/>
        <w:ind w:left="640" w:hanging="640"/>
        <w:rPr>
          <w:rFonts w:cs="Times New Roman"/>
          <w:noProof/>
        </w:rPr>
      </w:pPr>
      <w:r w:rsidRPr="00D03C71">
        <w:rPr>
          <w:rFonts w:cs="Times New Roman"/>
          <w:noProof/>
        </w:rPr>
        <w:t>[4]</w:t>
      </w:r>
      <w:r w:rsidRPr="00D03C71">
        <w:rPr>
          <w:rFonts w:cs="Times New Roman"/>
          <w:noProof/>
        </w:rPr>
        <w:tab/>
        <w:t xml:space="preserve"> and B. S. J. Marpaung, A. Simanjuntak, “Sistem Pengamanan Pintu Otomatis Menggunakan RFID RC522 Berbasis Mikrokontroler Arduino,” </w:t>
      </w:r>
      <w:r w:rsidRPr="00D03C71">
        <w:rPr>
          <w:rFonts w:cs="Times New Roman"/>
          <w:i/>
          <w:iCs/>
          <w:noProof/>
        </w:rPr>
        <w:t>J. Rekayasa Elektr.</w:t>
      </w:r>
      <w:r w:rsidRPr="00D03C71">
        <w:rPr>
          <w:rFonts w:cs="Times New Roman"/>
          <w:noProof/>
        </w:rPr>
        <w:t>, 2022.</w:t>
      </w:r>
    </w:p>
    <w:p w14:paraId="43E7781F" w14:textId="77777777" w:rsidR="00D03C71" w:rsidRPr="00D03C71" w:rsidRDefault="00D03C71" w:rsidP="00D03C71">
      <w:pPr>
        <w:widowControl w:val="0"/>
        <w:autoSpaceDE w:val="0"/>
        <w:autoSpaceDN w:val="0"/>
        <w:adjustRightInd w:val="0"/>
        <w:ind w:left="640" w:hanging="640"/>
        <w:rPr>
          <w:rFonts w:cs="Times New Roman"/>
          <w:noProof/>
        </w:rPr>
      </w:pPr>
      <w:r w:rsidRPr="00D03C71">
        <w:rPr>
          <w:rFonts w:cs="Times New Roman"/>
          <w:noProof/>
        </w:rPr>
        <w:t>[5]</w:t>
      </w:r>
      <w:r w:rsidRPr="00D03C71">
        <w:rPr>
          <w:rFonts w:cs="Times New Roman"/>
          <w:noProof/>
        </w:rPr>
        <w:tab/>
        <w:t xml:space="preserve">A. Suwanda, “Rancang Bangun Kunci Pintu Otomatis Sistem RFID Berbasis Arduino di Ruangan Laboratorium,” </w:t>
      </w:r>
      <w:r w:rsidRPr="00D03C71">
        <w:rPr>
          <w:rFonts w:cs="Times New Roman"/>
          <w:i/>
          <w:iCs/>
          <w:noProof/>
        </w:rPr>
        <w:t>J. Tek. Elektro</w:t>
      </w:r>
      <w:r w:rsidRPr="00D03C71">
        <w:rPr>
          <w:rFonts w:cs="Times New Roman"/>
          <w:noProof/>
        </w:rPr>
        <w:t>, 2023.</w:t>
      </w:r>
    </w:p>
    <w:p w14:paraId="21F82304" w14:textId="77777777" w:rsidR="00D03C71" w:rsidRPr="00D03C71" w:rsidRDefault="00D03C71" w:rsidP="00D03C71">
      <w:pPr>
        <w:widowControl w:val="0"/>
        <w:autoSpaceDE w:val="0"/>
        <w:autoSpaceDN w:val="0"/>
        <w:adjustRightInd w:val="0"/>
        <w:ind w:left="640" w:hanging="640"/>
        <w:rPr>
          <w:rFonts w:cs="Times New Roman"/>
          <w:noProof/>
        </w:rPr>
      </w:pPr>
      <w:r w:rsidRPr="00D03C71">
        <w:rPr>
          <w:rFonts w:cs="Times New Roman"/>
          <w:noProof/>
        </w:rPr>
        <w:t>[6]</w:t>
      </w:r>
      <w:r w:rsidRPr="00D03C71">
        <w:rPr>
          <w:rFonts w:cs="Times New Roman"/>
          <w:noProof/>
        </w:rPr>
        <w:tab/>
        <w:t xml:space="preserve"> and S. P. M. Ilham, R. Wijaya, “Desain Sistem Keamanan Pintu Menggunakan Sensor RFID Berbasis Arduino Uno,” </w:t>
      </w:r>
      <w:r w:rsidRPr="00D03C71">
        <w:rPr>
          <w:rFonts w:cs="Times New Roman"/>
          <w:i/>
          <w:iCs/>
          <w:noProof/>
        </w:rPr>
        <w:t>J. Teknol. dan Sist. Inf.</w:t>
      </w:r>
      <w:r w:rsidRPr="00D03C71">
        <w:rPr>
          <w:rFonts w:cs="Times New Roman"/>
          <w:noProof/>
        </w:rPr>
        <w:t>, 2024.</w:t>
      </w:r>
    </w:p>
    <w:p w14:paraId="0724906F" w14:textId="20E5CF5A" w:rsidR="00672DD1" w:rsidRPr="00672DD1" w:rsidRDefault="00D03C71" w:rsidP="009144C8">
      <w:pPr>
        <w:rPr>
          <w:iCs/>
        </w:rPr>
      </w:pPr>
      <w:r>
        <w:rPr>
          <w:iCs/>
        </w:rPr>
        <w:fldChar w:fldCharType="end"/>
      </w:r>
    </w:p>
    <w:p w14:paraId="160FCB6F" w14:textId="77777777" w:rsidR="009144C8" w:rsidRDefault="009144C8">
      <w:pPr>
        <w:spacing w:after="200" w:line="276" w:lineRule="auto"/>
        <w:rPr>
          <w:b/>
        </w:rPr>
      </w:pPr>
      <w:r>
        <w:br w:type="page"/>
      </w:r>
    </w:p>
    <w:p w14:paraId="180836AA" w14:textId="0E25C491" w:rsidR="003B250E" w:rsidRDefault="00E246F0" w:rsidP="00C607DD">
      <w:pPr>
        <w:pStyle w:val="Heading1"/>
      </w:pPr>
      <w:bookmarkStart w:id="40" w:name="_Toc233318726"/>
      <w:r>
        <w:lastRenderedPageBreak/>
        <w:t>LAMPIRA</w:t>
      </w:r>
      <w:bookmarkEnd w:id="40"/>
      <w:r w:rsidR="003B250E">
        <w:t>N</w:t>
      </w:r>
    </w:p>
    <w:p w14:paraId="4FD59AB7" w14:textId="77777777" w:rsidR="003B250E" w:rsidRPr="003B250E" w:rsidRDefault="003B250E" w:rsidP="003B250E"/>
    <w:p w14:paraId="240EE906" w14:textId="0589F1A7" w:rsidR="006512E0" w:rsidRDefault="00624776" w:rsidP="00C607DD">
      <w:pPr>
        <w:pStyle w:val="Heading1"/>
      </w:pPr>
      <w:r>
        <w:rPr>
          <w:iCs/>
          <w:noProof/>
        </w:rPr>
        <w:drawing>
          <wp:anchor distT="0" distB="0" distL="114300" distR="114300" simplePos="0" relativeHeight="251671040" behindDoc="0" locked="0" layoutInCell="1" allowOverlap="1" wp14:anchorId="6A9BE68E" wp14:editId="0CD414A0">
            <wp:simplePos x="0" y="0"/>
            <wp:positionH relativeFrom="column">
              <wp:posOffset>2903221</wp:posOffset>
            </wp:positionH>
            <wp:positionV relativeFrom="paragraph">
              <wp:posOffset>149793</wp:posOffset>
            </wp:positionV>
            <wp:extent cx="1540142" cy="2733318"/>
            <wp:effectExtent l="0" t="0" r="3175" b="0"/>
            <wp:wrapNone/>
            <wp:docPr id="124872332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1427" cy="2735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iCs/>
          <w:noProof/>
          <w:color w:val="595959"/>
        </w:rPr>
        <w:drawing>
          <wp:anchor distT="0" distB="0" distL="114300" distR="114300" simplePos="0" relativeHeight="251702784" behindDoc="0" locked="0" layoutInCell="1" allowOverlap="1" wp14:anchorId="451650A2" wp14:editId="365B0F50">
            <wp:simplePos x="0" y="0"/>
            <wp:positionH relativeFrom="column">
              <wp:posOffset>454560</wp:posOffset>
            </wp:positionH>
            <wp:positionV relativeFrom="paragraph">
              <wp:posOffset>137494</wp:posOffset>
            </wp:positionV>
            <wp:extent cx="1522095" cy="2725420"/>
            <wp:effectExtent l="0" t="0" r="1905" b="0"/>
            <wp:wrapNone/>
            <wp:docPr id="13773462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2095" cy="2725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23AD35" w14:textId="77777777" w:rsidR="003B250E" w:rsidRPr="003B250E" w:rsidRDefault="003B250E" w:rsidP="003B250E"/>
    <w:p w14:paraId="62BB670E" w14:textId="77777777" w:rsidR="003B250E" w:rsidRPr="003B250E" w:rsidRDefault="003B250E" w:rsidP="003B250E"/>
    <w:p w14:paraId="61CA327B" w14:textId="77777777" w:rsidR="003B250E" w:rsidRPr="003B250E" w:rsidRDefault="003B250E" w:rsidP="003B250E"/>
    <w:p w14:paraId="7B59FC7D" w14:textId="77777777" w:rsidR="003B250E" w:rsidRPr="003B250E" w:rsidRDefault="003B250E" w:rsidP="003B250E"/>
    <w:p w14:paraId="779EC9AC" w14:textId="77777777" w:rsidR="003B250E" w:rsidRPr="003B250E" w:rsidRDefault="003B250E" w:rsidP="003B250E"/>
    <w:p w14:paraId="57C30479" w14:textId="77777777" w:rsidR="003B250E" w:rsidRPr="003B250E" w:rsidRDefault="003B250E" w:rsidP="003B250E"/>
    <w:p w14:paraId="6D984D14" w14:textId="77777777" w:rsidR="003B250E" w:rsidRPr="003B250E" w:rsidRDefault="003B250E" w:rsidP="003B250E"/>
    <w:p w14:paraId="3FD429BD" w14:textId="77777777" w:rsidR="003B250E" w:rsidRPr="003B250E" w:rsidRDefault="003B250E" w:rsidP="003B250E"/>
    <w:p w14:paraId="6B7098F0" w14:textId="77777777" w:rsidR="003B250E" w:rsidRPr="003B250E" w:rsidRDefault="003B250E" w:rsidP="003B250E"/>
    <w:p w14:paraId="22D310CD" w14:textId="77777777" w:rsidR="003B250E" w:rsidRDefault="003B250E" w:rsidP="003B250E">
      <w:pPr>
        <w:rPr>
          <w:rFonts w:eastAsiaTheme="majorEastAsia" w:cstheme="majorBidi"/>
          <w:b/>
          <w:bCs/>
          <w:sz w:val="28"/>
          <w:szCs w:val="28"/>
        </w:rPr>
      </w:pPr>
    </w:p>
    <w:p w14:paraId="086333CE" w14:textId="6BB1229E" w:rsidR="003B250E" w:rsidRPr="003B250E" w:rsidRDefault="003B250E" w:rsidP="003B250E">
      <w:pPr>
        <w:ind w:firstLine="720"/>
      </w:pPr>
      <w:r w:rsidRPr="003B250E">
        <w:rPr>
          <w:noProof/>
        </w:rPr>
        <w:drawing>
          <wp:inline distT="0" distB="0" distL="0" distR="0" wp14:anchorId="228CDB6E" wp14:editId="594E17A5">
            <wp:extent cx="1515745" cy="2742075"/>
            <wp:effectExtent l="0" t="0" r="8255" b="1270"/>
            <wp:docPr id="13937164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371646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515745" cy="274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    </w:t>
      </w:r>
      <w:r w:rsidRPr="003B250E">
        <w:rPr>
          <w:noProof/>
        </w:rPr>
        <w:drawing>
          <wp:inline distT="0" distB="0" distL="0" distR="0" wp14:anchorId="3955B581" wp14:editId="152EE518">
            <wp:extent cx="1492250" cy="2706284"/>
            <wp:effectExtent l="0" t="0" r="0" b="0"/>
            <wp:docPr id="11840535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4053566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496881" cy="2714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B250E" w:rsidRPr="003B250E" w:rsidSect="00D03C71">
      <w:pgSz w:w="11906" w:h="16838"/>
      <w:pgMar w:top="2268" w:right="1701" w:bottom="1620" w:left="2268" w:header="850" w:footer="85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C150B8" w14:textId="77777777" w:rsidR="006032FB" w:rsidRDefault="006032FB">
      <w:pPr>
        <w:spacing w:line="240" w:lineRule="auto"/>
      </w:pPr>
      <w:r>
        <w:separator/>
      </w:r>
    </w:p>
  </w:endnote>
  <w:endnote w:type="continuationSeparator" w:id="0">
    <w:p w14:paraId="5F96870E" w14:textId="77777777" w:rsidR="006032FB" w:rsidRDefault="006032F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FE432" w14:textId="1886464B" w:rsidR="006512E0" w:rsidRDefault="00E246F0">
    <w:pPr>
      <w:pStyle w:val="Footer"/>
      <w:jc w:val="right"/>
    </w:pPr>
    <w:r>
      <w:fldChar w:fldCharType="begin"/>
    </w:r>
    <w:r>
      <w:instrText>PAGE</w:instrText>
    </w:r>
    <w:r>
      <w:fldChar w:fldCharType="separate"/>
    </w:r>
    <w:r w:rsidR="0007110D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9436AE" w14:textId="77777777" w:rsidR="006032FB" w:rsidRDefault="006032FB">
      <w:pPr>
        <w:spacing w:line="240" w:lineRule="auto"/>
      </w:pPr>
      <w:r>
        <w:separator/>
      </w:r>
    </w:p>
  </w:footnote>
  <w:footnote w:type="continuationSeparator" w:id="0">
    <w:p w14:paraId="4963439A" w14:textId="77777777" w:rsidR="006032FB" w:rsidRDefault="006032F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3341C13"/>
    <w:multiLevelType w:val="hybridMultilevel"/>
    <w:tmpl w:val="8DBCCF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3CF41CA"/>
    <w:multiLevelType w:val="hybridMultilevel"/>
    <w:tmpl w:val="425C514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D8F517E"/>
    <w:multiLevelType w:val="multilevel"/>
    <w:tmpl w:val="34C86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0AA7843"/>
    <w:multiLevelType w:val="hybridMultilevel"/>
    <w:tmpl w:val="E87ED7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6576F3"/>
    <w:multiLevelType w:val="multilevel"/>
    <w:tmpl w:val="358453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3203169"/>
    <w:multiLevelType w:val="multilevel"/>
    <w:tmpl w:val="7248B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8F85E7B"/>
    <w:multiLevelType w:val="hybridMultilevel"/>
    <w:tmpl w:val="B65459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EB5A57"/>
    <w:multiLevelType w:val="multilevel"/>
    <w:tmpl w:val="ED0A2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59268E9"/>
    <w:multiLevelType w:val="hybridMultilevel"/>
    <w:tmpl w:val="E612E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B97B5C"/>
    <w:multiLevelType w:val="multilevel"/>
    <w:tmpl w:val="ACDA9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8D423DA"/>
    <w:multiLevelType w:val="multilevel"/>
    <w:tmpl w:val="527A75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17" w15:restartNumberingAfterBreak="0">
    <w:nsid w:val="49A156E0"/>
    <w:multiLevelType w:val="multilevel"/>
    <w:tmpl w:val="500A1A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F303955"/>
    <w:multiLevelType w:val="hybridMultilevel"/>
    <w:tmpl w:val="855822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B1060C"/>
    <w:multiLevelType w:val="multilevel"/>
    <w:tmpl w:val="527A75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20" w15:restartNumberingAfterBreak="0">
    <w:nsid w:val="53367BFC"/>
    <w:multiLevelType w:val="multilevel"/>
    <w:tmpl w:val="527A75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21" w15:restartNumberingAfterBreak="0">
    <w:nsid w:val="58BC5CE4"/>
    <w:multiLevelType w:val="hybridMultilevel"/>
    <w:tmpl w:val="DB503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843456"/>
    <w:multiLevelType w:val="hybridMultilevel"/>
    <w:tmpl w:val="0B2AAB3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043E65"/>
    <w:multiLevelType w:val="multilevel"/>
    <w:tmpl w:val="B6985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9BD19BE"/>
    <w:multiLevelType w:val="multilevel"/>
    <w:tmpl w:val="527A75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25" w15:restartNumberingAfterBreak="0">
    <w:nsid w:val="79E35799"/>
    <w:multiLevelType w:val="multilevel"/>
    <w:tmpl w:val="B9E63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57961583">
    <w:abstractNumId w:val="5"/>
  </w:num>
  <w:num w:numId="2" w16cid:durableId="53116564">
    <w:abstractNumId w:val="3"/>
  </w:num>
  <w:num w:numId="3" w16cid:durableId="258876554">
    <w:abstractNumId w:val="2"/>
  </w:num>
  <w:num w:numId="4" w16cid:durableId="1899244821">
    <w:abstractNumId w:val="4"/>
  </w:num>
  <w:num w:numId="5" w16cid:durableId="674501845">
    <w:abstractNumId w:val="1"/>
  </w:num>
  <w:num w:numId="6" w16cid:durableId="262542153">
    <w:abstractNumId w:val="0"/>
  </w:num>
  <w:num w:numId="7" w16cid:durableId="1597858762">
    <w:abstractNumId w:val="9"/>
  </w:num>
  <w:num w:numId="8" w16cid:durableId="1450127343">
    <w:abstractNumId w:val="12"/>
  </w:num>
  <w:num w:numId="9" w16cid:durableId="1726955262">
    <w:abstractNumId w:val="18"/>
  </w:num>
  <w:num w:numId="10" w16cid:durableId="578448266">
    <w:abstractNumId w:val="22"/>
  </w:num>
  <w:num w:numId="11" w16cid:durableId="32460377">
    <w:abstractNumId w:val="7"/>
  </w:num>
  <w:num w:numId="12" w16cid:durableId="543640959">
    <w:abstractNumId w:val="19"/>
  </w:num>
  <w:num w:numId="13" w16cid:durableId="1320035917">
    <w:abstractNumId w:val="6"/>
  </w:num>
  <w:num w:numId="14" w16cid:durableId="1014310362">
    <w:abstractNumId w:val="20"/>
  </w:num>
  <w:num w:numId="15" w16cid:durableId="1488980164">
    <w:abstractNumId w:val="24"/>
  </w:num>
  <w:num w:numId="16" w16cid:durableId="1542552242">
    <w:abstractNumId w:val="16"/>
  </w:num>
  <w:num w:numId="17" w16cid:durableId="1473131791">
    <w:abstractNumId w:val="14"/>
  </w:num>
  <w:num w:numId="18" w16cid:durableId="1867284040">
    <w:abstractNumId w:val="21"/>
  </w:num>
  <w:num w:numId="19" w16cid:durableId="1080518521">
    <w:abstractNumId w:val="11"/>
  </w:num>
  <w:num w:numId="20" w16cid:durableId="102304409">
    <w:abstractNumId w:val="23"/>
  </w:num>
  <w:num w:numId="21" w16cid:durableId="449478510">
    <w:abstractNumId w:val="15"/>
  </w:num>
  <w:num w:numId="22" w16cid:durableId="478809210">
    <w:abstractNumId w:val="25"/>
  </w:num>
  <w:num w:numId="23" w16cid:durableId="1362703066">
    <w:abstractNumId w:val="8"/>
  </w:num>
  <w:num w:numId="24" w16cid:durableId="1290359102">
    <w:abstractNumId w:val="10"/>
  </w:num>
  <w:num w:numId="25" w16cid:durableId="1619527952">
    <w:abstractNumId w:val="17"/>
  </w:num>
  <w:num w:numId="26" w16cid:durableId="303512218">
    <w:abstractNumId w:val="13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3190"/>
    <w:rsid w:val="00014492"/>
    <w:rsid w:val="00015F28"/>
    <w:rsid w:val="00016231"/>
    <w:rsid w:val="000226F6"/>
    <w:rsid w:val="00034616"/>
    <w:rsid w:val="00044C65"/>
    <w:rsid w:val="0006063C"/>
    <w:rsid w:val="0007110D"/>
    <w:rsid w:val="0008547A"/>
    <w:rsid w:val="000B6B58"/>
    <w:rsid w:val="00113967"/>
    <w:rsid w:val="0014191A"/>
    <w:rsid w:val="0015074B"/>
    <w:rsid w:val="00177CBB"/>
    <w:rsid w:val="00190BBF"/>
    <w:rsid w:val="001941A2"/>
    <w:rsid w:val="00201EBB"/>
    <w:rsid w:val="0022753C"/>
    <w:rsid w:val="0025051D"/>
    <w:rsid w:val="00263EE2"/>
    <w:rsid w:val="0029639D"/>
    <w:rsid w:val="002E01F7"/>
    <w:rsid w:val="00324EA5"/>
    <w:rsid w:val="00326F90"/>
    <w:rsid w:val="00335E4C"/>
    <w:rsid w:val="00361813"/>
    <w:rsid w:val="00395BF0"/>
    <w:rsid w:val="003B250E"/>
    <w:rsid w:val="003D36B2"/>
    <w:rsid w:val="004043DB"/>
    <w:rsid w:val="00412F9D"/>
    <w:rsid w:val="00497E2A"/>
    <w:rsid w:val="004B0DA1"/>
    <w:rsid w:val="00514281"/>
    <w:rsid w:val="006032FB"/>
    <w:rsid w:val="00606267"/>
    <w:rsid w:val="00624776"/>
    <w:rsid w:val="006512E0"/>
    <w:rsid w:val="00672DD1"/>
    <w:rsid w:val="006B7F5B"/>
    <w:rsid w:val="006D1965"/>
    <w:rsid w:val="00737587"/>
    <w:rsid w:val="00753466"/>
    <w:rsid w:val="0076232A"/>
    <w:rsid w:val="007F2CA3"/>
    <w:rsid w:val="007F5EFF"/>
    <w:rsid w:val="00801C52"/>
    <w:rsid w:val="008076EA"/>
    <w:rsid w:val="0084600A"/>
    <w:rsid w:val="008635D7"/>
    <w:rsid w:val="00881A0F"/>
    <w:rsid w:val="008A2D77"/>
    <w:rsid w:val="008B0F54"/>
    <w:rsid w:val="008C541B"/>
    <w:rsid w:val="009144C8"/>
    <w:rsid w:val="009326C3"/>
    <w:rsid w:val="00943C51"/>
    <w:rsid w:val="00954150"/>
    <w:rsid w:val="00966FCD"/>
    <w:rsid w:val="009709A7"/>
    <w:rsid w:val="009C08F8"/>
    <w:rsid w:val="009E2317"/>
    <w:rsid w:val="00A40213"/>
    <w:rsid w:val="00A539CF"/>
    <w:rsid w:val="00A77E77"/>
    <w:rsid w:val="00A83541"/>
    <w:rsid w:val="00A918C0"/>
    <w:rsid w:val="00A97863"/>
    <w:rsid w:val="00AA0126"/>
    <w:rsid w:val="00AA15EB"/>
    <w:rsid w:val="00AA1D8D"/>
    <w:rsid w:val="00AB2A99"/>
    <w:rsid w:val="00AC79F1"/>
    <w:rsid w:val="00AF0A06"/>
    <w:rsid w:val="00B17B6A"/>
    <w:rsid w:val="00B47730"/>
    <w:rsid w:val="00B82F82"/>
    <w:rsid w:val="00B84C1F"/>
    <w:rsid w:val="00BB0D78"/>
    <w:rsid w:val="00BB18FD"/>
    <w:rsid w:val="00BB4F54"/>
    <w:rsid w:val="00BD2B86"/>
    <w:rsid w:val="00BE618A"/>
    <w:rsid w:val="00BE6BEB"/>
    <w:rsid w:val="00BF4BC4"/>
    <w:rsid w:val="00C0167E"/>
    <w:rsid w:val="00C24BC3"/>
    <w:rsid w:val="00C4063C"/>
    <w:rsid w:val="00C607DD"/>
    <w:rsid w:val="00CB0664"/>
    <w:rsid w:val="00CB3FD4"/>
    <w:rsid w:val="00CE0FFB"/>
    <w:rsid w:val="00CF1606"/>
    <w:rsid w:val="00D03C71"/>
    <w:rsid w:val="00D21A03"/>
    <w:rsid w:val="00D336FE"/>
    <w:rsid w:val="00D813BD"/>
    <w:rsid w:val="00D85B85"/>
    <w:rsid w:val="00D86C77"/>
    <w:rsid w:val="00D8777D"/>
    <w:rsid w:val="00DC646A"/>
    <w:rsid w:val="00DD1080"/>
    <w:rsid w:val="00E246F0"/>
    <w:rsid w:val="00E35B61"/>
    <w:rsid w:val="00E820A1"/>
    <w:rsid w:val="00EA0E48"/>
    <w:rsid w:val="00EB05C5"/>
    <w:rsid w:val="00EC2B48"/>
    <w:rsid w:val="00F9222C"/>
    <w:rsid w:val="00FA038B"/>
    <w:rsid w:val="00FC693F"/>
    <w:rsid w:val="00FD2AB9"/>
    <w:rsid w:val="00FE4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CA36C7C"/>
  <w14:defaultImageDpi w14:val="300"/>
  <w15:docId w15:val="{B7FB5139-FCCA-4166-AB0A-7D3874CD5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5E4C"/>
    <w:pPr>
      <w:spacing w:after="0" w:line="360" w:lineRule="auto"/>
      <w:jc w:val="both"/>
    </w:pPr>
    <w:rPr>
      <w:rFonts w:ascii="Times New Roman" w:eastAsia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076EA"/>
    <w:pPr>
      <w:keepNext/>
      <w:keepLines/>
      <w:spacing w:before="480"/>
      <w:jc w:val="center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35E4C"/>
    <w:pPr>
      <w:keepNext/>
      <w:keepLines/>
      <w:spacing w:before="200"/>
      <w:jc w:val="left"/>
      <w:outlineLvl w:val="1"/>
    </w:pPr>
    <w:rPr>
      <w:rFonts w:eastAsiaTheme="majorEastAsia" w:cstheme="majorBidi"/>
      <w:b/>
      <w:bCs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35E4C"/>
    <w:pPr>
      <w:keepNext/>
      <w:keepLines/>
      <w:spacing w:before="200"/>
      <w:jc w:val="left"/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8076EA"/>
    <w:rPr>
      <w:rFonts w:ascii="Times New Roman" w:eastAsiaTheme="majorEastAsia" w:hAnsi="Times New Roman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335E4C"/>
    <w:rPr>
      <w:rFonts w:ascii="Times New Roman" w:eastAsiaTheme="majorEastAsia" w:hAnsi="Times New Roman" w:cstheme="majorBidi"/>
      <w:b/>
      <w:bCs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35E4C"/>
    <w:rPr>
      <w:rFonts w:ascii="Times New Roman" w:eastAsiaTheme="majorEastAsia" w:hAnsi="Times New Roman" w:cstheme="majorBidi"/>
      <w:b/>
      <w:bCs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4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5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BabTitle">
    <w:name w:val="BabTitle"/>
    <w:pPr>
      <w:spacing w:after="0" w:line="360" w:lineRule="auto"/>
      <w:jc w:val="center"/>
    </w:pPr>
    <w:rPr>
      <w:rFonts w:ascii="Times New Roman" w:eastAsia="Times New Roman" w:hAnsi="Times New Roman"/>
      <w:b/>
      <w:sz w:val="24"/>
    </w:rPr>
  </w:style>
  <w:style w:type="paragraph" w:customStyle="1" w:styleId="Subbab">
    <w:name w:val="Subbab"/>
    <w:pPr>
      <w:spacing w:after="0" w:line="360" w:lineRule="auto"/>
    </w:pPr>
    <w:rPr>
      <w:rFonts w:ascii="Times New Roman" w:eastAsia="Times New Roman" w:hAnsi="Times New Roman"/>
      <w:b/>
      <w:sz w:val="24"/>
    </w:rPr>
  </w:style>
  <w:style w:type="paragraph" w:customStyle="1" w:styleId="AnakSubbab">
    <w:name w:val="AnakSubbab"/>
    <w:pPr>
      <w:spacing w:after="0" w:line="360" w:lineRule="auto"/>
    </w:pPr>
    <w:rPr>
      <w:rFonts w:ascii="Times New Roman" w:eastAsia="Times New Roman" w:hAnsi="Times New Roman"/>
      <w:b/>
      <w:sz w:val="24"/>
    </w:rPr>
  </w:style>
  <w:style w:type="paragraph" w:customStyle="1" w:styleId="TemplateNote">
    <w:name w:val="TemplateNote"/>
    <w:pPr>
      <w:spacing w:after="120" w:line="360" w:lineRule="auto"/>
    </w:pPr>
    <w:rPr>
      <w:rFonts w:ascii="Times New Roman" w:eastAsia="Times New Roman" w:hAnsi="Times New Roman"/>
    </w:rPr>
  </w:style>
  <w:style w:type="table" w:styleId="PlainTable2">
    <w:name w:val="Plain Table 2"/>
    <w:basedOn w:val="TableNormal"/>
    <w:uiPriority w:val="99"/>
    <w:rsid w:val="0075346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TOC1">
    <w:name w:val="toc 1"/>
    <w:basedOn w:val="Normal"/>
    <w:next w:val="Normal"/>
    <w:autoRedefine/>
    <w:uiPriority w:val="39"/>
    <w:unhideWhenUsed/>
    <w:rsid w:val="00D03C71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03C71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D03C71"/>
    <w:pPr>
      <w:spacing w:after="100"/>
      <w:ind w:left="480"/>
    </w:pPr>
  </w:style>
  <w:style w:type="character" w:styleId="Hyperlink">
    <w:name w:val="Hyperlink"/>
    <w:basedOn w:val="DefaultParagraphFont"/>
    <w:uiPriority w:val="99"/>
    <w:unhideWhenUsed/>
    <w:rsid w:val="00D03C71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B82F82"/>
    <w:rPr>
      <w:rFonts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10.sv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sv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6.svg"/><Relationship Id="rId22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509</TotalTime>
  <Pages>37</Pages>
  <Words>7305</Words>
  <Characters>41643</Characters>
  <Application>Microsoft Office Word</Application>
  <DocSecurity>0</DocSecurity>
  <Lines>347</Lines>
  <Paragraphs>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 Laporan Hasil PKL/Magang Fakultas Sains</vt:lpstr>
    </vt:vector>
  </TitlesOfParts>
  <Manager/>
  <Company/>
  <LinksUpToDate>false</LinksUpToDate>
  <CharactersWithSpaces>48851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Laporan Hasil PKL/Magang Fakultas Sains</dc:title>
  <dc:subject>Template laporan hasil PKL/Magang berdasarkan Pedoman PKL/Magang Fakultas Sains 2022</dc:subject>
  <dc:creator>OpenAI</dc:creator>
  <cp:keywords>PKL, Magang, Template Laporan, Fakultas Sains</cp:keywords>
  <dc:description/>
  <cp:lastModifiedBy>Rizky Teguh</cp:lastModifiedBy>
  <cp:revision>17</cp:revision>
  <dcterms:created xsi:type="dcterms:W3CDTF">2026-06-21T15:15:00Z</dcterms:created>
  <dcterms:modified xsi:type="dcterms:W3CDTF">2026-07-31T13:27:00Z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Citation Style_1">
    <vt:lpwstr>http://www.zotero.org/styles/ieee</vt:lpwstr>
  </property>
  <property fmtid="{D5CDD505-2E9C-101B-9397-08002B2CF9AE}" pid="4" name="Mendeley Unique User Id_1">
    <vt:lpwstr>35957421-429b-3e83-b365-49f20f188c69</vt:lpwstr>
  </property>
  <property fmtid="{D5CDD505-2E9C-101B-9397-08002B2CF9AE}" pid="5" name="Mendeley Recent Style Id 0_1">
    <vt:lpwstr>http://www.zotero.org/styles/american-medical-association</vt:lpwstr>
  </property>
  <property fmtid="{D5CDD505-2E9C-101B-9397-08002B2CF9AE}" pid="6" name="Mendeley Recent Style Name 0_1">
    <vt:lpwstr>AMA Manual of Style 11th edition</vt:lpwstr>
  </property>
  <property fmtid="{D5CDD505-2E9C-101B-9397-08002B2CF9AE}" pid="7" name="Mendeley Recent Style Id 1_1">
    <vt:lpwstr>http://www.zotero.org/styles/apa</vt:lpwstr>
  </property>
  <property fmtid="{D5CDD505-2E9C-101B-9397-08002B2CF9AE}" pid="8" name="Mendeley Recent Style Name 1_1">
    <vt:lpwstr>APA Style 7th edition</vt:lpwstr>
  </property>
  <property fmtid="{D5CDD505-2E9C-101B-9397-08002B2CF9AE}" pid="9" name="Mendeley Recent Style Id 2_1">
    <vt:lpwstr>http://www.zotero.org/styles/american-political-science-association</vt:lpwstr>
  </property>
  <property fmtid="{D5CDD505-2E9C-101B-9397-08002B2CF9AE}" pid="10" name="Mendeley Recent Style Name 2_1">
    <vt:lpwstr>APSA Style Manual revised 2018 edition</vt:lpwstr>
  </property>
  <property fmtid="{D5CDD505-2E9C-101B-9397-08002B2CF9AE}" pid="11" name="Mendeley Recent Style Id 3_1">
    <vt:lpwstr>http://www.zotero.org/styles/american-sociological-association</vt:lpwstr>
  </property>
  <property fmtid="{D5CDD505-2E9C-101B-9397-08002B2CF9AE}" pid="12" name="Mendeley Recent Style Name 3_1">
    <vt:lpwstr>ASA Style Guide 6th/7th edition</vt:lpwstr>
  </property>
  <property fmtid="{D5CDD505-2E9C-101B-9397-08002B2CF9AE}" pid="13" name="Mendeley Recent Style Id 4_1">
    <vt:lpwstr>http://www.zotero.org/styles/chicago-fullnote-bibliography</vt:lpwstr>
  </property>
  <property fmtid="{D5CDD505-2E9C-101B-9397-08002B2CF9AE}" pid="14" name="Mendeley Recent Style Name 4_1">
    <vt:lpwstr>Chicago Manual of Style 17th edition (full note)</vt:lpwstr>
  </property>
  <property fmtid="{D5CDD505-2E9C-101B-9397-08002B2CF9AE}" pid="15" name="Mendeley Recent Style Id 5_1">
    <vt:lpwstr>http://www.zotero.org/styles/chicago-author-date</vt:lpwstr>
  </property>
  <property fmtid="{D5CDD505-2E9C-101B-9397-08002B2CF9AE}" pid="16" name="Mendeley Recent Style Name 5_1">
    <vt:lpwstr>Chicago Manual of Style 18th edition (author-date)</vt:lpwstr>
  </property>
  <property fmtid="{D5CDD505-2E9C-101B-9397-08002B2CF9AE}" pid="17" name="Mendeley Recent Style Id 6_1">
    <vt:lpwstr>http://www.zotero.org/styles/harvard-cite-them-right</vt:lpwstr>
  </property>
  <property fmtid="{D5CDD505-2E9C-101B-9397-08002B2CF9AE}" pid="18" name="Mendeley Recent Style Name 6_1">
    <vt:lpwstr>Cite Them Right 12th edition (author-date/Harvard)</vt:lpwstr>
  </property>
  <property fmtid="{D5CDD505-2E9C-101B-9397-08002B2CF9AE}" pid="19" name="Mendeley Recent Style Id 7_1">
    <vt:lpwstr>http://www.zotero.org/styles/ieee</vt:lpwstr>
  </property>
  <property fmtid="{D5CDD505-2E9C-101B-9397-08002B2CF9AE}" pid="20" name="Mendeley Recent Style Name 7_1">
    <vt:lpwstr>IEEE Reference Guide version 11.29.2023</vt:lpwstr>
  </property>
  <property fmtid="{D5CDD505-2E9C-101B-9397-08002B2CF9AE}" pid="21" name="Mendeley Recent Style Id 8_1">
    <vt:lpwstr>http://www.zotero.org/styles/modern-language-association</vt:lpwstr>
  </property>
  <property fmtid="{D5CDD505-2E9C-101B-9397-08002B2CF9AE}" pid="22" name="Mendeley Recent Style Name 8_1">
    <vt:lpwstr>MLA Handbook 9th edition (in-text citations)</vt:lpwstr>
  </property>
  <property fmtid="{D5CDD505-2E9C-101B-9397-08002B2CF9AE}" pid="23" name="Mendeley Recent Style Id 9_1">
    <vt:lpwstr>http://www.zotero.org/styles/modern-humanities-research-association</vt:lpwstr>
  </property>
  <property fmtid="{D5CDD505-2E9C-101B-9397-08002B2CF9AE}" pid="24" name="Mendeley Recent Style Name 9_1">
    <vt:lpwstr>Modern Humanities Research Association 3rd edition (note with bibliography)</vt:lpwstr>
  </property>
</Properties>
</file>